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3647" w:rsidRPr="00D501DD" w:rsidRDefault="00215819" w:rsidP="007C7A0C">
      <w:pPr>
        <w:jc w:val="right"/>
        <w:rPr>
          <w:rFonts w:asciiTheme="majorHAnsi" w:hAnsiTheme="majorHAnsi" w:cstheme="majorBidi"/>
          <w:sz w:val="24"/>
          <w:szCs w:val="24"/>
          <w:rtl/>
        </w:rPr>
      </w:pPr>
      <w:r w:rsidRPr="00D501DD">
        <w:rPr>
          <w:rFonts w:ascii="Times New Roman" w:hAnsi="Times New Roman" w:cs="Times New Roman" w:hint="cs"/>
          <w:b/>
          <w:bCs/>
          <w:sz w:val="24"/>
          <w:szCs w:val="24"/>
          <w:rtl/>
          <w:lang w:bidi="fa-IR"/>
        </w:rPr>
        <w:t xml:space="preserve">    </w:t>
      </w:r>
      <w:proofErr w:type="spellStart"/>
      <w:proofErr w:type="gramStart"/>
      <w:r w:rsidR="007C7A0C" w:rsidRPr="00D501DD">
        <w:rPr>
          <w:rFonts w:ascii="Times New Roman" w:hAnsi="Times New Roman" w:cs="Times New Roman" w:hint="cs"/>
          <w:b/>
          <w:bCs/>
          <w:sz w:val="24"/>
          <w:szCs w:val="24"/>
          <w:rtl/>
        </w:rPr>
        <w:t>عنوان:</w:t>
      </w:r>
      <w:r w:rsidR="007C7A0C" w:rsidRPr="00D501DD">
        <w:rPr>
          <w:rFonts w:ascii="Times New Roman" w:hAnsi="Times New Roman" w:cs="Times New Roman" w:hint="cs"/>
          <w:sz w:val="24"/>
          <w:szCs w:val="24"/>
          <w:rtl/>
        </w:rPr>
        <w:t>مقایسه</w:t>
      </w:r>
      <w:proofErr w:type="spellEnd"/>
      <w:proofErr w:type="gramEnd"/>
      <w:r w:rsidR="007C7A0C" w:rsidRPr="00D501DD">
        <w:rPr>
          <w:rFonts w:ascii="Times New Roman" w:hAnsi="Times New Roman" w:cs="Times New Roman" w:hint="cs"/>
          <w:sz w:val="24"/>
          <w:szCs w:val="24"/>
          <w:rtl/>
        </w:rPr>
        <w:t xml:space="preserve">  </w:t>
      </w:r>
      <w:proofErr w:type="spellStart"/>
      <w:r w:rsidR="007C7A0C" w:rsidRPr="00D501DD">
        <w:rPr>
          <w:rFonts w:ascii="Times New Roman" w:hAnsi="Times New Roman" w:cs="Times New Roman" w:hint="cs"/>
          <w:sz w:val="24"/>
          <w:szCs w:val="24"/>
          <w:rtl/>
        </w:rPr>
        <w:t>اثربخشی</w:t>
      </w:r>
      <w:proofErr w:type="spellEnd"/>
      <w:r w:rsidR="007C7A0C" w:rsidRPr="00D501DD">
        <w:rPr>
          <w:rFonts w:ascii="Times New Roman" w:hAnsi="Times New Roman" w:cs="Times New Roman" w:hint="cs"/>
          <w:sz w:val="24"/>
          <w:szCs w:val="24"/>
          <w:rtl/>
        </w:rPr>
        <w:t xml:space="preserve">  </w:t>
      </w:r>
      <w:proofErr w:type="spellStart"/>
      <w:r w:rsidR="007C7A0C" w:rsidRPr="00D501DD">
        <w:rPr>
          <w:rFonts w:ascii="Times New Roman" w:hAnsi="Times New Roman" w:cs="Times New Roman" w:hint="cs"/>
          <w:sz w:val="24"/>
          <w:szCs w:val="24"/>
          <w:rtl/>
        </w:rPr>
        <w:t>ریفاکسیمین</w:t>
      </w:r>
      <w:proofErr w:type="spellEnd"/>
      <w:r w:rsidR="007C7A0C" w:rsidRPr="00D501DD">
        <w:rPr>
          <w:rFonts w:ascii="Times New Roman" w:hAnsi="Times New Roman" w:cs="Times New Roman" w:hint="cs"/>
          <w:sz w:val="24"/>
          <w:szCs w:val="24"/>
          <w:rtl/>
        </w:rPr>
        <w:t xml:space="preserve"> و </w:t>
      </w:r>
      <w:proofErr w:type="spellStart"/>
      <w:r w:rsidR="007C7A0C" w:rsidRPr="00D501DD">
        <w:rPr>
          <w:rFonts w:ascii="Times New Roman" w:hAnsi="Times New Roman" w:cs="Times New Roman" w:hint="cs"/>
          <w:sz w:val="24"/>
          <w:szCs w:val="24"/>
          <w:rtl/>
        </w:rPr>
        <w:t>مبورین</w:t>
      </w:r>
      <w:proofErr w:type="spellEnd"/>
      <w:r w:rsidR="007C7A0C" w:rsidRPr="00D501DD">
        <w:rPr>
          <w:rFonts w:ascii="Times New Roman" w:hAnsi="Times New Roman" w:cs="Times New Roman" w:hint="cs"/>
          <w:sz w:val="24"/>
          <w:szCs w:val="24"/>
          <w:rtl/>
        </w:rPr>
        <w:t xml:space="preserve"> بر علائم </w:t>
      </w:r>
      <w:proofErr w:type="spellStart"/>
      <w:r w:rsidR="007C7A0C" w:rsidRPr="00D501DD">
        <w:rPr>
          <w:rFonts w:ascii="Times New Roman" w:hAnsi="Times New Roman" w:cs="Times New Roman" w:hint="cs"/>
          <w:sz w:val="24"/>
          <w:szCs w:val="24"/>
          <w:rtl/>
        </w:rPr>
        <w:t>گوارشی</w:t>
      </w:r>
      <w:proofErr w:type="spellEnd"/>
      <w:r w:rsidR="007C7A0C" w:rsidRPr="00D501DD">
        <w:rPr>
          <w:rFonts w:ascii="Times New Roman" w:hAnsi="Times New Roman" w:cs="Times New Roman" w:hint="cs"/>
          <w:sz w:val="24"/>
          <w:szCs w:val="24"/>
          <w:rtl/>
        </w:rPr>
        <w:t xml:space="preserve"> </w:t>
      </w:r>
      <w:r w:rsidR="00821DE0" w:rsidRPr="00D501DD">
        <w:rPr>
          <w:rFonts w:ascii="Times New Roman" w:hAnsi="Times New Roman" w:cs="Times New Roman" w:hint="cs"/>
          <w:sz w:val="24"/>
          <w:szCs w:val="24"/>
          <w:rtl/>
        </w:rPr>
        <w:t xml:space="preserve"> </w:t>
      </w:r>
      <w:proofErr w:type="spellStart"/>
      <w:r w:rsidR="007C7A0C" w:rsidRPr="00D501DD">
        <w:rPr>
          <w:rFonts w:ascii="Times New Roman" w:hAnsi="Times New Roman" w:cs="Times New Roman" w:hint="cs"/>
          <w:sz w:val="24"/>
          <w:szCs w:val="24"/>
          <w:rtl/>
        </w:rPr>
        <w:t>بیماران</w:t>
      </w:r>
      <w:proofErr w:type="spellEnd"/>
      <w:r w:rsidR="007C7A0C" w:rsidRPr="00D501DD">
        <w:rPr>
          <w:rFonts w:ascii="Times New Roman" w:hAnsi="Times New Roman" w:cs="Times New Roman" w:hint="cs"/>
          <w:sz w:val="24"/>
          <w:szCs w:val="24"/>
          <w:rtl/>
        </w:rPr>
        <w:t xml:space="preserve"> مبتلا </w:t>
      </w:r>
      <w:proofErr w:type="spellStart"/>
      <w:r w:rsidR="007C7A0C" w:rsidRPr="00D501DD">
        <w:rPr>
          <w:rFonts w:ascii="Times New Roman" w:hAnsi="Times New Roman" w:cs="Times New Roman" w:hint="cs"/>
          <w:sz w:val="24"/>
          <w:szCs w:val="24"/>
          <w:rtl/>
        </w:rPr>
        <w:t>سندروم</w:t>
      </w:r>
      <w:proofErr w:type="spellEnd"/>
      <w:r w:rsidR="007C7A0C" w:rsidRPr="00D501DD">
        <w:rPr>
          <w:rFonts w:ascii="Times New Roman" w:hAnsi="Times New Roman" w:cs="Times New Roman" w:hint="cs"/>
          <w:sz w:val="24"/>
          <w:szCs w:val="24"/>
          <w:rtl/>
        </w:rPr>
        <w:t xml:space="preserve"> روده </w:t>
      </w:r>
      <w:proofErr w:type="spellStart"/>
      <w:r w:rsidR="007C7A0C" w:rsidRPr="00D501DD">
        <w:rPr>
          <w:rFonts w:ascii="Times New Roman" w:hAnsi="Times New Roman" w:cs="Times New Roman" w:hint="cs"/>
          <w:sz w:val="24"/>
          <w:szCs w:val="24"/>
          <w:rtl/>
        </w:rPr>
        <w:t>تحریک</w:t>
      </w:r>
      <w:proofErr w:type="spellEnd"/>
      <w:r w:rsidR="007C7A0C" w:rsidRPr="00D501DD">
        <w:rPr>
          <w:rFonts w:ascii="Times New Roman" w:hAnsi="Times New Roman" w:cs="Times New Roman" w:hint="cs"/>
          <w:sz w:val="24"/>
          <w:szCs w:val="24"/>
          <w:rtl/>
        </w:rPr>
        <w:t xml:space="preserve"> </w:t>
      </w:r>
      <w:proofErr w:type="spellStart"/>
      <w:r w:rsidR="007C7A0C" w:rsidRPr="00D501DD">
        <w:rPr>
          <w:rFonts w:ascii="Times New Roman" w:hAnsi="Times New Roman" w:cs="Times New Roman" w:hint="cs"/>
          <w:sz w:val="24"/>
          <w:szCs w:val="24"/>
          <w:rtl/>
        </w:rPr>
        <w:t>پذیر</w:t>
      </w:r>
      <w:proofErr w:type="spellEnd"/>
      <w:r w:rsidR="007C7A0C" w:rsidRPr="00D501DD">
        <w:rPr>
          <w:rFonts w:ascii="Times New Roman" w:hAnsi="Times New Roman" w:cs="Times New Roman" w:hint="cs"/>
          <w:sz w:val="24"/>
          <w:szCs w:val="24"/>
          <w:rtl/>
        </w:rPr>
        <w:t xml:space="preserve"> </w:t>
      </w:r>
      <w:r w:rsidR="00821DE0" w:rsidRPr="00D501DD">
        <w:rPr>
          <w:rFonts w:ascii="Times New Roman" w:hAnsi="Times New Roman" w:cs="Times New Roman" w:hint="cs"/>
          <w:sz w:val="24"/>
          <w:szCs w:val="24"/>
          <w:rtl/>
        </w:rPr>
        <w:t xml:space="preserve">: </w:t>
      </w:r>
      <w:proofErr w:type="spellStart"/>
      <w:r w:rsidR="00821DE0" w:rsidRPr="00D501DD">
        <w:rPr>
          <w:rFonts w:ascii="Times New Roman" w:hAnsi="Times New Roman" w:cs="Times New Roman" w:hint="cs"/>
          <w:sz w:val="24"/>
          <w:szCs w:val="24"/>
          <w:rtl/>
        </w:rPr>
        <w:t>یک</w:t>
      </w:r>
      <w:proofErr w:type="spellEnd"/>
      <w:r w:rsidR="00821DE0" w:rsidRPr="00D501DD">
        <w:rPr>
          <w:rFonts w:ascii="Times New Roman" w:hAnsi="Times New Roman" w:cs="Times New Roman" w:hint="cs"/>
          <w:sz w:val="24"/>
          <w:szCs w:val="24"/>
          <w:rtl/>
        </w:rPr>
        <w:t xml:space="preserve"> </w:t>
      </w:r>
      <w:proofErr w:type="spellStart"/>
      <w:r w:rsidR="00821DE0" w:rsidRPr="00D501DD">
        <w:rPr>
          <w:rFonts w:ascii="Times New Roman" w:hAnsi="Times New Roman" w:cs="Times New Roman" w:hint="cs"/>
          <w:sz w:val="24"/>
          <w:szCs w:val="24"/>
          <w:rtl/>
        </w:rPr>
        <w:t>کارآزمایی</w:t>
      </w:r>
      <w:proofErr w:type="spellEnd"/>
      <w:r w:rsidR="00821DE0" w:rsidRPr="00D501DD">
        <w:rPr>
          <w:rFonts w:ascii="Times New Roman" w:hAnsi="Times New Roman" w:cs="Times New Roman" w:hint="cs"/>
          <w:sz w:val="24"/>
          <w:szCs w:val="24"/>
          <w:rtl/>
        </w:rPr>
        <w:t xml:space="preserve"> </w:t>
      </w:r>
      <w:proofErr w:type="spellStart"/>
      <w:r w:rsidR="00821DE0" w:rsidRPr="00D501DD">
        <w:rPr>
          <w:rFonts w:ascii="Times New Roman" w:hAnsi="Times New Roman" w:cs="Times New Roman" w:hint="cs"/>
          <w:sz w:val="24"/>
          <w:szCs w:val="24"/>
          <w:rtl/>
        </w:rPr>
        <w:t>بالینی</w:t>
      </w:r>
      <w:proofErr w:type="spellEnd"/>
      <w:r w:rsidR="00821DE0" w:rsidRPr="00D501DD">
        <w:rPr>
          <w:rFonts w:ascii="Times New Roman" w:hAnsi="Times New Roman" w:cs="Times New Roman" w:hint="cs"/>
          <w:sz w:val="24"/>
          <w:szCs w:val="24"/>
          <w:rtl/>
        </w:rPr>
        <w:t xml:space="preserve"> </w:t>
      </w:r>
      <w:proofErr w:type="spellStart"/>
      <w:r w:rsidR="00821DE0" w:rsidRPr="00D501DD">
        <w:rPr>
          <w:rFonts w:ascii="Times New Roman" w:hAnsi="Times New Roman" w:cs="Times New Roman" w:hint="cs"/>
          <w:sz w:val="24"/>
          <w:szCs w:val="24"/>
          <w:rtl/>
        </w:rPr>
        <w:t>تصادفی</w:t>
      </w:r>
      <w:proofErr w:type="spellEnd"/>
    </w:p>
    <w:p w:rsidR="00D501DD" w:rsidRPr="00D501DD" w:rsidRDefault="00215819" w:rsidP="00D501DD">
      <w:pPr>
        <w:pStyle w:val="NormalWeb"/>
        <w:bidi/>
        <w:rPr>
          <w:rFonts w:ascii="Arial" w:hAnsi="Arial" w:cs="Arial"/>
          <w:color w:val="222222"/>
        </w:rPr>
      </w:pPr>
      <w:r w:rsidRPr="00D501DD">
        <w:rPr>
          <w:rFonts w:hint="cs"/>
          <w:b/>
          <w:bCs/>
          <w:rtl/>
          <w:lang w:bidi="fa-IR"/>
        </w:rPr>
        <w:t xml:space="preserve"> </w:t>
      </w:r>
      <w:r w:rsidR="00703647" w:rsidRPr="00D501DD">
        <w:rPr>
          <w:rFonts w:hint="cs"/>
          <w:b/>
          <w:bCs/>
          <w:rtl/>
          <w:lang w:bidi="fa-IR"/>
        </w:rPr>
        <w:t xml:space="preserve">   </w:t>
      </w:r>
      <w:r w:rsidRPr="00D501DD">
        <w:rPr>
          <w:rFonts w:hint="cs"/>
          <w:b/>
          <w:bCs/>
          <w:rtl/>
          <w:lang w:bidi="fa-IR"/>
        </w:rPr>
        <w:t xml:space="preserve">  </w:t>
      </w:r>
      <w:proofErr w:type="spellStart"/>
      <w:r w:rsidR="00D501DD" w:rsidRPr="00D501DD">
        <w:rPr>
          <w:rFonts w:ascii="Arial" w:hAnsi="Arial" w:cs="Arial"/>
          <w:color w:val="222222"/>
          <w:rtl/>
        </w:rPr>
        <w:t>نویسندگان</w:t>
      </w:r>
      <w:proofErr w:type="spellEnd"/>
      <w:r w:rsidR="00D501DD" w:rsidRPr="00D501DD">
        <w:rPr>
          <w:rFonts w:ascii="Arial" w:hAnsi="Arial" w:cs="Arial"/>
          <w:color w:val="222222"/>
          <w:rtl/>
        </w:rPr>
        <w:t>:</w:t>
      </w:r>
    </w:p>
    <w:p w:rsidR="00D501DD" w:rsidRPr="00D501DD" w:rsidRDefault="00D501DD" w:rsidP="00073A9F">
      <w:pPr>
        <w:pStyle w:val="NormalWeb"/>
        <w:bidi/>
        <w:rPr>
          <w:rFonts w:ascii="Arial" w:hAnsi="Arial" w:cs="Arial"/>
          <w:color w:val="222222"/>
          <w:rtl/>
        </w:rPr>
      </w:pPr>
      <w:r w:rsidRPr="00D501DD">
        <w:rPr>
          <w:rFonts w:ascii="Arial" w:hAnsi="Arial" w:cs="Arial"/>
          <w:color w:val="222222"/>
          <w:rtl/>
        </w:rPr>
        <w:t xml:space="preserve">آنا </w:t>
      </w:r>
      <w:proofErr w:type="spellStart"/>
      <w:r w:rsidRPr="00D501DD">
        <w:rPr>
          <w:rFonts w:ascii="Arial" w:hAnsi="Arial" w:cs="Arial"/>
          <w:color w:val="222222"/>
          <w:rtl/>
        </w:rPr>
        <w:t>قربانی</w:t>
      </w:r>
      <w:proofErr w:type="spellEnd"/>
      <w:r w:rsidRPr="00D501DD">
        <w:rPr>
          <w:rFonts w:ascii="Arial" w:hAnsi="Arial" w:cs="Arial"/>
          <w:color w:val="222222"/>
          <w:rtl/>
        </w:rPr>
        <w:t xml:space="preserve"> دوشان </w:t>
      </w:r>
      <w:proofErr w:type="spellStart"/>
      <w:r w:rsidRPr="00D501DD">
        <w:rPr>
          <w:rFonts w:ascii="Arial" w:hAnsi="Arial" w:cs="Arial"/>
          <w:color w:val="222222"/>
          <w:rtl/>
        </w:rPr>
        <w:t>تپه</w:t>
      </w:r>
      <w:proofErr w:type="spellEnd"/>
      <w:r w:rsidRPr="00D501DD">
        <w:rPr>
          <w:rFonts w:ascii="Arial" w:hAnsi="Arial" w:cs="Arial"/>
          <w:color w:val="222222"/>
          <w:rtl/>
        </w:rPr>
        <w:t xml:space="preserve"> ¹، </w:t>
      </w:r>
      <w:proofErr w:type="spellStart"/>
      <w:r w:rsidRPr="00D501DD">
        <w:rPr>
          <w:rFonts w:ascii="Arial" w:hAnsi="Arial" w:cs="Arial"/>
          <w:color w:val="222222"/>
          <w:rtl/>
        </w:rPr>
        <w:t>میترا</w:t>
      </w:r>
      <w:proofErr w:type="spellEnd"/>
      <w:r w:rsidRPr="00D501DD">
        <w:rPr>
          <w:rFonts w:ascii="Arial" w:hAnsi="Arial" w:cs="Arial"/>
          <w:color w:val="222222"/>
          <w:rtl/>
        </w:rPr>
        <w:t xml:space="preserve"> </w:t>
      </w:r>
      <w:proofErr w:type="spellStart"/>
      <w:r w:rsidRPr="00D501DD">
        <w:rPr>
          <w:rFonts w:ascii="Arial" w:hAnsi="Arial" w:cs="Arial"/>
          <w:color w:val="222222"/>
          <w:rtl/>
        </w:rPr>
        <w:t>علی‌نژاد</w:t>
      </w:r>
      <w:proofErr w:type="spellEnd"/>
      <w:r w:rsidRPr="00D501DD">
        <w:rPr>
          <w:rFonts w:ascii="Arial" w:hAnsi="Arial" w:cs="Arial"/>
          <w:color w:val="222222"/>
          <w:rtl/>
        </w:rPr>
        <w:t xml:space="preserve"> خرم ²، </w:t>
      </w:r>
      <w:proofErr w:type="spellStart"/>
      <w:r w:rsidRPr="00D501DD">
        <w:rPr>
          <w:rFonts w:ascii="Arial" w:hAnsi="Arial" w:cs="Arial"/>
          <w:color w:val="222222"/>
          <w:rtl/>
        </w:rPr>
        <w:t>فرحناز</w:t>
      </w:r>
      <w:proofErr w:type="spellEnd"/>
      <w:r w:rsidRPr="00D501DD">
        <w:rPr>
          <w:rFonts w:ascii="Arial" w:hAnsi="Arial" w:cs="Arial"/>
          <w:color w:val="222222"/>
          <w:rtl/>
        </w:rPr>
        <w:t xml:space="preserve"> </w:t>
      </w:r>
      <w:proofErr w:type="spellStart"/>
      <w:r w:rsidRPr="00D501DD">
        <w:rPr>
          <w:rFonts w:ascii="Arial" w:hAnsi="Arial" w:cs="Arial"/>
          <w:color w:val="222222"/>
          <w:rtl/>
        </w:rPr>
        <w:t>پاشا</w:t>
      </w:r>
      <w:proofErr w:type="spellEnd"/>
      <w:r w:rsidRPr="00D501DD">
        <w:rPr>
          <w:rFonts w:ascii="Arial" w:hAnsi="Arial" w:cs="Arial"/>
          <w:color w:val="222222"/>
          <w:rtl/>
        </w:rPr>
        <w:t xml:space="preserve"> ³، </w:t>
      </w:r>
      <w:proofErr w:type="spellStart"/>
      <w:r w:rsidRPr="00D501DD">
        <w:rPr>
          <w:rFonts w:ascii="Arial" w:hAnsi="Arial" w:cs="Arial"/>
          <w:color w:val="222222"/>
          <w:rtl/>
        </w:rPr>
        <w:t>امیر</w:t>
      </w:r>
      <w:proofErr w:type="spellEnd"/>
      <w:r w:rsidRPr="00D501DD">
        <w:rPr>
          <w:rFonts w:ascii="Arial" w:hAnsi="Arial" w:cs="Arial"/>
          <w:color w:val="222222"/>
          <w:rtl/>
        </w:rPr>
        <w:t xml:space="preserve"> </w:t>
      </w:r>
      <w:proofErr w:type="spellStart"/>
      <w:r w:rsidRPr="00D501DD">
        <w:rPr>
          <w:rFonts w:ascii="Arial" w:hAnsi="Arial" w:cs="Arial"/>
          <w:color w:val="222222"/>
          <w:rtl/>
        </w:rPr>
        <w:t>طاهری</w:t>
      </w:r>
      <w:proofErr w:type="spellEnd"/>
      <w:r w:rsidRPr="00D501DD">
        <w:rPr>
          <w:rFonts w:ascii="Arial" w:hAnsi="Arial" w:cs="Arial"/>
          <w:color w:val="222222"/>
          <w:rtl/>
        </w:rPr>
        <w:t xml:space="preserve"> ⁴</w:t>
      </w:r>
    </w:p>
    <w:p w:rsidR="00D501DD" w:rsidRPr="00D501DD" w:rsidRDefault="00D501DD" w:rsidP="00D501DD">
      <w:pPr>
        <w:pStyle w:val="NormalWeb"/>
        <w:bidi/>
        <w:rPr>
          <w:rFonts w:ascii="Arial" w:hAnsi="Arial" w:cs="Arial"/>
          <w:color w:val="222222"/>
        </w:rPr>
      </w:pPr>
      <w:r w:rsidRPr="00D501DD">
        <w:rPr>
          <w:rFonts w:ascii="Arial" w:hAnsi="Arial" w:cs="Arial"/>
          <w:color w:val="222222"/>
          <w:rtl/>
        </w:rPr>
        <w:t xml:space="preserve">¹ </w:t>
      </w:r>
      <w:proofErr w:type="spellStart"/>
      <w:r w:rsidRPr="00D501DD">
        <w:rPr>
          <w:rFonts w:ascii="Arial" w:hAnsi="Arial" w:cs="Arial"/>
          <w:color w:val="222222"/>
          <w:rtl/>
        </w:rPr>
        <w:t>گروه</w:t>
      </w:r>
      <w:proofErr w:type="spellEnd"/>
      <w:r w:rsidRPr="00D501DD">
        <w:rPr>
          <w:rFonts w:ascii="Arial" w:hAnsi="Arial" w:cs="Arial"/>
          <w:color w:val="222222"/>
          <w:rtl/>
        </w:rPr>
        <w:t xml:space="preserve"> </w:t>
      </w:r>
      <w:proofErr w:type="spellStart"/>
      <w:r w:rsidRPr="00D501DD">
        <w:rPr>
          <w:rFonts w:ascii="Arial" w:hAnsi="Arial" w:cs="Arial"/>
          <w:color w:val="222222"/>
          <w:rtl/>
        </w:rPr>
        <w:t>داخلی</w:t>
      </w:r>
      <w:proofErr w:type="spellEnd"/>
      <w:r w:rsidRPr="00D501DD">
        <w:rPr>
          <w:rFonts w:ascii="Arial" w:hAnsi="Arial" w:cs="Arial"/>
          <w:color w:val="222222"/>
          <w:rtl/>
        </w:rPr>
        <w:t xml:space="preserve">، </w:t>
      </w:r>
      <w:proofErr w:type="spellStart"/>
      <w:r w:rsidRPr="00D501DD">
        <w:rPr>
          <w:rFonts w:ascii="Arial" w:hAnsi="Arial" w:cs="Arial"/>
          <w:color w:val="222222"/>
          <w:rtl/>
        </w:rPr>
        <w:t>دانشکده</w:t>
      </w:r>
      <w:proofErr w:type="spellEnd"/>
      <w:r w:rsidRPr="00D501DD">
        <w:rPr>
          <w:rFonts w:ascii="Arial" w:hAnsi="Arial" w:cs="Arial"/>
          <w:color w:val="222222"/>
          <w:rtl/>
        </w:rPr>
        <w:t xml:space="preserve"> </w:t>
      </w:r>
      <w:proofErr w:type="spellStart"/>
      <w:r w:rsidRPr="00D501DD">
        <w:rPr>
          <w:rFonts w:ascii="Arial" w:hAnsi="Arial" w:cs="Arial"/>
          <w:color w:val="222222"/>
          <w:rtl/>
        </w:rPr>
        <w:t>پزشکی</w:t>
      </w:r>
      <w:proofErr w:type="spellEnd"/>
      <w:r w:rsidRPr="00D501DD">
        <w:rPr>
          <w:rFonts w:ascii="Arial" w:hAnsi="Arial" w:cs="Arial"/>
          <w:color w:val="222222"/>
          <w:rtl/>
        </w:rPr>
        <w:t xml:space="preserve">، </w:t>
      </w:r>
      <w:proofErr w:type="spellStart"/>
      <w:r w:rsidRPr="00D501DD">
        <w:rPr>
          <w:rFonts w:ascii="Arial" w:hAnsi="Arial" w:cs="Arial"/>
          <w:color w:val="222222"/>
          <w:rtl/>
        </w:rPr>
        <w:t>دانشگاه</w:t>
      </w:r>
      <w:proofErr w:type="spellEnd"/>
      <w:r w:rsidRPr="00D501DD">
        <w:rPr>
          <w:rFonts w:ascii="Arial" w:hAnsi="Arial" w:cs="Arial"/>
          <w:color w:val="222222"/>
          <w:rtl/>
        </w:rPr>
        <w:t xml:space="preserve"> آزاد </w:t>
      </w:r>
      <w:proofErr w:type="spellStart"/>
      <w:r w:rsidRPr="00D501DD">
        <w:rPr>
          <w:rFonts w:ascii="Arial" w:hAnsi="Arial" w:cs="Arial"/>
          <w:color w:val="222222"/>
          <w:rtl/>
        </w:rPr>
        <w:t>اسلامی</w:t>
      </w:r>
      <w:proofErr w:type="spellEnd"/>
      <w:r w:rsidRPr="00D501DD">
        <w:rPr>
          <w:rFonts w:ascii="Arial" w:hAnsi="Arial" w:cs="Arial"/>
          <w:color w:val="222222"/>
          <w:rtl/>
        </w:rPr>
        <w:t xml:space="preserve"> واحد علوم </w:t>
      </w:r>
      <w:proofErr w:type="spellStart"/>
      <w:r w:rsidRPr="00D501DD">
        <w:rPr>
          <w:rFonts w:ascii="Arial" w:hAnsi="Arial" w:cs="Arial"/>
          <w:color w:val="222222"/>
          <w:rtl/>
        </w:rPr>
        <w:t>پزشکی</w:t>
      </w:r>
      <w:proofErr w:type="spellEnd"/>
      <w:r w:rsidRPr="00D501DD">
        <w:rPr>
          <w:rFonts w:ascii="Arial" w:hAnsi="Arial" w:cs="Arial"/>
          <w:color w:val="222222"/>
          <w:rtl/>
        </w:rPr>
        <w:t xml:space="preserve"> تهران، تهران، </w:t>
      </w:r>
      <w:proofErr w:type="spellStart"/>
      <w:r w:rsidRPr="00D501DD">
        <w:rPr>
          <w:rFonts w:ascii="Arial" w:hAnsi="Arial" w:cs="Arial"/>
          <w:color w:val="222222"/>
          <w:rtl/>
        </w:rPr>
        <w:t>ایران</w:t>
      </w:r>
      <w:proofErr w:type="spellEnd"/>
    </w:p>
    <w:p w:rsidR="00D501DD" w:rsidRPr="00D501DD" w:rsidRDefault="00D501DD" w:rsidP="00073A9F">
      <w:pPr>
        <w:pStyle w:val="NormalWeb"/>
        <w:bidi/>
        <w:rPr>
          <w:rFonts w:ascii="Arial" w:hAnsi="Arial" w:cs="Arial"/>
          <w:color w:val="222222"/>
          <w:rtl/>
        </w:rPr>
      </w:pPr>
      <w:r w:rsidRPr="00D501DD">
        <w:rPr>
          <w:rFonts w:ascii="Arial" w:hAnsi="Arial" w:cs="Arial"/>
          <w:color w:val="222222"/>
          <w:rtl/>
        </w:rPr>
        <w:t xml:space="preserve">²، ³، ⁴ </w:t>
      </w:r>
      <w:proofErr w:type="spellStart"/>
      <w:r w:rsidRPr="00D501DD">
        <w:rPr>
          <w:rFonts w:ascii="Arial" w:hAnsi="Arial" w:cs="Arial"/>
          <w:color w:val="222222"/>
          <w:rtl/>
        </w:rPr>
        <w:t>استادان</w:t>
      </w:r>
      <w:proofErr w:type="spellEnd"/>
      <w:r w:rsidRPr="00D501DD">
        <w:rPr>
          <w:rFonts w:ascii="Arial" w:hAnsi="Arial" w:cs="Arial"/>
          <w:color w:val="222222"/>
          <w:rtl/>
        </w:rPr>
        <w:t xml:space="preserve"> </w:t>
      </w:r>
      <w:proofErr w:type="spellStart"/>
      <w:r w:rsidRPr="00D501DD">
        <w:rPr>
          <w:rFonts w:ascii="Arial" w:hAnsi="Arial" w:cs="Arial"/>
          <w:color w:val="222222"/>
          <w:rtl/>
        </w:rPr>
        <w:t>راهنما</w:t>
      </w:r>
      <w:proofErr w:type="spellEnd"/>
      <w:r w:rsidRPr="00D501DD">
        <w:rPr>
          <w:rFonts w:ascii="Arial" w:hAnsi="Arial" w:cs="Arial"/>
          <w:color w:val="222222"/>
          <w:rtl/>
        </w:rPr>
        <w:t xml:space="preserve"> </w:t>
      </w:r>
      <w:proofErr w:type="gramStart"/>
      <w:r w:rsidRPr="00D501DD">
        <w:rPr>
          <w:rFonts w:ascii="Arial" w:hAnsi="Arial" w:cs="Arial"/>
          <w:color w:val="222222"/>
          <w:rtl/>
        </w:rPr>
        <w:t>و مشاور</w:t>
      </w:r>
      <w:proofErr w:type="gramEnd"/>
    </w:p>
    <w:p w:rsidR="00D501DD" w:rsidRPr="00D501DD" w:rsidRDefault="00D501DD" w:rsidP="00D501DD">
      <w:pPr>
        <w:pStyle w:val="NormalWeb"/>
        <w:bidi/>
        <w:rPr>
          <w:rFonts w:ascii="Arial" w:hAnsi="Arial" w:cs="Arial"/>
          <w:color w:val="222222"/>
        </w:rPr>
      </w:pPr>
      <w:proofErr w:type="spellStart"/>
      <w:r w:rsidRPr="00D501DD">
        <w:rPr>
          <w:rFonts w:ascii="Arial" w:hAnsi="Arial" w:cs="Arial"/>
          <w:color w:val="222222"/>
          <w:rtl/>
        </w:rPr>
        <w:t>نویسنده</w:t>
      </w:r>
      <w:proofErr w:type="spellEnd"/>
      <w:r w:rsidRPr="00D501DD">
        <w:rPr>
          <w:rFonts w:ascii="Arial" w:hAnsi="Arial" w:cs="Arial"/>
          <w:color w:val="222222"/>
          <w:rtl/>
        </w:rPr>
        <w:t xml:space="preserve"> مسئول:</w:t>
      </w:r>
    </w:p>
    <w:p w:rsidR="00D501DD" w:rsidRPr="00D501DD" w:rsidRDefault="00D501DD" w:rsidP="00D501DD">
      <w:pPr>
        <w:pStyle w:val="NormalWeb"/>
        <w:bidi/>
        <w:rPr>
          <w:rFonts w:ascii="Arial" w:hAnsi="Arial" w:cs="Arial"/>
          <w:color w:val="222222"/>
          <w:rtl/>
        </w:rPr>
      </w:pPr>
      <w:r w:rsidRPr="00D501DD">
        <w:rPr>
          <w:rFonts w:ascii="Arial" w:hAnsi="Arial" w:cs="Arial"/>
          <w:color w:val="222222"/>
          <w:rtl/>
        </w:rPr>
        <w:t xml:space="preserve">آنا </w:t>
      </w:r>
      <w:proofErr w:type="spellStart"/>
      <w:r w:rsidRPr="00D501DD">
        <w:rPr>
          <w:rFonts w:ascii="Arial" w:hAnsi="Arial" w:cs="Arial"/>
          <w:color w:val="222222"/>
          <w:rtl/>
        </w:rPr>
        <w:t>قربانی</w:t>
      </w:r>
      <w:proofErr w:type="spellEnd"/>
      <w:r w:rsidRPr="00D501DD">
        <w:rPr>
          <w:rFonts w:ascii="Arial" w:hAnsi="Arial" w:cs="Arial"/>
          <w:color w:val="222222"/>
          <w:rtl/>
        </w:rPr>
        <w:t xml:space="preserve"> دوشان </w:t>
      </w:r>
      <w:proofErr w:type="spellStart"/>
      <w:r w:rsidRPr="00D501DD">
        <w:rPr>
          <w:rFonts w:ascii="Arial" w:hAnsi="Arial" w:cs="Arial"/>
          <w:color w:val="222222"/>
          <w:rtl/>
        </w:rPr>
        <w:t>تپه</w:t>
      </w:r>
      <w:proofErr w:type="spellEnd"/>
    </w:p>
    <w:p w:rsidR="00D501DD" w:rsidRPr="00D501DD" w:rsidRDefault="00D501DD" w:rsidP="00D501DD">
      <w:pPr>
        <w:pStyle w:val="NormalWeb"/>
        <w:bidi/>
        <w:rPr>
          <w:rFonts w:ascii="Arial" w:hAnsi="Arial" w:cs="Arial"/>
          <w:color w:val="222222"/>
          <w:rtl/>
        </w:rPr>
      </w:pPr>
      <w:proofErr w:type="spellStart"/>
      <w:r w:rsidRPr="00D501DD">
        <w:rPr>
          <w:rFonts w:ascii="Arial" w:hAnsi="Arial" w:cs="Arial"/>
          <w:color w:val="222222"/>
          <w:rtl/>
        </w:rPr>
        <w:t>گروه</w:t>
      </w:r>
      <w:proofErr w:type="spellEnd"/>
      <w:r w:rsidRPr="00D501DD">
        <w:rPr>
          <w:rFonts w:ascii="Arial" w:hAnsi="Arial" w:cs="Arial"/>
          <w:color w:val="222222"/>
          <w:rtl/>
        </w:rPr>
        <w:t xml:space="preserve"> </w:t>
      </w:r>
      <w:proofErr w:type="spellStart"/>
      <w:r w:rsidRPr="00D501DD">
        <w:rPr>
          <w:rFonts w:ascii="Arial" w:hAnsi="Arial" w:cs="Arial"/>
          <w:color w:val="222222"/>
          <w:rtl/>
        </w:rPr>
        <w:t>داخلی</w:t>
      </w:r>
      <w:proofErr w:type="spellEnd"/>
      <w:r w:rsidRPr="00D501DD">
        <w:rPr>
          <w:rFonts w:ascii="Arial" w:hAnsi="Arial" w:cs="Arial"/>
          <w:color w:val="222222"/>
          <w:rtl/>
        </w:rPr>
        <w:t xml:space="preserve">، </w:t>
      </w:r>
      <w:proofErr w:type="spellStart"/>
      <w:r w:rsidRPr="00D501DD">
        <w:rPr>
          <w:rFonts w:ascii="Arial" w:hAnsi="Arial" w:cs="Arial"/>
          <w:color w:val="222222"/>
          <w:rtl/>
        </w:rPr>
        <w:t>بیمارستان</w:t>
      </w:r>
      <w:proofErr w:type="spellEnd"/>
      <w:r w:rsidRPr="00D501DD">
        <w:rPr>
          <w:rFonts w:ascii="Arial" w:hAnsi="Arial" w:cs="Arial"/>
          <w:color w:val="222222"/>
          <w:rtl/>
        </w:rPr>
        <w:t xml:space="preserve"> </w:t>
      </w:r>
      <w:proofErr w:type="spellStart"/>
      <w:r w:rsidRPr="00D501DD">
        <w:rPr>
          <w:rFonts w:ascii="Arial" w:hAnsi="Arial" w:cs="Arial"/>
          <w:color w:val="222222"/>
          <w:rtl/>
        </w:rPr>
        <w:t>بوعلی</w:t>
      </w:r>
      <w:proofErr w:type="spellEnd"/>
      <w:r w:rsidRPr="00D501DD">
        <w:rPr>
          <w:rFonts w:ascii="Arial" w:hAnsi="Arial" w:cs="Arial"/>
          <w:color w:val="222222"/>
          <w:rtl/>
        </w:rPr>
        <w:t xml:space="preserve">، </w:t>
      </w:r>
      <w:proofErr w:type="spellStart"/>
      <w:r w:rsidRPr="00D501DD">
        <w:rPr>
          <w:rFonts w:ascii="Arial" w:hAnsi="Arial" w:cs="Arial"/>
          <w:color w:val="222222"/>
          <w:rtl/>
        </w:rPr>
        <w:t>دانشکده</w:t>
      </w:r>
      <w:proofErr w:type="spellEnd"/>
      <w:r w:rsidRPr="00D501DD">
        <w:rPr>
          <w:rFonts w:ascii="Arial" w:hAnsi="Arial" w:cs="Arial"/>
          <w:color w:val="222222"/>
          <w:rtl/>
        </w:rPr>
        <w:t xml:space="preserve"> </w:t>
      </w:r>
      <w:proofErr w:type="spellStart"/>
      <w:r w:rsidRPr="00D501DD">
        <w:rPr>
          <w:rFonts w:ascii="Arial" w:hAnsi="Arial" w:cs="Arial"/>
          <w:color w:val="222222"/>
          <w:rtl/>
        </w:rPr>
        <w:t>پزشکی</w:t>
      </w:r>
      <w:proofErr w:type="spellEnd"/>
      <w:r w:rsidRPr="00D501DD">
        <w:rPr>
          <w:rFonts w:ascii="Arial" w:hAnsi="Arial" w:cs="Arial"/>
          <w:color w:val="222222"/>
          <w:rtl/>
        </w:rPr>
        <w:t xml:space="preserve">، </w:t>
      </w:r>
      <w:proofErr w:type="spellStart"/>
      <w:r w:rsidRPr="00D501DD">
        <w:rPr>
          <w:rFonts w:ascii="Arial" w:hAnsi="Arial" w:cs="Arial"/>
          <w:color w:val="222222"/>
          <w:rtl/>
        </w:rPr>
        <w:t>دانشگاه</w:t>
      </w:r>
      <w:proofErr w:type="spellEnd"/>
      <w:r w:rsidRPr="00D501DD">
        <w:rPr>
          <w:rFonts w:ascii="Arial" w:hAnsi="Arial" w:cs="Arial"/>
          <w:color w:val="222222"/>
          <w:rtl/>
        </w:rPr>
        <w:t xml:space="preserve"> آزاد </w:t>
      </w:r>
      <w:proofErr w:type="spellStart"/>
      <w:r w:rsidRPr="00D501DD">
        <w:rPr>
          <w:rFonts w:ascii="Arial" w:hAnsi="Arial" w:cs="Arial"/>
          <w:color w:val="222222"/>
          <w:rtl/>
        </w:rPr>
        <w:t>اسلامی</w:t>
      </w:r>
      <w:proofErr w:type="spellEnd"/>
      <w:r w:rsidRPr="00D501DD">
        <w:rPr>
          <w:rFonts w:ascii="Arial" w:hAnsi="Arial" w:cs="Arial"/>
          <w:color w:val="222222"/>
          <w:rtl/>
        </w:rPr>
        <w:t xml:space="preserve"> واحد علوم </w:t>
      </w:r>
      <w:proofErr w:type="spellStart"/>
      <w:r w:rsidRPr="00D501DD">
        <w:rPr>
          <w:rFonts w:ascii="Arial" w:hAnsi="Arial" w:cs="Arial"/>
          <w:color w:val="222222"/>
          <w:rtl/>
        </w:rPr>
        <w:t>پزشکی</w:t>
      </w:r>
      <w:proofErr w:type="spellEnd"/>
      <w:r w:rsidRPr="00D501DD">
        <w:rPr>
          <w:rFonts w:ascii="Arial" w:hAnsi="Arial" w:cs="Arial"/>
          <w:color w:val="222222"/>
          <w:rtl/>
        </w:rPr>
        <w:t xml:space="preserve"> تهران، تهران، </w:t>
      </w:r>
      <w:proofErr w:type="spellStart"/>
      <w:r w:rsidRPr="00D501DD">
        <w:rPr>
          <w:rFonts w:ascii="Arial" w:hAnsi="Arial" w:cs="Arial"/>
          <w:color w:val="222222"/>
          <w:rtl/>
        </w:rPr>
        <w:t>ایران</w:t>
      </w:r>
      <w:proofErr w:type="spellEnd"/>
    </w:p>
    <w:p w:rsidR="00D501DD" w:rsidRPr="00D501DD" w:rsidRDefault="00D501DD" w:rsidP="00D501DD">
      <w:pPr>
        <w:pStyle w:val="NormalWeb"/>
        <w:bidi/>
        <w:rPr>
          <w:rFonts w:ascii="Arial" w:hAnsi="Arial" w:cs="Arial"/>
          <w:color w:val="222222"/>
          <w:rtl/>
        </w:rPr>
      </w:pPr>
      <w:r w:rsidRPr="00D501DD">
        <w:rPr>
          <w:rFonts w:ascii="Arial" w:hAnsi="Arial" w:cs="Arial"/>
          <w:color w:val="222222"/>
          <w:rtl/>
        </w:rPr>
        <w:t xml:space="preserve">تلفن: </w:t>
      </w:r>
      <w:r w:rsidRPr="00D501DD">
        <w:rPr>
          <w:rFonts w:ascii="Arial" w:hAnsi="Arial" w:cs="Arial"/>
          <w:color w:val="222222"/>
          <w:rtl/>
          <w:lang w:bidi="fa-IR"/>
        </w:rPr>
        <w:t>۰۹۱۲۶۰۲۸۴۶۲</w:t>
      </w:r>
    </w:p>
    <w:p w:rsidR="00D501DD" w:rsidRPr="00D501DD" w:rsidRDefault="00D501DD" w:rsidP="00D501DD">
      <w:pPr>
        <w:pStyle w:val="NormalWeb"/>
        <w:bidi/>
        <w:rPr>
          <w:rFonts w:ascii="Arial" w:hAnsi="Arial" w:cs="Arial"/>
          <w:color w:val="222222"/>
          <w:rtl/>
        </w:rPr>
      </w:pPr>
      <w:proofErr w:type="spellStart"/>
      <w:r w:rsidRPr="00D501DD">
        <w:rPr>
          <w:rFonts w:ascii="Arial" w:hAnsi="Arial" w:cs="Arial"/>
          <w:color w:val="222222"/>
          <w:rtl/>
        </w:rPr>
        <w:t>ایمیل</w:t>
      </w:r>
      <w:proofErr w:type="spellEnd"/>
      <w:r w:rsidRPr="00D501DD">
        <w:rPr>
          <w:rFonts w:ascii="Arial" w:hAnsi="Arial" w:cs="Arial"/>
          <w:color w:val="222222"/>
          <w:rtl/>
        </w:rPr>
        <w:t>:</w:t>
      </w:r>
      <w:r w:rsidRPr="00D501DD">
        <w:rPr>
          <w:rStyle w:val="apple-converted-space"/>
          <w:rFonts w:ascii="Arial" w:hAnsi="Arial" w:cs="Arial"/>
          <w:color w:val="222222"/>
          <w:rtl/>
        </w:rPr>
        <w:t> </w:t>
      </w:r>
      <w:hyperlink r:id="rId8" w:tgtFrame="_blank" w:history="1">
        <w:r w:rsidRPr="00D501DD">
          <w:rPr>
            <w:rStyle w:val="Hyperlink"/>
            <w:rFonts w:ascii="Arial" w:hAnsi="Arial" w:cs="Arial"/>
            <w:color w:val="1155CC"/>
          </w:rPr>
          <w:t>annaghorbani1367@gmail.com</w:t>
        </w:r>
      </w:hyperlink>
    </w:p>
    <w:p w:rsidR="00D501DD" w:rsidRPr="00D501DD" w:rsidRDefault="00D501DD" w:rsidP="00D501DD">
      <w:pPr>
        <w:bidi/>
        <w:spacing w:line="360" w:lineRule="auto"/>
        <w:rPr>
          <w:rFonts w:ascii="Times New Roman" w:hAnsi="Times New Roman" w:cs="Times New Roman"/>
          <w:sz w:val="24"/>
          <w:szCs w:val="24"/>
          <w:lang w:bidi="fa-IR"/>
        </w:rPr>
      </w:pPr>
    </w:p>
    <w:p w:rsidR="00AE67B4" w:rsidRPr="00D501DD" w:rsidRDefault="00F34896" w:rsidP="002934CF">
      <w:pPr>
        <w:rPr>
          <w:sz w:val="24"/>
          <w:szCs w:val="24"/>
        </w:rPr>
      </w:pPr>
      <w:r w:rsidRPr="00D501DD">
        <w:rPr>
          <w:b/>
          <w:bCs/>
          <w:sz w:val="24"/>
          <w:szCs w:val="24"/>
        </w:rPr>
        <w:t>Title</w:t>
      </w:r>
      <w:r w:rsidRPr="00D501DD">
        <w:rPr>
          <w:sz w:val="24"/>
          <w:szCs w:val="24"/>
        </w:rPr>
        <w:t>:</w:t>
      </w:r>
      <w:r w:rsidR="00D62ED8" w:rsidRPr="00D501DD">
        <w:rPr>
          <w:rFonts w:hint="cs"/>
          <w:sz w:val="24"/>
          <w:szCs w:val="24"/>
          <w:rtl/>
        </w:rPr>
        <w:t xml:space="preserve"> </w:t>
      </w:r>
      <w:r w:rsidR="00AE67B4" w:rsidRPr="00D501DD">
        <w:rPr>
          <w:sz w:val="24"/>
          <w:szCs w:val="24"/>
        </w:rPr>
        <w:t>Comparative Evaluation of the Efficacy of Rifaximin and Mebeverine on Gastrointestinal Symptoms in Patients with Irritable Bowel Syndrome: A Randomized Clinical Trial</w:t>
      </w:r>
    </w:p>
    <w:p w:rsidR="00D501DD" w:rsidRPr="00D501DD" w:rsidRDefault="00F34896" w:rsidP="00D501DD">
      <w:pPr>
        <w:pStyle w:val="NormalWeb"/>
        <w:rPr>
          <w:rFonts w:ascii="Arial" w:hAnsi="Arial" w:cs="Arial"/>
          <w:color w:val="222222"/>
        </w:rPr>
      </w:pPr>
      <w:r w:rsidRPr="00D501DD">
        <w:rPr>
          <w:b/>
          <w:bCs/>
        </w:rPr>
        <w:t xml:space="preserve">          </w:t>
      </w:r>
      <w:r w:rsidR="00D501DD" w:rsidRPr="00D501DD">
        <w:rPr>
          <w:rFonts w:ascii="Arial" w:hAnsi="Arial" w:cs="Arial"/>
          <w:color w:val="222222"/>
        </w:rPr>
        <w:t>Authors:</w:t>
      </w:r>
    </w:p>
    <w:p w:rsidR="00D501DD" w:rsidRPr="00D501DD" w:rsidRDefault="00D501DD" w:rsidP="00D501DD">
      <w:pPr>
        <w:pStyle w:val="NormalWeb"/>
        <w:rPr>
          <w:rFonts w:ascii="Arial" w:hAnsi="Arial" w:cs="Arial"/>
          <w:color w:val="222222"/>
        </w:rPr>
      </w:pPr>
      <w:r w:rsidRPr="00D501DD">
        <w:rPr>
          <w:rFonts w:ascii="Arial" w:hAnsi="Arial" w:cs="Arial"/>
          <w:color w:val="222222"/>
        </w:rPr>
        <w:t>Anna Ghorbani Doshantapeh ¹, Mitra Ali Nejad Khoram ², Farahnaz Pasha ³, Amir Taheri ⁴</w:t>
      </w:r>
    </w:p>
    <w:p w:rsidR="00D501DD" w:rsidRPr="00D501DD" w:rsidRDefault="00D501DD" w:rsidP="00D501DD">
      <w:pPr>
        <w:pStyle w:val="NormalWeb"/>
        <w:rPr>
          <w:rFonts w:ascii="Arial" w:hAnsi="Arial" w:cs="Arial"/>
          <w:color w:val="222222"/>
        </w:rPr>
      </w:pPr>
      <w:r w:rsidRPr="00D501DD">
        <w:rPr>
          <w:rFonts w:ascii="Arial" w:hAnsi="Arial" w:cs="Arial"/>
          <w:color w:val="222222"/>
        </w:rPr>
        <w:t>¹ Department of Internal Medicine, Faculty of Medicine, Islamic Azad University, Tehran, Iran</w:t>
      </w:r>
    </w:p>
    <w:p w:rsidR="00D501DD" w:rsidRPr="00D501DD" w:rsidRDefault="00D501DD" w:rsidP="00D501DD">
      <w:pPr>
        <w:pStyle w:val="NormalWeb"/>
        <w:rPr>
          <w:rFonts w:ascii="Arial" w:hAnsi="Arial" w:cs="Arial"/>
          <w:color w:val="222222"/>
        </w:rPr>
      </w:pPr>
      <w:r w:rsidRPr="00D501DD">
        <w:rPr>
          <w:rFonts w:ascii="Arial" w:hAnsi="Arial" w:cs="Arial"/>
          <w:color w:val="222222"/>
        </w:rPr>
        <w:t>², ³, ⁴ Supervisors and Consulting Advisors</w:t>
      </w:r>
    </w:p>
    <w:p w:rsidR="00D501DD" w:rsidRPr="00D501DD" w:rsidRDefault="00D501DD" w:rsidP="00D501DD">
      <w:pPr>
        <w:pStyle w:val="NormalWeb"/>
        <w:rPr>
          <w:rFonts w:ascii="Arial" w:hAnsi="Arial" w:cs="Arial"/>
          <w:color w:val="222222"/>
        </w:rPr>
      </w:pPr>
      <w:r w:rsidRPr="00D501DD">
        <w:rPr>
          <w:rFonts w:ascii="Arial" w:hAnsi="Arial" w:cs="Arial"/>
          <w:color w:val="222222"/>
        </w:rPr>
        <w:t>Corresponding author:</w:t>
      </w:r>
    </w:p>
    <w:p w:rsidR="00D501DD" w:rsidRPr="00D501DD" w:rsidRDefault="00D501DD" w:rsidP="00D501DD">
      <w:pPr>
        <w:pStyle w:val="NormalWeb"/>
        <w:rPr>
          <w:rFonts w:ascii="Arial" w:hAnsi="Arial" w:cs="Arial"/>
          <w:color w:val="222222"/>
        </w:rPr>
      </w:pPr>
      <w:r w:rsidRPr="00D501DD">
        <w:rPr>
          <w:rFonts w:ascii="Arial" w:hAnsi="Arial" w:cs="Arial"/>
          <w:color w:val="222222"/>
        </w:rPr>
        <w:t>Anna Ghorbani Doshantapeh</w:t>
      </w:r>
    </w:p>
    <w:p w:rsidR="00D501DD" w:rsidRPr="00D501DD" w:rsidRDefault="00D501DD" w:rsidP="00D501DD">
      <w:pPr>
        <w:pStyle w:val="NormalWeb"/>
        <w:rPr>
          <w:rFonts w:ascii="Arial" w:hAnsi="Arial" w:cs="Arial"/>
          <w:color w:val="222222"/>
        </w:rPr>
      </w:pPr>
      <w:r w:rsidRPr="00D501DD">
        <w:rPr>
          <w:rFonts w:ascii="Arial" w:hAnsi="Arial" w:cs="Arial"/>
          <w:color w:val="222222"/>
        </w:rPr>
        <w:t>Department of Internal Medicine, Buali Hospital, Faculty of Medicine, Islamic Azad University, Tehran, Iran</w:t>
      </w:r>
    </w:p>
    <w:p w:rsidR="00D501DD" w:rsidRPr="00D501DD" w:rsidRDefault="00D501DD" w:rsidP="00D501DD">
      <w:pPr>
        <w:pStyle w:val="NormalWeb"/>
        <w:rPr>
          <w:rFonts w:ascii="Arial" w:hAnsi="Arial" w:cs="Arial"/>
          <w:color w:val="222222"/>
        </w:rPr>
      </w:pPr>
      <w:r w:rsidRPr="00D501DD">
        <w:rPr>
          <w:rFonts w:ascii="Arial" w:hAnsi="Arial" w:cs="Arial"/>
          <w:color w:val="222222"/>
        </w:rPr>
        <w:t>Email:</w:t>
      </w:r>
      <w:r w:rsidRPr="00D501DD">
        <w:rPr>
          <w:rStyle w:val="apple-converted-space"/>
          <w:rFonts w:ascii="Arial" w:hAnsi="Arial" w:cs="Arial"/>
          <w:color w:val="222222"/>
        </w:rPr>
        <w:t> </w:t>
      </w:r>
      <w:r w:rsidRPr="00D501DD">
        <w:rPr>
          <w:rFonts w:ascii="Arial" w:hAnsi="Arial" w:cs="Arial"/>
          <w:color w:val="222222"/>
        </w:rPr>
        <w:fldChar w:fldCharType="begin"/>
      </w:r>
      <w:r w:rsidRPr="00D501DD">
        <w:rPr>
          <w:rFonts w:ascii="Arial" w:hAnsi="Arial" w:cs="Arial"/>
          <w:color w:val="222222"/>
        </w:rPr>
        <w:instrText>HYPERLINK "mailto:annaghorbani1367@gmail.com" \t "_blank"</w:instrText>
      </w:r>
      <w:r w:rsidRPr="00D501DD">
        <w:rPr>
          <w:rFonts w:ascii="Arial" w:hAnsi="Arial" w:cs="Arial"/>
          <w:color w:val="222222"/>
        </w:rPr>
      </w:r>
      <w:r w:rsidRPr="00D501DD">
        <w:rPr>
          <w:rFonts w:ascii="Arial" w:hAnsi="Arial" w:cs="Arial"/>
          <w:color w:val="222222"/>
        </w:rPr>
        <w:fldChar w:fldCharType="separate"/>
      </w:r>
      <w:r w:rsidRPr="00D501DD">
        <w:rPr>
          <w:rStyle w:val="Hyperlink"/>
          <w:rFonts w:ascii="Arial" w:hAnsi="Arial" w:cs="Arial"/>
          <w:color w:val="1155CC"/>
        </w:rPr>
        <w:t>annaghorbani1367@gmail.com</w:t>
      </w:r>
      <w:r w:rsidRPr="00D501DD">
        <w:rPr>
          <w:rFonts w:ascii="Arial" w:hAnsi="Arial" w:cs="Arial"/>
          <w:color w:val="222222"/>
        </w:rPr>
        <w:fldChar w:fldCharType="end"/>
      </w:r>
    </w:p>
    <w:p w:rsidR="00D501DD" w:rsidRPr="00D501DD" w:rsidRDefault="00D501DD" w:rsidP="00D501DD">
      <w:pPr>
        <w:pStyle w:val="NormalWeb"/>
        <w:rPr>
          <w:rFonts w:ascii="Arial" w:hAnsi="Arial" w:cs="Arial"/>
          <w:color w:val="222222"/>
        </w:rPr>
      </w:pPr>
      <w:r w:rsidRPr="00D501DD">
        <w:rPr>
          <w:rFonts w:ascii="Arial" w:hAnsi="Arial" w:cs="Arial"/>
          <w:color w:val="222222"/>
        </w:rPr>
        <w:lastRenderedPageBreak/>
        <w:t>Tel: +98 912 602 8462</w:t>
      </w:r>
    </w:p>
    <w:p w:rsidR="004C6CDC" w:rsidRPr="00D501DD" w:rsidRDefault="004C6CDC" w:rsidP="00D501DD">
      <w:pPr>
        <w:rPr>
          <w:b/>
          <w:bCs/>
          <w:sz w:val="24"/>
          <w:szCs w:val="24"/>
          <w:rtl/>
        </w:rPr>
      </w:pPr>
    </w:p>
    <w:p w:rsidR="00B85119" w:rsidRPr="00D501DD" w:rsidRDefault="000047FF" w:rsidP="00B85119">
      <w:pPr>
        <w:pStyle w:val="NormalWeb"/>
        <w:spacing w:after="240" w:afterAutospacing="0"/>
        <w:jc w:val="right"/>
        <w:rPr>
          <w:rFonts w:ascii="Arial" w:hAnsi="Arial" w:cs="Arial"/>
          <w:b/>
          <w:bCs/>
          <w:color w:val="222222"/>
        </w:rPr>
      </w:pPr>
      <w:r w:rsidRPr="00D501DD">
        <w:t>.</w:t>
      </w:r>
      <w:proofErr w:type="spellStart"/>
      <w:r w:rsidR="00B85119" w:rsidRPr="00D501DD">
        <w:rPr>
          <w:rFonts w:hint="cs"/>
          <w:b/>
          <w:bCs/>
          <w:rtl/>
        </w:rPr>
        <w:t>چکیده</w:t>
      </w:r>
      <w:proofErr w:type="spellEnd"/>
    </w:p>
    <w:p w:rsidR="00B85119" w:rsidRPr="00D501DD" w:rsidRDefault="00B85119" w:rsidP="00B85119">
      <w:pPr>
        <w:pStyle w:val="NormalWeb"/>
        <w:bidi/>
        <w:rPr>
          <w:rFonts w:ascii="Arial" w:hAnsi="Arial" w:cs="Arial"/>
          <w:b/>
          <w:bCs/>
          <w:color w:val="222222"/>
        </w:rPr>
      </w:pPr>
      <w:proofErr w:type="spellStart"/>
      <w:r w:rsidRPr="00D501DD">
        <w:rPr>
          <w:rFonts w:ascii="Arial" w:hAnsi="Arial" w:cs="Arial"/>
          <w:b/>
          <w:bCs/>
          <w:color w:val="222222"/>
          <w:rtl/>
        </w:rPr>
        <w:t>زمینه</w:t>
      </w:r>
      <w:proofErr w:type="spellEnd"/>
      <w:r w:rsidRPr="00D501DD">
        <w:rPr>
          <w:rFonts w:ascii="Arial" w:hAnsi="Arial" w:cs="Arial"/>
          <w:b/>
          <w:bCs/>
          <w:color w:val="222222"/>
          <w:rtl/>
        </w:rPr>
        <w:t xml:space="preserve"> </w:t>
      </w:r>
      <w:proofErr w:type="gramStart"/>
      <w:r w:rsidRPr="00D501DD">
        <w:rPr>
          <w:rFonts w:ascii="Arial" w:hAnsi="Arial" w:cs="Arial"/>
          <w:b/>
          <w:bCs/>
          <w:color w:val="222222"/>
          <w:rtl/>
        </w:rPr>
        <w:t>و هدف</w:t>
      </w:r>
      <w:proofErr w:type="gramEnd"/>
      <w:r w:rsidRPr="00D501DD">
        <w:rPr>
          <w:rFonts w:ascii="Arial" w:hAnsi="Arial" w:cs="Arial"/>
          <w:b/>
          <w:bCs/>
          <w:color w:val="222222"/>
          <w:rtl/>
        </w:rPr>
        <w:t>:</w:t>
      </w:r>
    </w:p>
    <w:p w:rsidR="00B85119" w:rsidRPr="00D501DD" w:rsidRDefault="00B85119" w:rsidP="00B85119">
      <w:pPr>
        <w:pStyle w:val="NormalWeb"/>
        <w:bidi/>
        <w:rPr>
          <w:rFonts w:ascii="Arial" w:hAnsi="Arial" w:cs="Arial"/>
          <w:color w:val="222222"/>
          <w:rtl/>
        </w:rPr>
      </w:pPr>
      <w:r w:rsidRPr="00D501DD">
        <w:rPr>
          <w:rFonts w:ascii="Arial" w:hAnsi="Arial" w:cs="Arial"/>
          <w:color w:val="222222"/>
          <w:rtl/>
        </w:rPr>
        <w:t xml:space="preserve">سندرم روده </w:t>
      </w:r>
      <w:proofErr w:type="spellStart"/>
      <w:r w:rsidRPr="00D501DD">
        <w:rPr>
          <w:rFonts w:ascii="Arial" w:hAnsi="Arial" w:cs="Arial"/>
          <w:color w:val="222222"/>
          <w:rtl/>
        </w:rPr>
        <w:t>تحریک‌پذیر</w:t>
      </w:r>
      <w:proofErr w:type="spellEnd"/>
      <w:r w:rsidRPr="00D501DD">
        <w:rPr>
          <w:rFonts w:ascii="Arial" w:hAnsi="Arial" w:cs="Arial"/>
          <w:color w:val="222222"/>
          <w:rtl/>
        </w:rPr>
        <w:t xml:space="preserve"> (</w:t>
      </w:r>
      <w:r w:rsidRPr="00D501DD">
        <w:rPr>
          <w:rFonts w:ascii="Arial" w:hAnsi="Arial" w:cs="Arial"/>
          <w:color w:val="222222"/>
        </w:rPr>
        <w:t>IBS</w:t>
      </w:r>
      <w:r w:rsidRPr="00D501DD">
        <w:rPr>
          <w:rFonts w:ascii="Arial" w:hAnsi="Arial" w:cs="Arial"/>
          <w:color w:val="222222"/>
          <w:rtl/>
        </w:rPr>
        <w:t xml:space="preserve">) </w:t>
      </w:r>
      <w:proofErr w:type="spellStart"/>
      <w:r w:rsidRPr="00D501DD">
        <w:rPr>
          <w:rFonts w:ascii="Arial" w:hAnsi="Arial" w:cs="Arial"/>
          <w:color w:val="222222"/>
          <w:rtl/>
        </w:rPr>
        <w:t>یکی</w:t>
      </w:r>
      <w:proofErr w:type="spellEnd"/>
      <w:r w:rsidRPr="00D501DD">
        <w:rPr>
          <w:rFonts w:ascii="Arial" w:hAnsi="Arial" w:cs="Arial"/>
          <w:color w:val="222222"/>
          <w:rtl/>
        </w:rPr>
        <w:t xml:space="preserve"> از </w:t>
      </w:r>
      <w:proofErr w:type="spellStart"/>
      <w:r w:rsidRPr="00D501DD">
        <w:rPr>
          <w:rFonts w:ascii="Arial" w:hAnsi="Arial" w:cs="Arial"/>
          <w:color w:val="222222"/>
          <w:rtl/>
        </w:rPr>
        <w:t>شایع‌ترین</w:t>
      </w:r>
      <w:proofErr w:type="spellEnd"/>
      <w:r w:rsidRPr="00D501DD">
        <w:rPr>
          <w:rFonts w:ascii="Arial" w:hAnsi="Arial" w:cs="Arial"/>
          <w:color w:val="222222"/>
          <w:rtl/>
        </w:rPr>
        <w:t xml:space="preserve"> اختلالات </w:t>
      </w:r>
      <w:proofErr w:type="spellStart"/>
      <w:r w:rsidRPr="00D501DD">
        <w:rPr>
          <w:rFonts w:ascii="Arial" w:hAnsi="Arial" w:cs="Arial"/>
          <w:color w:val="222222"/>
          <w:rtl/>
        </w:rPr>
        <w:t>عملکردی</w:t>
      </w:r>
      <w:proofErr w:type="spellEnd"/>
      <w:r w:rsidRPr="00D501DD">
        <w:rPr>
          <w:rFonts w:ascii="Arial" w:hAnsi="Arial" w:cs="Arial"/>
          <w:color w:val="222222"/>
          <w:rtl/>
        </w:rPr>
        <w:t xml:space="preserve"> </w:t>
      </w:r>
      <w:proofErr w:type="spellStart"/>
      <w:r w:rsidRPr="00D501DD">
        <w:rPr>
          <w:rFonts w:ascii="Arial" w:hAnsi="Arial" w:cs="Arial"/>
          <w:color w:val="222222"/>
          <w:rtl/>
        </w:rPr>
        <w:t>دستگاه</w:t>
      </w:r>
      <w:proofErr w:type="spellEnd"/>
      <w:r w:rsidRPr="00D501DD">
        <w:rPr>
          <w:rFonts w:ascii="Arial" w:hAnsi="Arial" w:cs="Arial"/>
          <w:color w:val="222222"/>
          <w:rtl/>
        </w:rPr>
        <w:t xml:space="preserve"> </w:t>
      </w:r>
      <w:proofErr w:type="spellStart"/>
      <w:r w:rsidRPr="00D501DD">
        <w:rPr>
          <w:rFonts w:ascii="Arial" w:hAnsi="Arial" w:cs="Arial"/>
          <w:color w:val="222222"/>
          <w:rtl/>
        </w:rPr>
        <w:t>گوارش</w:t>
      </w:r>
      <w:proofErr w:type="spellEnd"/>
      <w:r w:rsidRPr="00D501DD">
        <w:rPr>
          <w:rFonts w:ascii="Arial" w:hAnsi="Arial" w:cs="Arial"/>
          <w:color w:val="222222"/>
          <w:rtl/>
        </w:rPr>
        <w:t xml:space="preserve"> است </w:t>
      </w:r>
      <w:proofErr w:type="spellStart"/>
      <w:r w:rsidRPr="00D501DD">
        <w:rPr>
          <w:rFonts w:ascii="Arial" w:hAnsi="Arial" w:cs="Arial"/>
          <w:color w:val="222222"/>
          <w:rtl/>
        </w:rPr>
        <w:t>که</w:t>
      </w:r>
      <w:proofErr w:type="spellEnd"/>
      <w:r w:rsidRPr="00D501DD">
        <w:rPr>
          <w:rFonts w:ascii="Arial" w:hAnsi="Arial" w:cs="Arial"/>
          <w:color w:val="222222"/>
          <w:rtl/>
        </w:rPr>
        <w:t xml:space="preserve"> </w:t>
      </w:r>
      <w:proofErr w:type="spellStart"/>
      <w:r w:rsidRPr="00D501DD">
        <w:rPr>
          <w:rFonts w:ascii="Arial" w:hAnsi="Arial" w:cs="Arial"/>
          <w:color w:val="222222"/>
          <w:rtl/>
        </w:rPr>
        <w:t>با</w:t>
      </w:r>
      <w:proofErr w:type="spellEnd"/>
      <w:r w:rsidRPr="00D501DD">
        <w:rPr>
          <w:rFonts w:ascii="Arial" w:hAnsi="Arial" w:cs="Arial"/>
          <w:color w:val="222222"/>
          <w:rtl/>
        </w:rPr>
        <w:t xml:space="preserve"> درد </w:t>
      </w:r>
      <w:proofErr w:type="spellStart"/>
      <w:r w:rsidRPr="00D501DD">
        <w:rPr>
          <w:rFonts w:ascii="Arial" w:hAnsi="Arial" w:cs="Arial"/>
          <w:color w:val="222222"/>
          <w:rtl/>
        </w:rPr>
        <w:t>شکمی</w:t>
      </w:r>
      <w:proofErr w:type="spellEnd"/>
      <w:r w:rsidRPr="00D501DD">
        <w:rPr>
          <w:rFonts w:ascii="Arial" w:hAnsi="Arial" w:cs="Arial"/>
          <w:color w:val="222222"/>
          <w:rtl/>
        </w:rPr>
        <w:t xml:space="preserve">، نفخ </w:t>
      </w:r>
      <w:proofErr w:type="gramStart"/>
      <w:r w:rsidRPr="00D501DD">
        <w:rPr>
          <w:rFonts w:ascii="Arial" w:hAnsi="Arial" w:cs="Arial"/>
          <w:color w:val="222222"/>
          <w:rtl/>
        </w:rPr>
        <w:t xml:space="preserve">و </w:t>
      </w:r>
      <w:proofErr w:type="spellStart"/>
      <w:r w:rsidRPr="00D501DD">
        <w:rPr>
          <w:rFonts w:ascii="Arial" w:hAnsi="Arial" w:cs="Arial"/>
          <w:color w:val="222222"/>
          <w:rtl/>
        </w:rPr>
        <w:t>تغییر</w:t>
      </w:r>
      <w:proofErr w:type="spellEnd"/>
      <w:proofErr w:type="gramEnd"/>
      <w:r w:rsidRPr="00D501DD">
        <w:rPr>
          <w:rFonts w:ascii="Arial" w:hAnsi="Arial" w:cs="Arial"/>
          <w:color w:val="222222"/>
          <w:rtl/>
        </w:rPr>
        <w:t xml:space="preserve"> در عادات دفع بدون وجود </w:t>
      </w:r>
      <w:proofErr w:type="spellStart"/>
      <w:r w:rsidRPr="00D501DD">
        <w:rPr>
          <w:rFonts w:ascii="Arial" w:hAnsi="Arial" w:cs="Arial"/>
          <w:color w:val="222222"/>
          <w:rtl/>
        </w:rPr>
        <w:t>ضایعه</w:t>
      </w:r>
      <w:proofErr w:type="spellEnd"/>
      <w:r w:rsidRPr="00D501DD">
        <w:rPr>
          <w:rFonts w:ascii="Arial" w:hAnsi="Arial" w:cs="Arial"/>
          <w:color w:val="222222"/>
          <w:rtl/>
        </w:rPr>
        <w:t xml:space="preserve"> </w:t>
      </w:r>
      <w:proofErr w:type="spellStart"/>
      <w:r w:rsidRPr="00D501DD">
        <w:rPr>
          <w:rFonts w:ascii="Arial" w:hAnsi="Arial" w:cs="Arial"/>
          <w:color w:val="222222"/>
          <w:rtl/>
        </w:rPr>
        <w:t>ساختاری</w:t>
      </w:r>
      <w:proofErr w:type="spellEnd"/>
      <w:r w:rsidRPr="00D501DD">
        <w:rPr>
          <w:rFonts w:ascii="Arial" w:hAnsi="Arial" w:cs="Arial"/>
          <w:color w:val="222222"/>
          <w:rtl/>
        </w:rPr>
        <w:t xml:space="preserve"> مشخص </w:t>
      </w:r>
      <w:proofErr w:type="spellStart"/>
      <w:r w:rsidRPr="00D501DD">
        <w:rPr>
          <w:rFonts w:ascii="Arial" w:hAnsi="Arial" w:cs="Arial"/>
          <w:color w:val="222222"/>
          <w:rtl/>
        </w:rPr>
        <w:t>مشخص</w:t>
      </w:r>
      <w:proofErr w:type="spellEnd"/>
      <w:r w:rsidRPr="00D501DD">
        <w:rPr>
          <w:rFonts w:ascii="Arial" w:hAnsi="Arial" w:cs="Arial"/>
          <w:color w:val="222222"/>
          <w:rtl/>
        </w:rPr>
        <w:t xml:space="preserve"> </w:t>
      </w:r>
      <w:proofErr w:type="spellStart"/>
      <w:r w:rsidRPr="00D501DD">
        <w:rPr>
          <w:rFonts w:ascii="Arial" w:hAnsi="Arial" w:cs="Arial"/>
          <w:color w:val="222222"/>
          <w:rtl/>
        </w:rPr>
        <w:t>می‌شود</w:t>
      </w:r>
      <w:proofErr w:type="spellEnd"/>
      <w:r w:rsidRPr="00D501DD">
        <w:rPr>
          <w:rFonts w:ascii="Arial" w:hAnsi="Arial" w:cs="Arial"/>
          <w:color w:val="222222"/>
          <w:rtl/>
        </w:rPr>
        <w:t xml:space="preserve"> (1،2). </w:t>
      </w:r>
      <w:proofErr w:type="spellStart"/>
      <w:r w:rsidRPr="00D501DD">
        <w:rPr>
          <w:rFonts w:ascii="Arial" w:hAnsi="Arial" w:cs="Arial"/>
          <w:color w:val="222222"/>
          <w:rtl/>
        </w:rPr>
        <w:t>این</w:t>
      </w:r>
      <w:proofErr w:type="spellEnd"/>
      <w:r w:rsidRPr="00D501DD">
        <w:rPr>
          <w:rFonts w:ascii="Arial" w:hAnsi="Arial" w:cs="Arial"/>
          <w:color w:val="222222"/>
          <w:rtl/>
        </w:rPr>
        <w:t xml:space="preserve"> </w:t>
      </w:r>
      <w:proofErr w:type="spellStart"/>
      <w:r w:rsidRPr="00D501DD">
        <w:rPr>
          <w:rFonts w:ascii="Arial" w:hAnsi="Arial" w:cs="Arial"/>
          <w:color w:val="222222"/>
          <w:rtl/>
        </w:rPr>
        <w:t>بیماری</w:t>
      </w:r>
      <w:proofErr w:type="spellEnd"/>
      <w:r w:rsidRPr="00D501DD">
        <w:rPr>
          <w:rFonts w:ascii="Arial" w:hAnsi="Arial" w:cs="Arial"/>
          <w:color w:val="222222"/>
          <w:rtl/>
        </w:rPr>
        <w:t xml:space="preserve"> </w:t>
      </w:r>
      <w:proofErr w:type="spellStart"/>
      <w:r w:rsidRPr="00D501DD">
        <w:rPr>
          <w:rFonts w:ascii="Arial" w:hAnsi="Arial" w:cs="Arial"/>
          <w:color w:val="222222"/>
          <w:rtl/>
        </w:rPr>
        <w:t>تأثیر</w:t>
      </w:r>
      <w:proofErr w:type="spellEnd"/>
      <w:r w:rsidRPr="00D501DD">
        <w:rPr>
          <w:rFonts w:ascii="Arial" w:hAnsi="Arial" w:cs="Arial"/>
          <w:color w:val="222222"/>
          <w:rtl/>
        </w:rPr>
        <w:t xml:space="preserve"> قابل </w:t>
      </w:r>
      <w:proofErr w:type="spellStart"/>
      <w:r w:rsidRPr="00D501DD">
        <w:rPr>
          <w:rFonts w:ascii="Arial" w:hAnsi="Arial" w:cs="Arial"/>
          <w:color w:val="222222"/>
          <w:rtl/>
        </w:rPr>
        <w:t>توجهی</w:t>
      </w:r>
      <w:proofErr w:type="spellEnd"/>
      <w:r w:rsidRPr="00D501DD">
        <w:rPr>
          <w:rFonts w:ascii="Arial" w:hAnsi="Arial" w:cs="Arial"/>
          <w:color w:val="222222"/>
          <w:rtl/>
        </w:rPr>
        <w:t xml:space="preserve"> بر </w:t>
      </w:r>
      <w:proofErr w:type="spellStart"/>
      <w:r w:rsidRPr="00D501DD">
        <w:rPr>
          <w:rFonts w:ascii="Arial" w:hAnsi="Arial" w:cs="Arial"/>
          <w:color w:val="222222"/>
          <w:rtl/>
        </w:rPr>
        <w:t>کیفیت</w:t>
      </w:r>
      <w:proofErr w:type="spellEnd"/>
      <w:r w:rsidRPr="00D501DD">
        <w:rPr>
          <w:rFonts w:ascii="Arial" w:hAnsi="Arial" w:cs="Arial"/>
          <w:color w:val="222222"/>
          <w:rtl/>
        </w:rPr>
        <w:t xml:space="preserve"> </w:t>
      </w:r>
      <w:proofErr w:type="spellStart"/>
      <w:r w:rsidRPr="00D501DD">
        <w:rPr>
          <w:rFonts w:ascii="Arial" w:hAnsi="Arial" w:cs="Arial"/>
          <w:color w:val="222222"/>
          <w:rtl/>
        </w:rPr>
        <w:t>زندگی</w:t>
      </w:r>
      <w:proofErr w:type="spellEnd"/>
      <w:r w:rsidRPr="00D501DD">
        <w:rPr>
          <w:rFonts w:ascii="Arial" w:hAnsi="Arial" w:cs="Arial"/>
          <w:color w:val="222222"/>
          <w:rtl/>
        </w:rPr>
        <w:t xml:space="preserve"> </w:t>
      </w:r>
      <w:proofErr w:type="spellStart"/>
      <w:r w:rsidRPr="00D501DD">
        <w:rPr>
          <w:rFonts w:ascii="Arial" w:hAnsi="Arial" w:cs="Arial"/>
          <w:color w:val="222222"/>
          <w:rtl/>
        </w:rPr>
        <w:t>بیماران</w:t>
      </w:r>
      <w:proofErr w:type="spellEnd"/>
      <w:r w:rsidRPr="00D501DD">
        <w:rPr>
          <w:rFonts w:ascii="Arial" w:hAnsi="Arial" w:cs="Arial"/>
          <w:color w:val="222222"/>
          <w:rtl/>
        </w:rPr>
        <w:t xml:space="preserve"> </w:t>
      </w:r>
      <w:proofErr w:type="gramStart"/>
      <w:r w:rsidRPr="00D501DD">
        <w:rPr>
          <w:rFonts w:ascii="Arial" w:hAnsi="Arial" w:cs="Arial"/>
          <w:color w:val="222222"/>
          <w:rtl/>
        </w:rPr>
        <w:t xml:space="preserve">و </w:t>
      </w:r>
      <w:proofErr w:type="spellStart"/>
      <w:r w:rsidRPr="00D501DD">
        <w:rPr>
          <w:rFonts w:ascii="Arial" w:hAnsi="Arial" w:cs="Arial"/>
          <w:color w:val="222222"/>
          <w:rtl/>
        </w:rPr>
        <w:t>هزینه‌های</w:t>
      </w:r>
      <w:proofErr w:type="spellEnd"/>
      <w:proofErr w:type="gramEnd"/>
      <w:r w:rsidRPr="00D501DD">
        <w:rPr>
          <w:rFonts w:ascii="Arial" w:hAnsi="Arial" w:cs="Arial"/>
          <w:color w:val="222222"/>
          <w:rtl/>
        </w:rPr>
        <w:t xml:space="preserve"> نظام </w:t>
      </w:r>
      <w:proofErr w:type="spellStart"/>
      <w:r w:rsidRPr="00D501DD">
        <w:rPr>
          <w:rFonts w:ascii="Arial" w:hAnsi="Arial" w:cs="Arial"/>
          <w:color w:val="222222"/>
          <w:rtl/>
        </w:rPr>
        <w:t>سلامت</w:t>
      </w:r>
      <w:proofErr w:type="spellEnd"/>
      <w:r w:rsidRPr="00D501DD">
        <w:rPr>
          <w:rFonts w:ascii="Arial" w:hAnsi="Arial" w:cs="Arial"/>
          <w:color w:val="222222"/>
          <w:rtl/>
        </w:rPr>
        <w:t xml:space="preserve"> دارد (3). </w:t>
      </w:r>
      <w:proofErr w:type="spellStart"/>
      <w:r w:rsidRPr="00D501DD">
        <w:rPr>
          <w:rFonts w:ascii="Arial" w:hAnsi="Arial" w:cs="Arial"/>
          <w:color w:val="222222"/>
          <w:rtl/>
        </w:rPr>
        <w:t>با</w:t>
      </w:r>
      <w:proofErr w:type="spellEnd"/>
      <w:r w:rsidRPr="00D501DD">
        <w:rPr>
          <w:rFonts w:ascii="Arial" w:hAnsi="Arial" w:cs="Arial"/>
          <w:color w:val="222222"/>
          <w:rtl/>
        </w:rPr>
        <w:t xml:space="preserve"> توجه به </w:t>
      </w:r>
      <w:proofErr w:type="spellStart"/>
      <w:r w:rsidRPr="00D501DD">
        <w:rPr>
          <w:rFonts w:ascii="Arial" w:hAnsi="Arial" w:cs="Arial"/>
          <w:color w:val="222222"/>
          <w:rtl/>
        </w:rPr>
        <w:t>پیچیدگی</w:t>
      </w:r>
      <w:proofErr w:type="spellEnd"/>
      <w:r w:rsidRPr="00D501DD">
        <w:rPr>
          <w:rFonts w:ascii="Arial" w:hAnsi="Arial" w:cs="Arial"/>
          <w:color w:val="222222"/>
          <w:rtl/>
        </w:rPr>
        <w:t xml:space="preserve"> </w:t>
      </w:r>
      <w:proofErr w:type="spellStart"/>
      <w:r w:rsidRPr="00D501DD">
        <w:rPr>
          <w:rFonts w:ascii="Arial" w:hAnsi="Arial" w:cs="Arial"/>
          <w:color w:val="222222"/>
          <w:rtl/>
        </w:rPr>
        <w:t>مکانیسم‌های</w:t>
      </w:r>
      <w:proofErr w:type="spellEnd"/>
      <w:r w:rsidRPr="00D501DD">
        <w:rPr>
          <w:rFonts w:ascii="Arial" w:hAnsi="Arial" w:cs="Arial"/>
          <w:color w:val="222222"/>
          <w:rtl/>
        </w:rPr>
        <w:t xml:space="preserve"> </w:t>
      </w:r>
      <w:proofErr w:type="spellStart"/>
      <w:r w:rsidRPr="00D501DD">
        <w:rPr>
          <w:rFonts w:ascii="Arial" w:hAnsi="Arial" w:cs="Arial"/>
          <w:color w:val="222222"/>
          <w:rtl/>
        </w:rPr>
        <w:t>ایجاد</w:t>
      </w:r>
      <w:proofErr w:type="spellEnd"/>
      <w:r w:rsidRPr="00D501DD">
        <w:rPr>
          <w:rFonts w:ascii="Arial" w:hAnsi="Arial" w:cs="Arial"/>
          <w:color w:val="222222"/>
          <w:rtl/>
        </w:rPr>
        <w:t xml:space="preserve"> </w:t>
      </w:r>
      <w:r w:rsidRPr="00D501DD">
        <w:rPr>
          <w:rFonts w:ascii="Arial" w:hAnsi="Arial" w:cs="Arial"/>
          <w:color w:val="222222"/>
        </w:rPr>
        <w:t>IBS</w:t>
      </w:r>
      <w:r w:rsidRPr="00D501DD">
        <w:rPr>
          <w:rFonts w:ascii="Arial" w:hAnsi="Arial" w:cs="Arial"/>
          <w:color w:val="222222"/>
          <w:rtl/>
        </w:rPr>
        <w:t xml:space="preserve"> </w:t>
      </w:r>
      <w:proofErr w:type="gramStart"/>
      <w:r w:rsidRPr="00D501DD">
        <w:rPr>
          <w:rFonts w:ascii="Arial" w:hAnsi="Arial" w:cs="Arial"/>
          <w:color w:val="222222"/>
          <w:rtl/>
        </w:rPr>
        <w:t xml:space="preserve">و </w:t>
      </w:r>
      <w:proofErr w:type="spellStart"/>
      <w:r w:rsidRPr="00D501DD">
        <w:rPr>
          <w:rFonts w:ascii="Arial" w:hAnsi="Arial" w:cs="Arial"/>
          <w:color w:val="222222"/>
          <w:rtl/>
        </w:rPr>
        <w:t>پاسخ</w:t>
      </w:r>
      <w:proofErr w:type="spellEnd"/>
      <w:proofErr w:type="gramEnd"/>
      <w:r w:rsidRPr="00D501DD">
        <w:rPr>
          <w:rFonts w:ascii="Arial" w:hAnsi="Arial" w:cs="Arial"/>
          <w:color w:val="222222"/>
          <w:rtl/>
        </w:rPr>
        <w:t xml:space="preserve"> متفاوت </w:t>
      </w:r>
      <w:proofErr w:type="spellStart"/>
      <w:r w:rsidRPr="00D501DD">
        <w:rPr>
          <w:rFonts w:ascii="Arial" w:hAnsi="Arial" w:cs="Arial"/>
          <w:color w:val="222222"/>
          <w:rtl/>
        </w:rPr>
        <w:t>بیماران</w:t>
      </w:r>
      <w:proofErr w:type="spellEnd"/>
      <w:r w:rsidRPr="00D501DD">
        <w:rPr>
          <w:rFonts w:ascii="Arial" w:hAnsi="Arial" w:cs="Arial"/>
          <w:color w:val="222222"/>
          <w:rtl/>
        </w:rPr>
        <w:t xml:space="preserve"> به درمان، هدف از </w:t>
      </w:r>
      <w:proofErr w:type="spellStart"/>
      <w:r w:rsidRPr="00D501DD">
        <w:rPr>
          <w:rFonts w:ascii="Arial" w:hAnsi="Arial" w:cs="Arial"/>
          <w:color w:val="222222"/>
          <w:rtl/>
        </w:rPr>
        <w:t>این</w:t>
      </w:r>
      <w:proofErr w:type="spellEnd"/>
      <w:r w:rsidRPr="00D501DD">
        <w:rPr>
          <w:rFonts w:ascii="Arial" w:hAnsi="Arial" w:cs="Arial"/>
          <w:color w:val="222222"/>
          <w:rtl/>
        </w:rPr>
        <w:t xml:space="preserve"> مطالعه </w:t>
      </w:r>
      <w:proofErr w:type="spellStart"/>
      <w:r w:rsidRPr="00D501DD">
        <w:rPr>
          <w:rFonts w:ascii="Arial" w:hAnsi="Arial" w:cs="Arial"/>
          <w:color w:val="222222"/>
          <w:rtl/>
        </w:rPr>
        <w:t>مقایسه</w:t>
      </w:r>
      <w:proofErr w:type="spellEnd"/>
      <w:r w:rsidRPr="00D501DD">
        <w:rPr>
          <w:rFonts w:ascii="Arial" w:hAnsi="Arial" w:cs="Arial"/>
          <w:color w:val="222222"/>
          <w:rtl/>
        </w:rPr>
        <w:t xml:space="preserve"> </w:t>
      </w:r>
      <w:proofErr w:type="spellStart"/>
      <w:r w:rsidRPr="00D501DD">
        <w:rPr>
          <w:rFonts w:ascii="Arial" w:hAnsi="Arial" w:cs="Arial"/>
          <w:color w:val="222222"/>
          <w:rtl/>
        </w:rPr>
        <w:t>اثربخشی</w:t>
      </w:r>
      <w:proofErr w:type="spellEnd"/>
      <w:r w:rsidRPr="00D501DD">
        <w:rPr>
          <w:rFonts w:ascii="Arial" w:hAnsi="Arial" w:cs="Arial"/>
          <w:color w:val="222222"/>
          <w:rtl/>
        </w:rPr>
        <w:t xml:space="preserve"> دو </w:t>
      </w:r>
      <w:proofErr w:type="spellStart"/>
      <w:r w:rsidRPr="00D501DD">
        <w:rPr>
          <w:rFonts w:ascii="Arial" w:hAnsi="Arial" w:cs="Arial"/>
          <w:color w:val="222222"/>
          <w:rtl/>
        </w:rPr>
        <w:t>داروی</w:t>
      </w:r>
      <w:proofErr w:type="spellEnd"/>
      <w:r w:rsidRPr="00D501DD">
        <w:rPr>
          <w:rFonts w:ascii="Arial" w:hAnsi="Arial" w:cs="Arial"/>
          <w:color w:val="222222"/>
          <w:rtl/>
        </w:rPr>
        <w:t xml:space="preserve"> </w:t>
      </w:r>
      <w:proofErr w:type="spellStart"/>
      <w:r w:rsidRPr="00D501DD">
        <w:rPr>
          <w:rFonts w:ascii="Arial" w:hAnsi="Arial" w:cs="Arial"/>
          <w:color w:val="222222"/>
          <w:rtl/>
        </w:rPr>
        <w:t>ریفاکسیمین</w:t>
      </w:r>
      <w:proofErr w:type="spellEnd"/>
      <w:r w:rsidRPr="00D501DD">
        <w:rPr>
          <w:rFonts w:ascii="Arial" w:hAnsi="Arial" w:cs="Arial"/>
          <w:color w:val="222222"/>
          <w:rtl/>
        </w:rPr>
        <w:t xml:space="preserve"> و </w:t>
      </w:r>
      <w:proofErr w:type="spellStart"/>
      <w:r w:rsidRPr="00D501DD">
        <w:rPr>
          <w:rFonts w:ascii="Arial" w:hAnsi="Arial" w:cs="Arial"/>
          <w:color w:val="222222"/>
          <w:rtl/>
        </w:rPr>
        <w:t>مبورین</w:t>
      </w:r>
      <w:proofErr w:type="spellEnd"/>
      <w:r w:rsidRPr="00D501DD">
        <w:rPr>
          <w:rFonts w:ascii="Arial" w:hAnsi="Arial" w:cs="Arial"/>
          <w:color w:val="222222"/>
          <w:rtl/>
        </w:rPr>
        <w:t xml:space="preserve"> در </w:t>
      </w:r>
      <w:proofErr w:type="spellStart"/>
      <w:r w:rsidRPr="00D501DD">
        <w:rPr>
          <w:rFonts w:ascii="Arial" w:hAnsi="Arial" w:cs="Arial"/>
          <w:color w:val="222222"/>
          <w:rtl/>
        </w:rPr>
        <w:t>بهبود</w:t>
      </w:r>
      <w:proofErr w:type="spellEnd"/>
      <w:r w:rsidRPr="00D501DD">
        <w:rPr>
          <w:rFonts w:ascii="Arial" w:hAnsi="Arial" w:cs="Arial"/>
          <w:color w:val="222222"/>
          <w:rtl/>
        </w:rPr>
        <w:t xml:space="preserve"> علائم </w:t>
      </w:r>
      <w:proofErr w:type="spellStart"/>
      <w:r w:rsidRPr="00D501DD">
        <w:rPr>
          <w:rFonts w:ascii="Arial" w:hAnsi="Arial" w:cs="Arial"/>
          <w:color w:val="222222"/>
          <w:rtl/>
        </w:rPr>
        <w:t>گوارشی</w:t>
      </w:r>
      <w:proofErr w:type="spellEnd"/>
      <w:r w:rsidRPr="00D501DD">
        <w:rPr>
          <w:rFonts w:ascii="Arial" w:hAnsi="Arial" w:cs="Arial"/>
          <w:color w:val="222222"/>
          <w:rtl/>
        </w:rPr>
        <w:t xml:space="preserve"> </w:t>
      </w:r>
      <w:proofErr w:type="spellStart"/>
      <w:r w:rsidRPr="00D501DD">
        <w:rPr>
          <w:rFonts w:ascii="Arial" w:hAnsi="Arial" w:cs="Arial"/>
          <w:color w:val="222222"/>
          <w:rtl/>
        </w:rPr>
        <w:t>بیماران</w:t>
      </w:r>
      <w:proofErr w:type="spellEnd"/>
      <w:r w:rsidRPr="00D501DD">
        <w:rPr>
          <w:rFonts w:ascii="Arial" w:hAnsi="Arial" w:cs="Arial"/>
          <w:color w:val="222222"/>
          <w:rtl/>
        </w:rPr>
        <w:t xml:space="preserve"> مبتلا به </w:t>
      </w:r>
      <w:proofErr w:type="spellStart"/>
      <w:r w:rsidRPr="00D501DD">
        <w:rPr>
          <w:rFonts w:ascii="Arial" w:hAnsi="Arial" w:cs="Arial"/>
          <w:color w:val="222222"/>
          <w:rtl/>
        </w:rPr>
        <w:t>این</w:t>
      </w:r>
      <w:proofErr w:type="spellEnd"/>
      <w:r w:rsidRPr="00D501DD">
        <w:rPr>
          <w:rFonts w:ascii="Arial" w:hAnsi="Arial" w:cs="Arial"/>
          <w:color w:val="222222"/>
          <w:rtl/>
        </w:rPr>
        <w:t xml:space="preserve"> سندرم بود (4،5).</w:t>
      </w:r>
    </w:p>
    <w:p w:rsidR="00B85119" w:rsidRPr="00D501DD" w:rsidRDefault="00B85119" w:rsidP="00B85119">
      <w:pPr>
        <w:pStyle w:val="NormalWeb"/>
        <w:bidi/>
        <w:rPr>
          <w:rFonts w:ascii="Arial" w:hAnsi="Arial" w:cs="Arial"/>
          <w:color w:val="222222"/>
        </w:rPr>
      </w:pPr>
      <w:r w:rsidRPr="00D501DD">
        <w:rPr>
          <w:rFonts w:ascii="Arial" w:hAnsi="Arial" w:cs="Arial"/>
          <w:b/>
          <w:bCs/>
          <w:color w:val="222222"/>
          <w:rtl/>
        </w:rPr>
        <w:t xml:space="preserve">مواد </w:t>
      </w:r>
      <w:proofErr w:type="gramStart"/>
      <w:r w:rsidRPr="00D501DD">
        <w:rPr>
          <w:rFonts w:ascii="Arial" w:hAnsi="Arial" w:cs="Arial"/>
          <w:b/>
          <w:bCs/>
          <w:color w:val="222222"/>
          <w:rtl/>
        </w:rPr>
        <w:t xml:space="preserve">و </w:t>
      </w:r>
      <w:proofErr w:type="spellStart"/>
      <w:r w:rsidRPr="00D501DD">
        <w:rPr>
          <w:rFonts w:ascii="Arial" w:hAnsi="Arial" w:cs="Arial"/>
          <w:b/>
          <w:bCs/>
          <w:color w:val="222222"/>
          <w:rtl/>
        </w:rPr>
        <w:t>روش‌ها</w:t>
      </w:r>
      <w:proofErr w:type="spellEnd"/>
      <w:proofErr w:type="gramEnd"/>
      <w:r w:rsidRPr="00D501DD">
        <w:rPr>
          <w:rFonts w:ascii="Arial" w:hAnsi="Arial" w:cs="Arial"/>
          <w:color w:val="222222"/>
          <w:rtl/>
        </w:rPr>
        <w:t>:</w:t>
      </w:r>
    </w:p>
    <w:p w:rsidR="00B85119" w:rsidRPr="00D501DD" w:rsidRDefault="00B85119" w:rsidP="00B85119">
      <w:pPr>
        <w:pStyle w:val="NormalWeb"/>
        <w:bidi/>
        <w:rPr>
          <w:rFonts w:ascii="Arial" w:hAnsi="Arial" w:cs="Arial"/>
          <w:color w:val="222222"/>
          <w:rtl/>
        </w:rPr>
      </w:pPr>
      <w:proofErr w:type="spellStart"/>
      <w:r w:rsidRPr="00D501DD">
        <w:rPr>
          <w:rFonts w:ascii="Arial" w:hAnsi="Arial" w:cs="Arial"/>
          <w:color w:val="222222"/>
          <w:rtl/>
        </w:rPr>
        <w:t>این</w:t>
      </w:r>
      <w:proofErr w:type="spellEnd"/>
      <w:r w:rsidRPr="00D501DD">
        <w:rPr>
          <w:rFonts w:ascii="Arial" w:hAnsi="Arial" w:cs="Arial"/>
          <w:color w:val="222222"/>
          <w:rtl/>
        </w:rPr>
        <w:t xml:space="preserve"> </w:t>
      </w:r>
      <w:proofErr w:type="spellStart"/>
      <w:r w:rsidRPr="00D501DD">
        <w:rPr>
          <w:rFonts w:ascii="Arial" w:hAnsi="Arial" w:cs="Arial"/>
          <w:color w:val="222222"/>
          <w:rtl/>
        </w:rPr>
        <w:t>پژوهش</w:t>
      </w:r>
      <w:proofErr w:type="spellEnd"/>
      <w:r w:rsidRPr="00D501DD">
        <w:rPr>
          <w:rFonts w:ascii="Arial" w:hAnsi="Arial" w:cs="Arial"/>
          <w:color w:val="222222"/>
          <w:rtl/>
        </w:rPr>
        <w:t xml:space="preserve"> </w:t>
      </w:r>
      <w:proofErr w:type="spellStart"/>
      <w:r w:rsidRPr="00D501DD">
        <w:rPr>
          <w:rFonts w:ascii="Arial" w:hAnsi="Arial" w:cs="Arial"/>
          <w:color w:val="222222"/>
          <w:rtl/>
        </w:rPr>
        <w:t>یک</w:t>
      </w:r>
      <w:proofErr w:type="spellEnd"/>
      <w:r w:rsidRPr="00D501DD">
        <w:rPr>
          <w:rFonts w:ascii="Arial" w:hAnsi="Arial" w:cs="Arial"/>
          <w:color w:val="222222"/>
          <w:rtl/>
        </w:rPr>
        <w:t xml:space="preserve"> </w:t>
      </w:r>
      <w:proofErr w:type="spellStart"/>
      <w:r w:rsidRPr="00D501DD">
        <w:rPr>
          <w:rFonts w:ascii="Arial" w:hAnsi="Arial" w:cs="Arial"/>
          <w:color w:val="222222"/>
          <w:rtl/>
        </w:rPr>
        <w:t>کارآزمایی</w:t>
      </w:r>
      <w:proofErr w:type="spellEnd"/>
      <w:r w:rsidRPr="00D501DD">
        <w:rPr>
          <w:rFonts w:ascii="Arial" w:hAnsi="Arial" w:cs="Arial"/>
          <w:color w:val="222222"/>
          <w:rtl/>
        </w:rPr>
        <w:t xml:space="preserve"> </w:t>
      </w:r>
      <w:proofErr w:type="spellStart"/>
      <w:r w:rsidRPr="00D501DD">
        <w:rPr>
          <w:rFonts w:ascii="Arial" w:hAnsi="Arial" w:cs="Arial"/>
          <w:color w:val="222222"/>
          <w:rtl/>
        </w:rPr>
        <w:t>بالینی</w:t>
      </w:r>
      <w:proofErr w:type="spellEnd"/>
      <w:r w:rsidRPr="00D501DD">
        <w:rPr>
          <w:rFonts w:ascii="Arial" w:hAnsi="Arial" w:cs="Arial"/>
          <w:color w:val="222222"/>
          <w:rtl/>
        </w:rPr>
        <w:t xml:space="preserve"> </w:t>
      </w:r>
      <w:proofErr w:type="spellStart"/>
      <w:r w:rsidRPr="00D501DD">
        <w:rPr>
          <w:rFonts w:ascii="Arial" w:hAnsi="Arial" w:cs="Arial"/>
          <w:color w:val="222222"/>
          <w:rtl/>
        </w:rPr>
        <w:t>تصادفی</w:t>
      </w:r>
      <w:proofErr w:type="spellEnd"/>
      <w:r w:rsidRPr="00D501DD">
        <w:rPr>
          <w:rFonts w:ascii="Arial" w:hAnsi="Arial" w:cs="Arial"/>
          <w:color w:val="222222"/>
          <w:rtl/>
        </w:rPr>
        <w:t xml:space="preserve"> </w:t>
      </w:r>
      <w:proofErr w:type="spellStart"/>
      <w:r w:rsidRPr="00D501DD">
        <w:rPr>
          <w:rFonts w:ascii="Arial" w:hAnsi="Arial" w:cs="Arial"/>
          <w:color w:val="222222"/>
          <w:rtl/>
        </w:rPr>
        <w:t>دوسوکور</w:t>
      </w:r>
      <w:proofErr w:type="spellEnd"/>
      <w:r w:rsidRPr="00D501DD">
        <w:rPr>
          <w:rFonts w:ascii="Arial" w:hAnsi="Arial" w:cs="Arial"/>
          <w:color w:val="222222"/>
          <w:rtl/>
        </w:rPr>
        <w:t xml:space="preserve"> بود </w:t>
      </w:r>
      <w:proofErr w:type="spellStart"/>
      <w:r w:rsidRPr="00D501DD">
        <w:rPr>
          <w:rFonts w:ascii="Arial" w:hAnsi="Arial" w:cs="Arial"/>
          <w:color w:val="222222"/>
          <w:rtl/>
        </w:rPr>
        <w:t>که</w:t>
      </w:r>
      <w:proofErr w:type="spellEnd"/>
      <w:r w:rsidRPr="00D501DD">
        <w:rPr>
          <w:rFonts w:ascii="Arial" w:hAnsi="Arial" w:cs="Arial"/>
          <w:color w:val="222222"/>
          <w:rtl/>
        </w:rPr>
        <w:t xml:space="preserve"> بر </w:t>
      </w:r>
      <w:proofErr w:type="spellStart"/>
      <w:r w:rsidRPr="00D501DD">
        <w:rPr>
          <w:rFonts w:ascii="Arial" w:hAnsi="Arial" w:cs="Arial"/>
          <w:color w:val="222222"/>
          <w:rtl/>
        </w:rPr>
        <w:t>روی</w:t>
      </w:r>
      <w:proofErr w:type="spellEnd"/>
      <w:r w:rsidRPr="00D501DD">
        <w:rPr>
          <w:rFonts w:ascii="Arial" w:hAnsi="Arial" w:cs="Arial"/>
          <w:color w:val="222222"/>
          <w:rtl/>
        </w:rPr>
        <w:t xml:space="preserve"> </w:t>
      </w:r>
      <w:r w:rsidRPr="00D501DD">
        <w:rPr>
          <w:rFonts w:ascii="Arial" w:hAnsi="Arial" w:cs="Arial"/>
          <w:color w:val="222222"/>
          <w:rtl/>
          <w:lang w:bidi="fa-IR"/>
        </w:rPr>
        <w:t>۱۰۰</w:t>
      </w:r>
      <w:r w:rsidRPr="00D501DD">
        <w:rPr>
          <w:rFonts w:ascii="Arial" w:hAnsi="Arial" w:cs="Arial"/>
          <w:color w:val="222222"/>
          <w:rtl/>
        </w:rPr>
        <w:t xml:space="preserve"> </w:t>
      </w:r>
      <w:proofErr w:type="spellStart"/>
      <w:r w:rsidRPr="00D501DD">
        <w:rPr>
          <w:rFonts w:ascii="Arial" w:hAnsi="Arial" w:cs="Arial"/>
          <w:color w:val="222222"/>
          <w:rtl/>
        </w:rPr>
        <w:t>بیمار</w:t>
      </w:r>
      <w:proofErr w:type="spellEnd"/>
      <w:r w:rsidRPr="00D501DD">
        <w:rPr>
          <w:rFonts w:ascii="Arial" w:hAnsi="Arial" w:cs="Arial"/>
          <w:color w:val="222222"/>
          <w:rtl/>
        </w:rPr>
        <w:t xml:space="preserve"> مبتلا به </w:t>
      </w:r>
      <w:r w:rsidRPr="00D501DD">
        <w:rPr>
          <w:rFonts w:ascii="Arial" w:hAnsi="Arial" w:cs="Arial"/>
          <w:color w:val="222222"/>
        </w:rPr>
        <w:t>IBS</w:t>
      </w:r>
      <w:r w:rsidRPr="00D501DD">
        <w:rPr>
          <w:rFonts w:ascii="Arial" w:hAnsi="Arial" w:cs="Arial"/>
          <w:color w:val="222222"/>
          <w:rtl/>
        </w:rPr>
        <w:t xml:space="preserve"> بر اساس </w:t>
      </w:r>
      <w:proofErr w:type="spellStart"/>
      <w:r w:rsidRPr="00D501DD">
        <w:rPr>
          <w:rFonts w:ascii="Arial" w:hAnsi="Arial" w:cs="Arial"/>
          <w:color w:val="222222"/>
          <w:rtl/>
        </w:rPr>
        <w:t>معیار</w:t>
      </w:r>
      <w:proofErr w:type="spellEnd"/>
      <w:r w:rsidRPr="00D501DD">
        <w:rPr>
          <w:rFonts w:ascii="Arial" w:hAnsi="Arial" w:cs="Arial"/>
          <w:color w:val="222222"/>
          <w:rtl/>
        </w:rPr>
        <w:t xml:space="preserve"> رم </w:t>
      </w:r>
      <w:r w:rsidRPr="00D501DD">
        <w:rPr>
          <w:rFonts w:ascii="Arial" w:hAnsi="Arial" w:cs="Arial"/>
          <w:color w:val="222222"/>
        </w:rPr>
        <w:t>IV</w:t>
      </w:r>
      <w:r w:rsidRPr="00D501DD">
        <w:rPr>
          <w:rFonts w:ascii="Arial" w:hAnsi="Arial" w:cs="Arial"/>
          <w:color w:val="222222"/>
          <w:rtl/>
        </w:rPr>
        <w:t xml:space="preserve"> انجام شد. </w:t>
      </w:r>
      <w:proofErr w:type="spellStart"/>
      <w:r w:rsidRPr="00D501DD">
        <w:rPr>
          <w:rFonts w:ascii="Arial" w:hAnsi="Arial" w:cs="Arial"/>
          <w:color w:val="222222"/>
          <w:rtl/>
        </w:rPr>
        <w:t>بیماران</w:t>
      </w:r>
      <w:proofErr w:type="spellEnd"/>
      <w:r w:rsidRPr="00D501DD">
        <w:rPr>
          <w:rFonts w:ascii="Arial" w:hAnsi="Arial" w:cs="Arial"/>
          <w:color w:val="222222"/>
          <w:rtl/>
        </w:rPr>
        <w:t xml:space="preserve"> </w:t>
      </w:r>
      <w:proofErr w:type="spellStart"/>
      <w:r w:rsidRPr="00D501DD">
        <w:rPr>
          <w:rFonts w:ascii="Arial" w:hAnsi="Arial" w:cs="Arial"/>
          <w:color w:val="222222"/>
          <w:rtl/>
        </w:rPr>
        <w:t>به‌صورت</w:t>
      </w:r>
      <w:proofErr w:type="spellEnd"/>
      <w:r w:rsidRPr="00D501DD">
        <w:rPr>
          <w:rFonts w:ascii="Arial" w:hAnsi="Arial" w:cs="Arial"/>
          <w:color w:val="222222"/>
          <w:rtl/>
        </w:rPr>
        <w:t xml:space="preserve"> </w:t>
      </w:r>
      <w:proofErr w:type="spellStart"/>
      <w:r w:rsidRPr="00D501DD">
        <w:rPr>
          <w:rFonts w:ascii="Arial" w:hAnsi="Arial" w:cs="Arial"/>
          <w:color w:val="222222"/>
          <w:rtl/>
        </w:rPr>
        <w:t>تصادفی</w:t>
      </w:r>
      <w:proofErr w:type="spellEnd"/>
      <w:r w:rsidRPr="00D501DD">
        <w:rPr>
          <w:rFonts w:ascii="Arial" w:hAnsi="Arial" w:cs="Arial"/>
          <w:color w:val="222222"/>
          <w:rtl/>
        </w:rPr>
        <w:t xml:space="preserve"> در دو </w:t>
      </w:r>
      <w:proofErr w:type="spellStart"/>
      <w:r w:rsidRPr="00D501DD">
        <w:rPr>
          <w:rFonts w:ascii="Arial" w:hAnsi="Arial" w:cs="Arial"/>
          <w:color w:val="222222"/>
          <w:rtl/>
        </w:rPr>
        <w:t>گروه</w:t>
      </w:r>
      <w:proofErr w:type="spellEnd"/>
      <w:r w:rsidRPr="00D501DD">
        <w:rPr>
          <w:rFonts w:ascii="Arial" w:hAnsi="Arial" w:cs="Arial"/>
          <w:color w:val="222222"/>
          <w:rtl/>
        </w:rPr>
        <w:t xml:space="preserve"> </w:t>
      </w:r>
      <w:proofErr w:type="spellStart"/>
      <w:r w:rsidRPr="00D501DD">
        <w:rPr>
          <w:rFonts w:ascii="Arial" w:hAnsi="Arial" w:cs="Arial"/>
          <w:color w:val="222222"/>
          <w:rtl/>
        </w:rPr>
        <w:t>مساوی</w:t>
      </w:r>
      <w:proofErr w:type="spellEnd"/>
      <w:r w:rsidRPr="00D501DD">
        <w:rPr>
          <w:rFonts w:ascii="Arial" w:hAnsi="Arial" w:cs="Arial"/>
          <w:color w:val="222222"/>
          <w:rtl/>
        </w:rPr>
        <w:t xml:space="preserve"> </w:t>
      </w:r>
      <w:proofErr w:type="spellStart"/>
      <w:r w:rsidRPr="00D501DD">
        <w:rPr>
          <w:rFonts w:ascii="Arial" w:hAnsi="Arial" w:cs="Arial"/>
          <w:color w:val="222222"/>
          <w:rtl/>
        </w:rPr>
        <w:t>تقسیم</w:t>
      </w:r>
      <w:proofErr w:type="spellEnd"/>
      <w:r w:rsidRPr="00D501DD">
        <w:rPr>
          <w:rFonts w:ascii="Arial" w:hAnsi="Arial" w:cs="Arial"/>
          <w:color w:val="222222"/>
          <w:rtl/>
        </w:rPr>
        <w:t xml:space="preserve"> </w:t>
      </w:r>
      <w:proofErr w:type="spellStart"/>
      <w:r w:rsidRPr="00D501DD">
        <w:rPr>
          <w:rFonts w:ascii="Arial" w:hAnsi="Arial" w:cs="Arial"/>
          <w:color w:val="222222"/>
          <w:rtl/>
        </w:rPr>
        <w:t>شدند</w:t>
      </w:r>
      <w:proofErr w:type="spellEnd"/>
      <w:r w:rsidRPr="00D501DD">
        <w:rPr>
          <w:rFonts w:ascii="Arial" w:hAnsi="Arial" w:cs="Arial"/>
          <w:color w:val="222222"/>
          <w:rtl/>
        </w:rPr>
        <w:t xml:space="preserve">: </w:t>
      </w:r>
      <w:proofErr w:type="spellStart"/>
      <w:r w:rsidRPr="00D501DD">
        <w:rPr>
          <w:rFonts w:ascii="Arial" w:hAnsi="Arial" w:cs="Arial"/>
          <w:color w:val="222222"/>
          <w:rtl/>
        </w:rPr>
        <w:t>گروه</w:t>
      </w:r>
      <w:proofErr w:type="spellEnd"/>
      <w:r w:rsidRPr="00D501DD">
        <w:rPr>
          <w:rFonts w:ascii="Arial" w:hAnsi="Arial" w:cs="Arial"/>
          <w:color w:val="222222"/>
          <w:rtl/>
        </w:rPr>
        <w:t xml:space="preserve"> اول </w:t>
      </w:r>
      <w:proofErr w:type="spellStart"/>
      <w:r w:rsidRPr="00D501DD">
        <w:rPr>
          <w:rFonts w:ascii="Arial" w:hAnsi="Arial" w:cs="Arial"/>
          <w:color w:val="222222"/>
          <w:rtl/>
        </w:rPr>
        <w:t>ریفاکسیمین</w:t>
      </w:r>
      <w:proofErr w:type="spellEnd"/>
      <w:r w:rsidRPr="00D501DD">
        <w:rPr>
          <w:rFonts w:ascii="Arial" w:hAnsi="Arial" w:cs="Arial"/>
          <w:color w:val="222222"/>
          <w:rtl/>
        </w:rPr>
        <w:t xml:space="preserve"> </w:t>
      </w:r>
      <w:r w:rsidRPr="00D501DD">
        <w:rPr>
          <w:rFonts w:ascii="Arial" w:hAnsi="Arial" w:cs="Arial"/>
          <w:color w:val="222222"/>
          <w:rtl/>
          <w:lang w:bidi="fa-IR"/>
        </w:rPr>
        <w:t>۲۰۰</w:t>
      </w:r>
      <w:r w:rsidRPr="00D501DD">
        <w:rPr>
          <w:rFonts w:ascii="Arial" w:hAnsi="Arial" w:cs="Arial"/>
          <w:color w:val="222222"/>
          <w:rtl/>
        </w:rPr>
        <w:t xml:space="preserve"> </w:t>
      </w:r>
      <w:proofErr w:type="spellStart"/>
      <w:r w:rsidRPr="00D501DD">
        <w:rPr>
          <w:rFonts w:ascii="Arial" w:hAnsi="Arial" w:cs="Arial"/>
          <w:color w:val="222222"/>
          <w:rtl/>
        </w:rPr>
        <w:t>میلی‌گرم</w:t>
      </w:r>
      <w:proofErr w:type="spellEnd"/>
      <w:r w:rsidRPr="00D501DD">
        <w:rPr>
          <w:rFonts w:ascii="Arial" w:hAnsi="Arial" w:cs="Arial"/>
          <w:color w:val="222222"/>
          <w:rtl/>
        </w:rPr>
        <w:t xml:space="preserve"> (دو عدد هر </w:t>
      </w:r>
      <w:r w:rsidRPr="00D501DD">
        <w:rPr>
          <w:rFonts w:ascii="Arial" w:hAnsi="Arial" w:cs="Arial"/>
          <w:color w:val="222222"/>
          <w:rtl/>
          <w:lang w:bidi="fa-IR"/>
        </w:rPr>
        <w:t>۸</w:t>
      </w:r>
      <w:r w:rsidRPr="00D501DD">
        <w:rPr>
          <w:rFonts w:ascii="Arial" w:hAnsi="Arial" w:cs="Arial"/>
          <w:color w:val="222222"/>
          <w:rtl/>
        </w:rPr>
        <w:t xml:space="preserve"> </w:t>
      </w:r>
      <w:proofErr w:type="gramStart"/>
      <w:r w:rsidRPr="00D501DD">
        <w:rPr>
          <w:rFonts w:ascii="Arial" w:hAnsi="Arial" w:cs="Arial"/>
          <w:color w:val="222222"/>
          <w:rtl/>
        </w:rPr>
        <w:t>ساعت</w:t>
      </w:r>
      <w:proofErr w:type="gramEnd"/>
      <w:r w:rsidRPr="00D501DD">
        <w:rPr>
          <w:rFonts w:ascii="Arial" w:hAnsi="Arial" w:cs="Arial"/>
          <w:color w:val="222222"/>
          <w:rtl/>
        </w:rPr>
        <w:t xml:space="preserve"> به مدت </w:t>
      </w:r>
      <w:r w:rsidRPr="00D501DD">
        <w:rPr>
          <w:rFonts w:ascii="Arial" w:hAnsi="Arial" w:cs="Arial"/>
          <w:color w:val="222222"/>
          <w:rtl/>
          <w:lang w:bidi="fa-IR"/>
        </w:rPr>
        <w:t>۱۰</w:t>
      </w:r>
      <w:r w:rsidRPr="00D501DD">
        <w:rPr>
          <w:rFonts w:ascii="Arial" w:hAnsi="Arial" w:cs="Arial"/>
          <w:color w:val="222222"/>
          <w:rtl/>
        </w:rPr>
        <w:t xml:space="preserve"> روز) و </w:t>
      </w:r>
      <w:proofErr w:type="spellStart"/>
      <w:r w:rsidRPr="00D501DD">
        <w:rPr>
          <w:rFonts w:ascii="Arial" w:hAnsi="Arial" w:cs="Arial"/>
          <w:color w:val="222222"/>
          <w:rtl/>
        </w:rPr>
        <w:t>گروه</w:t>
      </w:r>
      <w:proofErr w:type="spellEnd"/>
      <w:r w:rsidRPr="00D501DD">
        <w:rPr>
          <w:rFonts w:ascii="Arial" w:hAnsi="Arial" w:cs="Arial"/>
          <w:color w:val="222222"/>
          <w:rtl/>
        </w:rPr>
        <w:t xml:space="preserve"> دوم </w:t>
      </w:r>
      <w:proofErr w:type="spellStart"/>
      <w:r w:rsidRPr="00D501DD">
        <w:rPr>
          <w:rFonts w:ascii="Arial" w:hAnsi="Arial" w:cs="Arial"/>
          <w:color w:val="222222"/>
          <w:rtl/>
        </w:rPr>
        <w:t>مبورین</w:t>
      </w:r>
      <w:proofErr w:type="spellEnd"/>
      <w:r w:rsidRPr="00D501DD">
        <w:rPr>
          <w:rFonts w:ascii="Arial" w:hAnsi="Arial" w:cs="Arial"/>
          <w:color w:val="222222"/>
          <w:rtl/>
        </w:rPr>
        <w:t xml:space="preserve"> </w:t>
      </w:r>
      <w:r w:rsidRPr="00D501DD">
        <w:rPr>
          <w:rFonts w:ascii="Arial" w:hAnsi="Arial" w:cs="Arial"/>
          <w:color w:val="222222"/>
          <w:rtl/>
          <w:lang w:bidi="fa-IR"/>
        </w:rPr>
        <w:t>۲۰۰</w:t>
      </w:r>
      <w:r w:rsidRPr="00D501DD">
        <w:rPr>
          <w:rFonts w:ascii="Arial" w:hAnsi="Arial" w:cs="Arial"/>
          <w:color w:val="222222"/>
          <w:rtl/>
        </w:rPr>
        <w:t xml:space="preserve"> </w:t>
      </w:r>
      <w:proofErr w:type="spellStart"/>
      <w:r w:rsidRPr="00D501DD">
        <w:rPr>
          <w:rFonts w:ascii="Arial" w:hAnsi="Arial" w:cs="Arial"/>
          <w:color w:val="222222"/>
          <w:rtl/>
        </w:rPr>
        <w:t>میلی‌گرم</w:t>
      </w:r>
      <w:proofErr w:type="spellEnd"/>
      <w:r w:rsidRPr="00D501DD">
        <w:rPr>
          <w:rFonts w:ascii="Arial" w:hAnsi="Arial" w:cs="Arial"/>
          <w:color w:val="222222"/>
          <w:rtl/>
        </w:rPr>
        <w:t xml:space="preserve"> (دو بار در روز به مدت </w:t>
      </w:r>
      <w:r w:rsidRPr="00D501DD">
        <w:rPr>
          <w:rFonts w:ascii="Arial" w:hAnsi="Arial" w:cs="Arial"/>
          <w:color w:val="222222"/>
          <w:rtl/>
          <w:lang w:bidi="fa-IR"/>
        </w:rPr>
        <w:t>۱۲</w:t>
      </w:r>
      <w:r w:rsidRPr="00D501DD">
        <w:rPr>
          <w:rFonts w:ascii="Arial" w:hAnsi="Arial" w:cs="Arial"/>
          <w:color w:val="222222"/>
          <w:rtl/>
        </w:rPr>
        <w:t xml:space="preserve"> هفته) </w:t>
      </w:r>
      <w:proofErr w:type="spellStart"/>
      <w:r w:rsidRPr="00D501DD">
        <w:rPr>
          <w:rFonts w:ascii="Arial" w:hAnsi="Arial" w:cs="Arial"/>
          <w:color w:val="222222"/>
          <w:rtl/>
        </w:rPr>
        <w:t>دریافت</w:t>
      </w:r>
      <w:proofErr w:type="spellEnd"/>
      <w:r w:rsidRPr="00D501DD">
        <w:rPr>
          <w:rFonts w:ascii="Arial" w:hAnsi="Arial" w:cs="Arial"/>
          <w:color w:val="222222"/>
          <w:rtl/>
        </w:rPr>
        <w:t xml:space="preserve"> </w:t>
      </w:r>
      <w:proofErr w:type="spellStart"/>
      <w:r w:rsidRPr="00D501DD">
        <w:rPr>
          <w:rFonts w:ascii="Arial" w:hAnsi="Arial" w:cs="Arial"/>
          <w:color w:val="222222"/>
          <w:rtl/>
        </w:rPr>
        <w:t>کردند</w:t>
      </w:r>
      <w:proofErr w:type="spellEnd"/>
      <w:r w:rsidRPr="00D501DD">
        <w:rPr>
          <w:rFonts w:ascii="Arial" w:hAnsi="Arial" w:cs="Arial"/>
          <w:color w:val="222222"/>
          <w:rtl/>
        </w:rPr>
        <w:t xml:space="preserve">. شدت علائم </w:t>
      </w:r>
      <w:proofErr w:type="spellStart"/>
      <w:r w:rsidRPr="00D501DD">
        <w:rPr>
          <w:rFonts w:ascii="Arial" w:hAnsi="Arial" w:cs="Arial"/>
          <w:color w:val="222222"/>
          <w:rtl/>
        </w:rPr>
        <w:t>گوارشی</w:t>
      </w:r>
      <w:proofErr w:type="spellEnd"/>
      <w:r w:rsidRPr="00D501DD">
        <w:rPr>
          <w:rFonts w:ascii="Arial" w:hAnsi="Arial" w:cs="Arial"/>
          <w:color w:val="222222"/>
          <w:rtl/>
        </w:rPr>
        <w:t xml:space="preserve"> شامل درد </w:t>
      </w:r>
      <w:proofErr w:type="spellStart"/>
      <w:r w:rsidRPr="00D501DD">
        <w:rPr>
          <w:rFonts w:ascii="Arial" w:hAnsi="Arial" w:cs="Arial"/>
          <w:color w:val="222222"/>
          <w:rtl/>
        </w:rPr>
        <w:t>شکمی</w:t>
      </w:r>
      <w:proofErr w:type="spellEnd"/>
      <w:r w:rsidRPr="00D501DD">
        <w:rPr>
          <w:rFonts w:ascii="Arial" w:hAnsi="Arial" w:cs="Arial"/>
          <w:color w:val="222222"/>
          <w:rtl/>
        </w:rPr>
        <w:t xml:space="preserve">، نفخ، </w:t>
      </w:r>
      <w:proofErr w:type="spellStart"/>
      <w:r w:rsidRPr="00D501DD">
        <w:rPr>
          <w:rFonts w:ascii="Arial" w:hAnsi="Arial" w:cs="Arial"/>
          <w:color w:val="222222"/>
          <w:rtl/>
        </w:rPr>
        <w:t>گاز</w:t>
      </w:r>
      <w:proofErr w:type="spellEnd"/>
      <w:r w:rsidRPr="00D501DD">
        <w:rPr>
          <w:rFonts w:ascii="Arial" w:hAnsi="Arial" w:cs="Arial"/>
          <w:color w:val="222222"/>
          <w:rtl/>
        </w:rPr>
        <w:t xml:space="preserve">، تهوع </w:t>
      </w:r>
      <w:proofErr w:type="gramStart"/>
      <w:r w:rsidRPr="00D501DD">
        <w:rPr>
          <w:rFonts w:ascii="Arial" w:hAnsi="Arial" w:cs="Arial"/>
          <w:color w:val="222222"/>
          <w:rtl/>
        </w:rPr>
        <w:t>و استفراغ</w:t>
      </w:r>
      <w:proofErr w:type="gramEnd"/>
      <w:r w:rsidRPr="00D501DD">
        <w:rPr>
          <w:rFonts w:ascii="Arial" w:hAnsi="Arial" w:cs="Arial"/>
          <w:color w:val="222222"/>
          <w:rtl/>
        </w:rPr>
        <w:t xml:space="preserve"> </w:t>
      </w:r>
      <w:proofErr w:type="spellStart"/>
      <w:r w:rsidRPr="00D501DD">
        <w:rPr>
          <w:rFonts w:ascii="Arial" w:hAnsi="Arial" w:cs="Arial"/>
          <w:color w:val="222222"/>
          <w:rtl/>
        </w:rPr>
        <w:t>با</w:t>
      </w:r>
      <w:proofErr w:type="spellEnd"/>
      <w:r w:rsidRPr="00D501DD">
        <w:rPr>
          <w:rFonts w:ascii="Arial" w:hAnsi="Arial" w:cs="Arial"/>
          <w:color w:val="222222"/>
          <w:rtl/>
        </w:rPr>
        <w:t xml:space="preserve"> </w:t>
      </w:r>
      <w:proofErr w:type="spellStart"/>
      <w:r w:rsidRPr="00D501DD">
        <w:rPr>
          <w:rFonts w:ascii="Arial" w:hAnsi="Arial" w:cs="Arial"/>
          <w:color w:val="222222"/>
          <w:rtl/>
        </w:rPr>
        <w:t>استفاده</w:t>
      </w:r>
      <w:proofErr w:type="spellEnd"/>
      <w:r w:rsidRPr="00D501DD">
        <w:rPr>
          <w:rFonts w:ascii="Arial" w:hAnsi="Arial" w:cs="Arial"/>
          <w:color w:val="222222"/>
          <w:rtl/>
        </w:rPr>
        <w:t xml:space="preserve"> از </w:t>
      </w:r>
      <w:proofErr w:type="spellStart"/>
      <w:r w:rsidRPr="00D501DD">
        <w:rPr>
          <w:rFonts w:ascii="Arial" w:hAnsi="Arial" w:cs="Arial"/>
          <w:color w:val="222222"/>
          <w:rtl/>
        </w:rPr>
        <w:t>پرسشنامه</w:t>
      </w:r>
      <w:proofErr w:type="spellEnd"/>
      <w:r w:rsidRPr="00D501DD">
        <w:rPr>
          <w:rFonts w:ascii="Arial" w:hAnsi="Arial" w:cs="Arial"/>
          <w:color w:val="222222"/>
          <w:rtl/>
        </w:rPr>
        <w:t xml:space="preserve"> </w:t>
      </w:r>
      <w:proofErr w:type="spellStart"/>
      <w:r w:rsidRPr="00D501DD">
        <w:rPr>
          <w:rFonts w:ascii="Arial" w:hAnsi="Arial" w:cs="Arial"/>
          <w:color w:val="222222"/>
          <w:rtl/>
        </w:rPr>
        <w:t>استاندارد</w:t>
      </w:r>
      <w:proofErr w:type="spellEnd"/>
      <w:r w:rsidRPr="00D501DD">
        <w:rPr>
          <w:rFonts w:ascii="Arial" w:hAnsi="Arial" w:cs="Arial"/>
          <w:color w:val="222222"/>
          <w:rtl/>
        </w:rPr>
        <w:t xml:space="preserve"> </w:t>
      </w:r>
      <w:r w:rsidRPr="00D501DD">
        <w:rPr>
          <w:rFonts w:ascii="Arial" w:hAnsi="Arial" w:cs="Arial"/>
          <w:color w:val="222222"/>
        </w:rPr>
        <w:t>IBS-SSS</w:t>
      </w:r>
      <w:r w:rsidRPr="00D501DD">
        <w:rPr>
          <w:rFonts w:ascii="Arial" w:hAnsi="Arial" w:cs="Arial"/>
          <w:color w:val="222222"/>
          <w:rtl/>
        </w:rPr>
        <w:t xml:space="preserve"> </w:t>
      </w:r>
      <w:proofErr w:type="spellStart"/>
      <w:r w:rsidRPr="00D501DD">
        <w:rPr>
          <w:rFonts w:ascii="Arial" w:hAnsi="Arial" w:cs="Arial"/>
          <w:color w:val="222222"/>
          <w:rtl/>
        </w:rPr>
        <w:t>پیش</w:t>
      </w:r>
      <w:proofErr w:type="spellEnd"/>
      <w:r w:rsidRPr="00D501DD">
        <w:rPr>
          <w:rFonts w:ascii="Arial" w:hAnsi="Arial" w:cs="Arial"/>
          <w:color w:val="222222"/>
          <w:rtl/>
        </w:rPr>
        <w:t xml:space="preserve"> و </w:t>
      </w:r>
      <w:proofErr w:type="spellStart"/>
      <w:r w:rsidRPr="00D501DD">
        <w:rPr>
          <w:rFonts w:ascii="Arial" w:hAnsi="Arial" w:cs="Arial"/>
          <w:color w:val="222222"/>
          <w:rtl/>
        </w:rPr>
        <w:t>پس</w:t>
      </w:r>
      <w:proofErr w:type="spellEnd"/>
      <w:r w:rsidRPr="00D501DD">
        <w:rPr>
          <w:rFonts w:ascii="Arial" w:hAnsi="Arial" w:cs="Arial"/>
          <w:color w:val="222222"/>
          <w:rtl/>
        </w:rPr>
        <w:t xml:space="preserve"> از درمان </w:t>
      </w:r>
      <w:proofErr w:type="spellStart"/>
      <w:r w:rsidRPr="00D501DD">
        <w:rPr>
          <w:rFonts w:ascii="Arial" w:hAnsi="Arial" w:cs="Arial"/>
          <w:color w:val="222222"/>
          <w:rtl/>
        </w:rPr>
        <w:t>ارزیابی</w:t>
      </w:r>
      <w:proofErr w:type="spellEnd"/>
      <w:r w:rsidRPr="00D501DD">
        <w:rPr>
          <w:rFonts w:ascii="Arial" w:hAnsi="Arial" w:cs="Arial"/>
          <w:color w:val="222222"/>
          <w:rtl/>
        </w:rPr>
        <w:t xml:space="preserve"> شد. </w:t>
      </w:r>
      <w:proofErr w:type="spellStart"/>
      <w:r w:rsidRPr="00D501DD">
        <w:rPr>
          <w:rFonts w:ascii="Arial" w:hAnsi="Arial" w:cs="Arial"/>
          <w:color w:val="222222"/>
          <w:rtl/>
        </w:rPr>
        <w:t>داده‌ها</w:t>
      </w:r>
      <w:proofErr w:type="spellEnd"/>
      <w:r w:rsidRPr="00D501DD">
        <w:rPr>
          <w:rFonts w:ascii="Arial" w:hAnsi="Arial" w:cs="Arial"/>
          <w:color w:val="222222"/>
          <w:rtl/>
        </w:rPr>
        <w:t xml:space="preserve"> با </w:t>
      </w:r>
      <w:proofErr w:type="spellStart"/>
      <w:r w:rsidRPr="00D501DD">
        <w:rPr>
          <w:rFonts w:ascii="Arial" w:hAnsi="Arial" w:cs="Arial"/>
          <w:color w:val="222222"/>
          <w:rtl/>
        </w:rPr>
        <w:t>آزمون‌های</w:t>
      </w:r>
      <w:proofErr w:type="spellEnd"/>
      <w:r w:rsidRPr="00D501DD">
        <w:rPr>
          <w:rFonts w:ascii="Arial" w:hAnsi="Arial" w:cs="Arial"/>
          <w:color w:val="222222"/>
          <w:rtl/>
        </w:rPr>
        <w:t xml:space="preserve"> </w:t>
      </w:r>
      <w:proofErr w:type="spellStart"/>
      <w:r w:rsidRPr="00D501DD">
        <w:rPr>
          <w:rFonts w:ascii="Arial" w:hAnsi="Arial" w:cs="Arial"/>
          <w:color w:val="222222"/>
          <w:rtl/>
        </w:rPr>
        <w:t>آماری</w:t>
      </w:r>
      <w:proofErr w:type="spellEnd"/>
      <w:r w:rsidRPr="00D501DD">
        <w:rPr>
          <w:rFonts w:ascii="Arial" w:hAnsi="Arial" w:cs="Arial"/>
          <w:color w:val="222222"/>
          <w:rtl/>
        </w:rPr>
        <w:t xml:space="preserve"> </w:t>
      </w:r>
      <w:r w:rsidRPr="00D501DD">
        <w:rPr>
          <w:rFonts w:ascii="Arial" w:hAnsi="Arial" w:cs="Arial"/>
          <w:color w:val="222222"/>
        </w:rPr>
        <w:t>T</w:t>
      </w:r>
      <w:r w:rsidRPr="00D501DD">
        <w:rPr>
          <w:rFonts w:ascii="Arial" w:hAnsi="Arial" w:cs="Arial"/>
          <w:color w:val="222222"/>
          <w:rtl/>
        </w:rPr>
        <w:t xml:space="preserve"> مستقل، </w:t>
      </w:r>
      <w:proofErr w:type="spellStart"/>
      <w:r w:rsidRPr="00D501DD">
        <w:rPr>
          <w:rFonts w:ascii="Arial" w:hAnsi="Arial" w:cs="Arial"/>
          <w:color w:val="222222"/>
          <w:rtl/>
        </w:rPr>
        <w:t>کای‌دو</w:t>
      </w:r>
      <w:proofErr w:type="spellEnd"/>
      <w:r w:rsidRPr="00D501DD">
        <w:rPr>
          <w:rFonts w:ascii="Arial" w:hAnsi="Arial" w:cs="Arial"/>
          <w:color w:val="222222"/>
          <w:rtl/>
        </w:rPr>
        <w:t xml:space="preserve"> </w:t>
      </w:r>
      <w:proofErr w:type="gramStart"/>
      <w:r w:rsidRPr="00D501DD">
        <w:rPr>
          <w:rFonts w:ascii="Arial" w:hAnsi="Arial" w:cs="Arial"/>
          <w:color w:val="222222"/>
          <w:rtl/>
        </w:rPr>
        <w:t xml:space="preserve">و </w:t>
      </w:r>
      <w:proofErr w:type="spellStart"/>
      <w:r w:rsidRPr="00D501DD">
        <w:rPr>
          <w:rFonts w:ascii="Arial" w:hAnsi="Arial" w:cs="Arial"/>
          <w:color w:val="222222"/>
          <w:rtl/>
        </w:rPr>
        <w:t>رگرسیون</w:t>
      </w:r>
      <w:proofErr w:type="spellEnd"/>
      <w:proofErr w:type="gramEnd"/>
      <w:r w:rsidRPr="00D501DD">
        <w:rPr>
          <w:rFonts w:ascii="Arial" w:hAnsi="Arial" w:cs="Arial"/>
          <w:color w:val="222222"/>
          <w:rtl/>
        </w:rPr>
        <w:t xml:space="preserve"> </w:t>
      </w:r>
      <w:proofErr w:type="spellStart"/>
      <w:r w:rsidRPr="00D501DD">
        <w:rPr>
          <w:rFonts w:ascii="Arial" w:hAnsi="Arial" w:cs="Arial"/>
          <w:color w:val="222222"/>
          <w:rtl/>
        </w:rPr>
        <w:t>لجستیک</w:t>
      </w:r>
      <w:proofErr w:type="spellEnd"/>
      <w:r w:rsidRPr="00D501DD">
        <w:rPr>
          <w:rFonts w:ascii="Arial" w:hAnsi="Arial" w:cs="Arial"/>
          <w:color w:val="222222"/>
          <w:rtl/>
        </w:rPr>
        <w:t xml:space="preserve"> در سطح </w:t>
      </w:r>
      <w:proofErr w:type="spellStart"/>
      <w:r w:rsidRPr="00D501DD">
        <w:rPr>
          <w:rFonts w:ascii="Arial" w:hAnsi="Arial" w:cs="Arial"/>
          <w:color w:val="222222"/>
          <w:rtl/>
        </w:rPr>
        <w:t>معنی‌داری</w:t>
      </w:r>
      <w:proofErr w:type="spellEnd"/>
      <w:r w:rsidRPr="00D501DD">
        <w:rPr>
          <w:rFonts w:ascii="Arial" w:hAnsi="Arial" w:cs="Arial"/>
          <w:color w:val="222222"/>
          <w:rtl/>
        </w:rPr>
        <w:t xml:space="preserve"> </w:t>
      </w:r>
      <w:r w:rsidRPr="00D501DD">
        <w:rPr>
          <w:rFonts w:ascii="Arial" w:hAnsi="Arial" w:cs="Arial"/>
          <w:color w:val="222222"/>
          <w:rtl/>
          <w:lang w:bidi="fa-IR"/>
        </w:rPr>
        <w:t>۰</w:t>
      </w:r>
      <w:r w:rsidRPr="00D501DD">
        <w:rPr>
          <w:rFonts w:ascii="Arial" w:hAnsi="Arial" w:cs="Arial"/>
          <w:color w:val="222222"/>
          <w:rtl/>
        </w:rPr>
        <w:t>٫</w:t>
      </w:r>
      <w:r w:rsidRPr="00D501DD">
        <w:rPr>
          <w:rFonts w:ascii="Arial" w:hAnsi="Arial" w:cs="Arial"/>
          <w:color w:val="222222"/>
          <w:rtl/>
          <w:lang w:bidi="fa-IR"/>
        </w:rPr>
        <w:t>۰۵</w:t>
      </w:r>
      <w:r w:rsidRPr="00D501DD">
        <w:rPr>
          <w:rFonts w:ascii="Arial" w:hAnsi="Arial" w:cs="Arial"/>
          <w:color w:val="222222"/>
          <w:rtl/>
        </w:rPr>
        <w:t xml:space="preserve"> </w:t>
      </w:r>
      <w:proofErr w:type="spellStart"/>
      <w:r w:rsidRPr="00D501DD">
        <w:rPr>
          <w:rFonts w:ascii="Arial" w:hAnsi="Arial" w:cs="Arial"/>
          <w:color w:val="222222"/>
          <w:rtl/>
        </w:rPr>
        <w:t>تحلیل</w:t>
      </w:r>
      <w:proofErr w:type="spellEnd"/>
      <w:r w:rsidRPr="00D501DD">
        <w:rPr>
          <w:rFonts w:ascii="Arial" w:hAnsi="Arial" w:cs="Arial"/>
          <w:color w:val="222222"/>
          <w:rtl/>
        </w:rPr>
        <w:t xml:space="preserve"> </w:t>
      </w:r>
      <w:proofErr w:type="spellStart"/>
      <w:r w:rsidRPr="00D501DD">
        <w:rPr>
          <w:rFonts w:ascii="Arial" w:hAnsi="Arial" w:cs="Arial"/>
          <w:color w:val="222222"/>
          <w:rtl/>
        </w:rPr>
        <w:t>گردید</w:t>
      </w:r>
      <w:proofErr w:type="spellEnd"/>
      <w:r w:rsidRPr="00D501DD">
        <w:rPr>
          <w:rFonts w:ascii="Arial" w:hAnsi="Arial" w:cs="Arial"/>
          <w:color w:val="222222"/>
          <w:rtl/>
        </w:rPr>
        <w:t>.</w:t>
      </w:r>
    </w:p>
    <w:p w:rsidR="00B85119" w:rsidRPr="00D501DD" w:rsidRDefault="00B85119" w:rsidP="00B85119">
      <w:pPr>
        <w:pStyle w:val="NormalWeb"/>
        <w:bidi/>
        <w:rPr>
          <w:rFonts w:ascii="Arial" w:hAnsi="Arial" w:cs="Arial"/>
          <w:b/>
          <w:bCs/>
          <w:color w:val="222222"/>
        </w:rPr>
      </w:pPr>
      <w:proofErr w:type="spellStart"/>
      <w:r w:rsidRPr="00D501DD">
        <w:rPr>
          <w:rFonts w:ascii="Arial" w:hAnsi="Arial" w:cs="Arial"/>
          <w:b/>
          <w:bCs/>
          <w:color w:val="222222"/>
          <w:rtl/>
        </w:rPr>
        <w:t>یافته‌ها</w:t>
      </w:r>
      <w:proofErr w:type="spellEnd"/>
      <w:r w:rsidRPr="00D501DD">
        <w:rPr>
          <w:rFonts w:ascii="Arial" w:hAnsi="Arial" w:cs="Arial"/>
          <w:b/>
          <w:bCs/>
          <w:color w:val="222222"/>
          <w:rtl/>
        </w:rPr>
        <w:t>:</w:t>
      </w:r>
    </w:p>
    <w:p w:rsidR="00B85119" w:rsidRPr="00D501DD" w:rsidRDefault="00B85119" w:rsidP="00B85119">
      <w:pPr>
        <w:pStyle w:val="NormalWeb"/>
        <w:bidi/>
        <w:rPr>
          <w:rFonts w:ascii="Arial" w:hAnsi="Arial" w:cs="Arial"/>
          <w:color w:val="222222"/>
          <w:rtl/>
        </w:rPr>
      </w:pPr>
      <w:proofErr w:type="spellStart"/>
      <w:r w:rsidRPr="00D501DD">
        <w:rPr>
          <w:rFonts w:ascii="Arial" w:hAnsi="Arial" w:cs="Arial"/>
          <w:color w:val="222222"/>
          <w:rtl/>
        </w:rPr>
        <w:t>میانگین</w:t>
      </w:r>
      <w:proofErr w:type="spellEnd"/>
      <w:r w:rsidRPr="00D501DD">
        <w:rPr>
          <w:rFonts w:ascii="Arial" w:hAnsi="Arial" w:cs="Arial"/>
          <w:color w:val="222222"/>
          <w:rtl/>
        </w:rPr>
        <w:t xml:space="preserve"> </w:t>
      </w:r>
      <w:proofErr w:type="spellStart"/>
      <w:r w:rsidRPr="00D501DD">
        <w:rPr>
          <w:rFonts w:ascii="Arial" w:hAnsi="Arial" w:cs="Arial"/>
          <w:color w:val="222222"/>
          <w:rtl/>
        </w:rPr>
        <w:t>سنی</w:t>
      </w:r>
      <w:proofErr w:type="spellEnd"/>
      <w:r w:rsidRPr="00D501DD">
        <w:rPr>
          <w:rFonts w:ascii="Arial" w:hAnsi="Arial" w:cs="Arial"/>
          <w:color w:val="222222"/>
          <w:rtl/>
        </w:rPr>
        <w:t xml:space="preserve"> </w:t>
      </w:r>
      <w:proofErr w:type="spellStart"/>
      <w:r w:rsidRPr="00D501DD">
        <w:rPr>
          <w:rFonts w:ascii="Arial" w:hAnsi="Arial" w:cs="Arial"/>
          <w:color w:val="222222"/>
          <w:rtl/>
        </w:rPr>
        <w:t>بیماران</w:t>
      </w:r>
      <w:proofErr w:type="spellEnd"/>
      <w:r w:rsidRPr="00D501DD">
        <w:rPr>
          <w:rFonts w:ascii="Arial" w:hAnsi="Arial" w:cs="Arial"/>
          <w:color w:val="222222"/>
          <w:rtl/>
        </w:rPr>
        <w:t xml:space="preserve"> در دو </w:t>
      </w:r>
      <w:proofErr w:type="spellStart"/>
      <w:r w:rsidRPr="00D501DD">
        <w:rPr>
          <w:rFonts w:ascii="Arial" w:hAnsi="Arial" w:cs="Arial"/>
          <w:color w:val="222222"/>
          <w:rtl/>
        </w:rPr>
        <w:t>گروه</w:t>
      </w:r>
      <w:proofErr w:type="spellEnd"/>
      <w:r w:rsidRPr="00D501DD">
        <w:rPr>
          <w:rFonts w:ascii="Arial" w:hAnsi="Arial" w:cs="Arial"/>
          <w:color w:val="222222"/>
          <w:rtl/>
        </w:rPr>
        <w:t xml:space="preserve"> تفاوت </w:t>
      </w:r>
      <w:proofErr w:type="spellStart"/>
      <w:r w:rsidRPr="00D501DD">
        <w:rPr>
          <w:rFonts w:ascii="Arial" w:hAnsi="Arial" w:cs="Arial"/>
          <w:color w:val="222222"/>
          <w:rtl/>
        </w:rPr>
        <w:t>معنی‌داری</w:t>
      </w:r>
      <w:proofErr w:type="spellEnd"/>
      <w:r w:rsidRPr="00D501DD">
        <w:rPr>
          <w:rFonts w:ascii="Arial" w:hAnsi="Arial" w:cs="Arial"/>
          <w:color w:val="222222"/>
          <w:rtl/>
        </w:rPr>
        <w:t xml:space="preserve"> </w:t>
      </w:r>
      <w:proofErr w:type="spellStart"/>
      <w:r w:rsidRPr="00D501DD">
        <w:rPr>
          <w:rFonts w:ascii="Arial" w:hAnsi="Arial" w:cs="Arial"/>
          <w:color w:val="222222"/>
          <w:rtl/>
        </w:rPr>
        <w:t>نداشت</w:t>
      </w:r>
      <w:proofErr w:type="spellEnd"/>
      <w:r w:rsidRPr="00D501DD">
        <w:rPr>
          <w:rFonts w:ascii="Arial" w:hAnsi="Arial" w:cs="Arial"/>
          <w:color w:val="222222"/>
          <w:rtl/>
        </w:rPr>
        <w:t xml:space="preserve"> (</w:t>
      </w:r>
      <w:r w:rsidRPr="00D501DD">
        <w:rPr>
          <w:rFonts w:ascii="Arial" w:hAnsi="Arial" w:cs="Arial"/>
          <w:color w:val="222222"/>
        </w:rPr>
        <w:t>p</w:t>
      </w:r>
      <w:r w:rsidRPr="00D501DD">
        <w:rPr>
          <w:rFonts w:ascii="Arial" w:hAnsi="Arial" w:cs="Arial"/>
          <w:color w:val="222222"/>
          <w:rtl/>
        </w:rPr>
        <w:t xml:space="preserve">&gt;0.05). </w:t>
      </w:r>
      <w:proofErr w:type="spellStart"/>
      <w:r w:rsidRPr="00D501DD">
        <w:rPr>
          <w:rFonts w:ascii="Arial" w:hAnsi="Arial" w:cs="Arial"/>
          <w:color w:val="222222"/>
          <w:rtl/>
        </w:rPr>
        <w:t>ریفاکسیمین</w:t>
      </w:r>
      <w:proofErr w:type="spellEnd"/>
      <w:r w:rsidRPr="00D501DD">
        <w:rPr>
          <w:rFonts w:ascii="Arial" w:hAnsi="Arial" w:cs="Arial"/>
          <w:color w:val="222222"/>
          <w:rtl/>
        </w:rPr>
        <w:t xml:space="preserve"> موجب </w:t>
      </w:r>
      <w:proofErr w:type="spellStart"/>
      <w:r w:rsidRPr="00D501DD">
        <w:rPr>
          <w:rFonts w:ascii="Arial" w:hAnsi="Arial" w:cs="Arial"/>
          <w:color w:val="222222"/>
          <w:rtl/>
        </w:rPr>
        <w:t>کاهش</w:t>
      </w:r>
      <w:proofErr w:type="spellEnd"/>
      <w:r w:rsidRPr="00D501DD">
        <w:rPr>
          <w:rFonts w:ascii="Arial" w:hAnsi="Arial" w:cs="Arial"/>
          <w:color w:val="222222"/>
          <w:rtl/>
        </w:rPr>
        <w:t xml:space="preserve"> </w:t>
      </w:r>
      <w:proofErr w:type="spellStart"/>
      <w:r w:rsidRPr="00D501DD">
        <w:rPr>
          <w:rFonts w:ascii="Arial" w:hAnsi="Arial" w:cs="Arial"/>
          <w:color w:val="222222"/>
          <w:rtl/>
        </w:rPr>
        <w:t>معنی‌دار</w:t>
      </w:r>
      <w:proofErr w:type="spellEnd"/>
      <w:r w:rsidRPr="00D501DD">
        <w:rPr>
          <w:rFonts w:ascii="Arial" w:hAnsi="Arial" w:cs="Arial"/>
          <w:color w:val="222222"/>
          <w:rtl/>
        </w:rPr>
        <w:t xml:space="preserve"> درد </w:t>
      </w:r>
      <w:proofErr w:type="spellStart"/>
      <w:r w:rsidRPr="00D501DD">
        <w:rPr>
          <w:rFonts w:ascii="Arial" w:hAnsi="Arial" w:cs="Arial"/>
          <w:color w:val="222222"/>
          <w:rtl/>
        </w:rPr>
        <w:t>شکمی</w:t>
      </w:r>
      <w:proofErr w:type="spellEnd"/>
      <w:r w:rsidRPr="00D501DD">
        <w:rPr>
          <w:rFonts w:ascii="Arial" w:hAnsi="Arial" w:cs="Arial"/>
          <w:color w:val="222222"/>
          <w:rtl/>
        </w:rPr>
        <w:t xml:space="preserve">، نفخ </w:t>
      </w:r>
      <w:proofErr w:type="gramStart"/>
      <w:r w:rsidRPr="00D501DD">
        <w:rPr>
          <w:rFonts w:ascii="Arial" w:hAnsi="Arial" w:cs="Arial"/>
          <w:color w:val="222222"/>
          <w:rtl/>
        </w:rPr>
        <w:t>و اتساع</w:t>
      </w:r>
      <w:proofErr w:type="gramEnd"/>
      <w:r w:rsidRPr="00D501DD">
        <w:rPr>
          <w:rFonts w:ascii="Arial" w:hAnsi="Arial" w:cs="Arial"/>
          <w:color w:val="222222"/>
          <w:rtl/>
        </w:rPr>
        <w:t xml:space="preserve"> </w:t>
      </w:r>
      <w:proofErr w:type="spellStart"/>
      <w:r w:rsidRPr="00D501DD">
        <w:rPr>
          <w:rFonts w:ascii="Arial" w:hAnsi="Arial" w:cs="Arial"/>
          <w:color w:val="222222"/>
          <w:rtl/>
        </w:rPr>
        <w:t>شکم</w:t>
      </w:r>
      <w:proofErr w:type="spellEnd"/>
      <w:r w:rsidRPr="00D501DD">
        <w:rPr>
          <w:rFonts w:ascii="Arial" w:hAnsi="Arial" w:cs="Arial"/>
          <w:color w:val="222222"/>
          <w:rtl/>
        </w:rPr>
        <w:t xml:space="preserve"> در </w:t>
      </w:r>
      <w:proofErr w:type="spellStart"/>
      <w:r w:rsidRPr="00D501DD">
        <w:rPr>
          <w:rFonts w:ascii="Arial" w:hAnsi="Arial" w:cs="Arial"/>
          <w:color w:val="222222"/>
          <w:rtl/>
        </w:rPr>
        <w:t>مقایسه</w:t>
      </w:r>
      <w:proofErr w:type="spellEnd"/>
      <w:r w:rsidRPr="00D501DD">
        <w:rPr>
          <w:rFonts w:ascii="Arial" w:hAnsi="Arial" w:cs="Arial"/>
          <w:color w:val="222222"/>
          <w:rtl/>
        </w:rPr>
        <w:t xml:space="preserve"> </w:t>
      </w:r>
      <w:proofErr w:type="spellStart"/>
      <w:r w:rsidRPr="00D501DD">
        <w:rPr>
          <w:rFonts w:ascii="Arial" w:hAnsi="Arial" w:cs="Arial"/>
          <w:color w:val="222222"/>
          <w:rtl/>
        </w:rPr>
        <w:t>با</w:t>
      </w:r>
      <w:proofErr w:type="spellEnd"/>
      <w:r w:rsidRPr="00D501DD">
        <w:rPr>
          <w:rFonts w:ascii="Arial" w:hAnsi="Arial" w:cs="Arial"/>
          <w:color w:val="222222"/>
          <w:rtl/>
        </w:rPr>
        <w:t xml:space="preserve"> </w:t>
      </w:r>
      <w:proofErr w:type="spellStart"/>
      <w:r w:rsidRPr="00D501DD">
        <w:rPr>
          <w:rFonts w:ascii="Arial" w:hAnsi="Arial" w:cs="Arial"/>
          <w:color w:val="222222"/>
          <w:rtl/>
        </w:rPr>
        <w:t>مبورین</w:t>
      </w:r>
      <w:proofErr w:type="spellEnd"/>
      <w:r w:rsidRPr="00D501DD">
        <w:rPr>
          <w:rFonts w:ascii="Arial" w:hAnsi="Arial" w:cs="Arial"/>
          <w:color w:val="222222"/>
          <w:rtl/>
        </w:rPr>
        <w:t xml:space="preserve"> </w:t>
      </w:r>
      <w:proofErr w:type="spellStart"/>
      <w:r w:rsidRPr="00D501DD">
        <w:rPr>
          <w:rFonts w:ascii="Arial" w:hAnsi="Arial" w:cs="Arial"/>
          <w:color w:val="222222"/>
          <w:rtl/>
        </w:rPr>
        <w:t>گردید</w:t>
      </w:r>
      <w:proofErr w:type="spellEnd"/>
      <w:r w:rsidRPr="00D501DD">
        <w:rPr>
          <w:rFonts w:ascii="Arial" w:hAnsi="Arial" w:cs="Arial"/>
          <w:color w:val="222222"/>
          <w:rtl/>
        </w:rPr>
        <w:t xml:space="preserve"> (</w:t>
      </w:r>
      <w:r w:rsidRPr="00D501DD">
        <w:rPr>
          <w:rFonts w:ascii="Arial" w:hAnsi="Arial" w:cs="Arial"/>
          <w:color w:val="222222"/>
        </w:rPr>
        <w:t>p=0.01</w:t>
      </w:r>
      <w:r w:rsidRPr="00D501DD">
        <w:rPr>
          <w:rFonts w:ascii="Arial" w:hAnsi="Arial" w:cs="Arial"/>
          <w:color w:val="222222"/>
          <w:rtl/>
        </w:rPr>
        <w:t xml:space="preserve">، </w:t>
      </w:r>
      <w:r w:rsidRPr="00D501DD">
        <w:rPr>
          <w:rFonts w:ascii="Arial" w:hAnsi="Arial" w:cs="Arial"/>
          <w:color w:val="222222"/>
        </w:rPr>
        <w:t>p=0.02</w:t>
      </w:r>
      <w:r w:rsidRPr="00D501DD">
        <w:rPr>
          <w:rFonts w:ascii="Arial" w:hAnsi="Arial" w:cs="Arial"/>
          <w:color w:val="222222"/>
          <w:rtl/>
        </w:rPr>
        <w:t xml:space="preserve"> و </w:t>
      </w:r>
      <w:r w:rsidRPr="00D501DD">
        <w:rPr>
          <w:rFonts w:ascii="Arial" w:hAnsi="Arial" w:cs="Arial"/>
          <w:color w:val="222222"/>
        </w:rPr>
        <w:t>p=0.03) (6</w:t>
      </w:r>
      <w:r w:rsidRPr="00D501DD">
        <w:rPr>
          <w:rFonts w:ascii="Arial" w:hAnsi="Arial" w:cs="Arial"/>
          <w:color w:val="222222"/>
          <w:rtl/>
        </w:rPr>
        <w:t xml:space="preserve">). تفاوت </w:t>
      </w:r>
      <w:proofErr w:type="spellStart"/>
      <w:r w:rsidRPr="00D501DD">
        <w:rPr>
          <w:rFonts w:ascii="Arial" w:hAnsi="Arial" w:cs="Arial"/>
          <w:color w:val="222222"/>
          <w:rtl/>
        </w:rPr>
        <w:t>بین</w:t>
      </w:r>
      <w:proofErr w:type="spellEnd"/>
      <w:r w:rsidRPr="00D501DD">
        <w:rPr>
          <w:rFonts w:ascii="Arial" w:hAnsi="Arial" w:cs="Arial"/>
          <w:color w:val="222222"/>
          <w:rtl/>
        </w:rPr>
        <w:t xml:space="preserve"> دو </w:t>
      </w:r>
      <w:proofErr w:type="spellStart"/>
      <w:r w:rsidRPr="00D501DD">
        <w:rPr>
          <w:rFonts w:ascii="Arial" w:hAnsi="Arial" w:cs="Arial"/>
          <w:color w:val="222222"/>
          <w:rtl/>
        </w:rPr>
        <w:t>گروه</w:t>
      </w:r>
      <w:proofErr w:type="spellEnd"/>
      <w:r w:rsidRPr="00D501DD">
        <w:rPr>
          <w:rFonts w:ascii="Arial" w:hAnsi="Arial" w:cs="Arial"/>
          <w:color w:val="222222"/>
          <w:rtl/>
        </w:rPr>
        <w:t xml:space="preserve"> در علائم تهوع </w:t>
      </w:r>
      <w:proofErr w:type="gramStart"/>
      <w:r w:rsidRPr="00D501DD">
        <w:rPr>
          <w:rFonts w:ascii="Arial" w:hAnsi="Arial" w:cs="Arial"/>
          <w:color w:val="222222"/>
          <w:rtl/>
        </w:rPr>
        <w:t>و استفراغ</w:t>
      </w:r>
      <w:proofErr w:type="gramEnd"/>
      <w:r w:rsidRPr="00D501DD">
        <w:rPr>
          <w:rFonts w:ascii="Arial" w:hAnsi="Arial" w:cs="Arial"/>
          <w:color w:val="222222"/>
          <w:rtl/>
        </w:rPr>
        <w:t xml:space="preserve"> از نظر </w:t>
      </w:r>
      <w:proofErr w:type="spellStart"/>
      <w:r w:rsidRPr="00D501DD">
        <w:rPr>
          <w:rFonts w:ascii="Arial" w:hAnsi="Arial" w:cs="Arial"/>
          <w:color w:val="222222"/>
          <w:rtl/>
        </w:rPr>
        <w:t>آماری</w:t>
      </w:r>
      <w:proofErr w:type="spellEnd"/>
      <w:r w:rsidRPr="00D501DD">
        <w:rPr>
          <w:rFonts w:ascii="Arial" w:hAnsi="Arial" w:cs="Arial"/>
          <w:color w:val="222222"/>
          <w:rtl/>
        </w:rPr>
        <w:t xml:space="preserve"> </w:t>
      </w:r>
      <w:proofErr w:type="spellStart"/>
      <w:r w:rsidRPr="00D501DD">
        <w:rPr>
          <w:rFonts w:ascii="Arial" w:hAnsi="Arial" w:cs="Arial"/>
          <w:color w:val="222222"/>
          <w:rtl/>
        </w:rPr>
        <w:t>معنی‌دار</w:t>
      </w:r>
      <w:proofErr w:type="spellEnd"/>
      <w:r w:rsidRPr="00D501DD">
        <w:rPr>
          <w:rFonts w:ascii="Arial" w:hAnsi="Arial" w:cs="Arial"/>
          <w:color w:val="222222"/>
          <w:rtl/>
        </w:rPr>
        <w:t xml:space="preserve"> </w:t>
      </w:r>
      <w:proofErr w:type="spellStart"/>
      <w:r w:rsidRPr="00D501DD">
        <w:rPr>
          <w:rFonts w:ascii="Arial" w:hAnsi="Arial" w:cs="Arial"/>
          <w:color w:val="222222"/>
          <w:rtl/>
        </w:rPr>
        <w:t>نبود</w:t>
      </w:r>
      <w:proofErr w:type="spellEnd"/>
      <w:r w:rsidRPr="00D501DD">
        <w:rPr>
          <w:rFonts w:ascii="Arial" w:hAnsi="Arial" w:cs="Arial"/>
          <w:color w:val="222222"/>
          <w:rtl/>
        </w:rPr>
        <w:t xml:space="preserve"> (</w:t>
      </w:r>
      <w:r w:rsidRPr="00D501DD">
        <w:rPr>
          <w:rFonts w:ascii="Arial" w:hAnsi="Arial" w:cs="Arial"/>
          <w:color w:val="222222"/>
        </w:rPr>
        <w:t>p</w:t>
      </w:r>
      <w:r w:rsidRPr="00D501DD">
        <w:rPr>
          <w:rFonts w:ascii="Arial" w:hAnsi="Arial" w:cs="Arial"/>
          <w:color w:val="222222"/>
          <w:rtl/>
        </w:rPr>
        <w:t xml:space="preserve">&gt;0.05). </w:t>
      </w:r>
      <w:proofErr w:type="spellStart"/>
      <w:r w:rsidRPr="00D501DD">
        <w:rPr>
          <w:rFonts w:ascii="Arial" w:hAnsi="Arial" w:cs="Arial"/>
          <w:color w:val="222222"/>
          <w:rtl/>
        </w:rPr>
        <w:t>هیچ</w:t>
      </w:r>
      <w:proofErr w:type="spellEnd"/>
      <w:r w:rsidRPr="00D501DD">
        <w:rPr>
          <w:rFonts w:ascii="Arial" w:hAnsi="Arial" w:cs="Arial"/>
          <w:color w:val="222222"/>
          <w:rtl/>
        </w:rPr>
        <w:t xml:space="preserve"> عارضه </w:t>
      </w:r>
      <w:proofErr w:type="spellStart"/>
      <w:r w:rsidRPr="00D501DD">
        <w:rPr>
          <w:rFonts w:ascii="Arial" w:hAnsi="Arial" w:cs="Arial"/>
          <w:color w:val="222222"/>
          <w:rtl/>
        </w:rPr>
        <w:t>جانبی</w:t>
      </w:r>
      <w:proofErr w:type="spellEnd"/>
      <w:r w:rsidRPr="00D501DD">
        <w:rPr>
          <w:rFonts w:ascii="Arial" w:hAnsi="Arial" w:cs="Arial"/>
          <w:color w:val="222222"/>
          <w:rtl/>
        </w:rPr>
        <w:t xml:space="preserve"> </w:t>
      </w:r>
      <w:proofErr w:type="spellStart"/>
      <w:r w:rsidRPr="00D501DD">
        <w:rPr>
          <w:rFonts w:ascii="Arial" w:hAnsi="Arial" w:cs="Arial"/>
          <w:color w:val="222222"/>
          <w:rtl/>
        </w:rPr>
        <w:t>شدید</w:t>
      </w:r>
      <w:proofErr w:type="spellEnd"/>
      <w:r w:rsidRPr="00D501DD">
        <w:rPr>
          <w:rFonts w:ascii="Arial" w:hAnsi="Arial" w:cs="Arial"/>
          <w:color w:val="222222"/>
          <w:rtl/>
        </w:rPr>
        <w:t xml:space="preserve"> در دو </w:t>
      </w:r>
      <w:proofErr w:type="spellStart"/>
      <w:r w:rsidRPr="00D501DD">
        <w:rPr>
          <w:rFonts w:ascii="Arial" w:hAnsi="Arial" w:cs="Arial"/>
          <w:color w:val="222222"/>
          <w:rtl/>
        </w:rPr>
        <w:t>گروه</w:t>
      </w:r>
      <w:proofErr w:type="spellEnd"/>
      <w:r w:rsidRPr="00D501DD">
        <w:rPr>
          <w:rFonts w:ascii="Arial" w:hAnsi="Arial" w:cs="Arial"/>
          <w:color w:val="222222"/>
          <w:rtl/>
        </w:rPr>
        <w:t xml:space="preserve"> مشاهده نشد </w:t>
      </w:r>
      <w:proofErr w:type="gramStart"/>
      <w:r w:rsidRPr="00D501DD">
        <w:rPr>
          <w:rFonts w:ascii="Arial" w:hAnsi="Arial" w:cs="Arial"/>
          <w:color w:val="222222"/>
          <w:rtl/>
        </w:rPr>
        <w:t>و هر</w:t>
      </w:r>
      <w:proofErr w:type="gramEnd"/>
      <w:r w:rsidRPr="00D501DD">
        <w:rPr>
          <w:rFonts w:ascii="Arial" w:hAnsi="Arial" w:cs="Arial"/>
          <w:color w:val="222222"/>
          <w:rtl/>
        </w:rPr>
        <w:t xml:space="preserve"> دو دارو از نظر </w:t>
      </w:r>
      <w:proofErr w:type="spellStart"/>
      <w:r w:rsidRPr="00D501DD">
        <w:rPr>
          <w:rFonts w:ascii="Arial" w:hAnsi="Arial" w:cs="Arial"/>
          <w:color w:val="222222"/>
          <w:rtl/>
        </w:rPr>
        <w:t>تحمل‌پذیری</w:t>
      </w:r>
      <w:proofErr w:type="spellEnd"/>
      <w:r w:rsidRPr="00D501DD">
        <w:rPr>
          <w:rFonts w:ascii="Arial" w:hAnsi="Arial" w:cs="Arial"/>
          <w:color w:val="222222"/>
          <w:rtl/>
        </w:rPr>
        <w:t xml:space="preserve"> </w:t>
      </w:r>
      <w:proofErr w:type="spellStart"/>
      <w:r w:rsidRPr="00D501DD">
        <w:rPr>
          <w:rFonts w:ascii="Arial" w:hAnsi="Arial" w:cs="Arial"/>
          <w:color w:val="222222"/>
          <w:rtl/>
        </w:rPr>
        <w:t>ایمن</w:t>
      </w:r>
      <w:proofErr w:type="spellEnd"/>
      <w:r w:rsidRPr="00D501DD">
        <w:rPr>
          <w:rFonts w:ascii="Arial" w:hAnsi="Arial" w:cs="Arial"/>
          <w:color w:val="222222"/>
          <w:rtl/>
        </w:rPr>
        <w:t xml:space="preserve"> </w:t>
      </w:r>
      <w:proofErr w:type="spellStart"/>
      <w:r w:rsidRPr="00D501DD">
        <w:rPr>
          <w:rFonts w:ascii="Arial" w:hAnsi="Arial" w:cs="Arial"/>
          <w:color w:val="222222"/>
          <w:rtl/>
        </w:rPr>
        <w:t>بودند</w:t>
      </w:r>
      <w:proofErr w:type="spellEnd"/>
      <w:r w:rsidRPr="00D501DD">
        <w:rPr>
          <w:rFonts w:ascii="Arial" w:hAnsi="Arial" w:cs="Arial"/>
          <w:color w:val="222222"/>
          <w:rtl/>
        </w:rPr>
        <w:t xml:space="preserve"> (7،8).</w:t>
      </w:r>
    </w:p>
    <w:p w:rsidR="00B85119" w:rsidRPr="00D501DD" w:rsidRDefault="00B85119" w:rsidP="00B85119">
      <w:pPr>
        <w:pStyle w:val="NormalWeb"/>
        <w:bidi/>
        <w:rPr>
          <w:rFonts w:ascii="Arial" w:hAnsi="Arial" w:cs="Arial"/>
          <w:b/>
          <w:bCs/>
          <w:color w:val="222222"/>
        </w:rPr>
      </w:pPr>
      <w:proofErr w:type="spellStart"/>
      <w:r w:rsidRPr="00D501DD">
        <w:rPr>
          <w:rFonts w:ascii="Arial" w:hAnsi="Arial" w:cs="Arial"/>
          <w:b/>
          <w:bCs/>
          <w:color w:val="222222"/>
          <w:rtl/>
        </w:rPr>
        <w:t>نتیجه‌گیری</w:t>
      </w:r>
      <w:proofErr w:type="spellEnd"/>
      <w:r w:rsidRPr="00D501DD">
        <w:rPr>
          <w:rFonts w:ascii="Arial" w:hAnsi="Arial" w:cs="Arial"/>
          <w:b/>
          <w:bCs/>
          <w:color w:val="222222"/>
          <w:rtl/>
        </w:rPr>
        <w:t>:</w:t>
      </w:r>
    </w:p>
    <w:p w:rsidR="00B85119" w:rsidRPr="00D501DD" w:rsidRDefault="00B85119" w:rsidP="00B85119">
      <w:pPr>
        <w:pStyle w:val="NormalWeb"/>
        <w:bidi/>
        <w:rPr>
          <w:rFonts w:ascii="Arial" w:hAnsi="Arial" w:cs="Arial"/>
          <w:color w:val="222222"/>
          <w:rtl/>
        </w:rPr>
      </w:pPr>
      <w:proofErr w:type="spellStart"/>
      <w:r w:rsidRPr="00D501DD">
        <w:rPr>
          <w:rFonts w:ascii="Arial" w:hAnsi="Arial" w:cs="Arial"/>
          <w:color w:val="222222"/>
          <w:rtl/>
        </w:rPr>
        <w:t>یافته‌های</w:t>
      </w:r>
      <w:proofErr w:type="spellEnd"/>
      <w:r w:rsidRPr="00D501DD">
        <w:rPr>
          <w:rFonts w:ascii="Arial" w:hAnsi="Arial" w:cs="Arial"/>
          <w:color w:val="222222"/>
          <w:rtl/>
        </w:rPr>
        <w:t xml:space="preserve"> </w:t>
      </w:r>
      <w:proofErr w:type="spellStart"/>
      <w:r w:rsidRPr="00D501DD">
        <w:rPr>
          <w:rFonts w:ascii="Arial" w:hAnsi="Arial" w:cs="Arial"/>
          <w:color w:val="222222"/>
          <w:rtl/>
        </w:rPr>
        <w:t>این</w:t>
      </w:r>
      <w:proofErr w:type="spellEnd"/>
      <w:r w:rsidRPr="00D501DD">
        <w:rPr>
          <w:rFonts w:ascii="Arial" w:hAnsi="Arial" w:cs="Arial"/>
          <w:color w:val="222222"/>
          <w:rtl/>
        </w:rPr>
        <w:t xml:space="preserve"> مطالعه نشان داد </w:t>
      </w:r>
      <w:proofErr w:type="spellStart"/>
      <w:r w:rsidRPr="00D501DD">
        <w:rPr>
          <w:rFonts w:ascii="Arial" w:hAnsi="Arial" w:cs="Arial"/>
          <w:color w:val="222222"/>
          <w:rtl/>
        </w:rPr>
        <w:t>که</w:t>
      </w:r>
      <w:proofErr w:type="spellEnd"/>
      <w:r w:rsidRPr="00D501DD">
        <w:rPr>
          <w:rFonts w:ascii="Arial" w:hAnsi="Arial" w:cs="Arial"/>
          <w:color w:val="222222"/>
          <w:rtl/>
        </w:rPr>
        <w:t xml:space="preserve"> </w:t>
      </w:r>
      <w:proofErr w:type="spellStart"/>
      <w:r w:rsidRPr="00D501DD">
        <w:rPr>
          <w:rFonts w:ascii="Arial" w:hAnsi="Arial" w:cs="Arial"/>
          <w:color w:val="222222"/>
          <w:rtl/>
        </w:rPr>
        <w:t>ریفاکسیمین</w:t>
      </w:r>
      <w:proofErr w:type="spellEnd"/>
      <w:r w:rsidRPr="00D501DD">
        <w:rPr>
          <w:rFonts w:ascii="Arial" w:hAnsi="Arial" w:cs="Arial"/>
          <w:color w:val="222222"/>
          <w:rtl/>
        </w:rPr>
        <w:t xml:space="preserve"> نسبت به </w:t>
      </w:r>
      <w:proofErr w:type="spellStart"/>
      <w:r w:rsidRPr="00D501DD">
        <w:rPr>
          <w:rFonts w:ascii="Arial" w:hAnsi="Arial" w:cs="Arial"/>
          <w:color w:val="222222"/>
          <w:rtl/>
        </w:rPr>
        <w:t>مبورین</w:t>
      </w:r>
      <w:proofErr w:type="spellEnd"/>
      <w:r w:rsidRPr="00D501DD">
        <w:rPr>
          <w:rFonts w:ascii="Arial" w:hAnsi="Arial" w:cs="Arial"/>
          <w:color w:val="222222"/>
          <w:rtl/>
        </w:rPr>
        <w:t xml:space="preserve"> در </w:t>
      </w:r>
      <w:proofErr w:type="spellStart"/>
      <w:r w:rsidRPr="00D501DD">
        <w:rPr>
          <w:rFonts w:ascii="Arial" w:hAnsi="Arial" w:cs="Arial"/>
          <w:color w:val="222222"/>
          <w:rtl/>
        </w:rPr>
        <w:t>بهبود</w:t>
      </w:r>
      <w:proofErr w:type="spellEnd"/>
      <w:r w:rsidRPr="00D501DD">
        <w:rPr>
          <w:rFonts w:ascii="Arial" w:hAnsi="Arial" w:cs="Arial"/>
          <w:color w:val="222222"/>
          <w:rtl/>
        </w:rPr>
        <w:t xml:space="preserve"> علائم </w:t>
      </w:r>
      <w:proofErr w:type="spellStart"/>
      <w:r w:rsidRPr="00D501DD">
        <w:rPr>
          <w:rFonts w:ascii="Arial" w:hAnsi="Arial" w:cs="Arial"/>
          <w:color w:val="222222"/>
          <w:rtl/>
        </w:rPr>
        <w:t>گوارشی</w:t>
      </w:r>
      <w:proofErr w:type="spellEnd"/>
      <w:r w:rsidRPr="00D501DD">
        <w:rPr>
          <w:rFonts w:ascii="Arial" w:hAnsi="Arial" w:cs="Arial"/>
          <w:color w:val="222222"/>
          <w:rtl/>
        </w:rPr>
        <w:t xml:space="preserve"> </w:t>
      </w:r>
      <w:proofErr w:type="spellStart"/>
      <w:r w:rsidRPr="00D501DD">
        <w:rPr>
          <w:rFonts w:ascii="Arial" w:hAnsi="Arial" w:cs="Arial"/>
          <w:color w:val="222222"/>
          <w:rtl/>
        </w:rPr>
        <w:t>بیماران</w:t>
      </w:r>
      <w:proofErr w:type="spellEnd"/>
      <w:r w:rsidRPr="00D501DD">
        <w:rPr>
          <w:rFonts w:ascii="Arial" w:hAnsi="Arial" w:cs="Arial"/>
          <w:color w:val="222222"/>
          <w:rtl/>
        </w:rPr>
        <w:t xml:space="preserve"> مبتلا به </w:t>
      </w:r>
      <w:r w:rsidRPr="00D501DD">
        <w:rPr>
          <w:rFonts w:ascii="Arial" w:hAnsi="Arial" w:cs="Arial"/>
          <w:color w:val="222222"/>
        </w:rPr>
        <w:t>IBS</w:t>
      </w:r>
      <w:r w:rsidRPr="00D501DD">
        <w:rPr>
          <w:rFonts w:ascii="Arial" w:hAnsi="Arial" w:cs="Arial"/>
          <w:color w:val="222222"/>
          <w:rtl/>
        </w:rPr>
        <w:t xml:space="preserve">، </w:t>
      </w:r>
      <w:proofErr w:type="spellStart"/>
      <w:r w:rsidRPr="00D501DD">
        <w:rPr>
          <w:rFonts w:ascii="Arial" w:hAnsi="Arial" w:cs="Arial"/>
          <w:color w:val="222222"/>
          <w:rtl/>
        </w:rPr>
        <w:t>به‌ویژه</w:t>
      </w:r>
      <w:proofErr w:type="spellEnd"/>
      <w:r w:rsidRPr="00D501DD">
        <w:rPr>
          <w:rFonts w:ascii="Arial" w:hAnsi="Arial" w:cs="Arial"/>
          <w:color w:val="222222"/>
          <w:rtl/>
        </w:rPr>
        <w:t xml:space="preserve"> در </w:t>
      </w:r>
      <w:proofErr w:type="spellStart"/>
      <w:r w:rsidRPr="00D501DD">
        <w:rPr>
          <w:rFonts w:ascii="Arial" w:hAnsi="Arial" w:cs="Arial"/>
          <w:color w:val="222222"/>
          <w:rtl/>
        </w:rPr>
        <w:t>کاهش</w:t>
      </w:r>
      <w:proofErr w:type="spellEnd"/>
      <w:r w:rsidRPr="00D501DD">
        <w:rPr>
          <w:rFonts w:ascii="Arial" w:hAnsi="Arial" w:cs="Arial"/>
          <w:color w:val="222222"/>
          <w:rtl/>
        </w:rPr>
        <w:t xml:space="preserve"> درد </w:t>
      </w:r>
      <w:proofErr w:type="gramStart"/>
      <w:r w:rsidRPr="00D501DD">
        <w:rPr>
          <w:rFonts w:ascii="Arial" w:hAnsi="Arial" w:cs="Arial"/>
          <w:color w:val="222222"/>
          <w:rtl/>
        </w:rPr>
        <w:t>و نفخ</w:t>
      </w:r>
      <w:proofErr w:type="gramEnd"/>
      <w:r w:rsidRPr="00D501DD">
        <w:rPr>
          <w:rFonts w:ascii="Arial" w:hAnsi="Arial" w:cs="Arial"/>
          <w:color w:val="222222"/>
          <w:rtl/>
        </w:rPr>
        <w:t xml:space="preserve"> </w:t>
      </w:r>
      <w:proofErr w:type="spellStart"/>
      <w:r w:rsidRPr="00D501DD">
        <w:rPr>
          <w:rFonts w:ascii="Arial" w:hAnsi="Arial" w:cs="Arial"/>
          <w:color w:val="222222"/>
          <w:rtl/>
        </w:rPr>
        <w:t>شکمی</w:t>
      </w:r>
      <w:proofErr w:type="spellEnd"/>
      <w:r w:rsidRPr="00D501DD">
        <w:rPr>
          <w:rFonts w:ascii="Arial" w:hAnsi="Arial" w:cs="Arial"/>
          <w:color w:val="222222"/>
          <w:rtl/>
        </w:rPr>
        <w:t xml:space="preserve">، </w:t>
      </w:r>
      <w:proofErr w:type="spellStart"/>
      <w:r w:rsidRPr="00D501DD">
        <w:rPr>
          <w:rFonts w:ascii="Arial" w:hAnsi="Arial" w:cs="Arial"/>
          <w:color w:val="222222"/>
          <w:rtl/>
        </w:rPr>
        <w:t>اثربخشی</w:t>
      </w:r>
      <w:proofErr w:type="spellEnd"/>
      <w:r w:rsidRPr="00D501DD">
        <w:rPr>
          <w:rFonts w:ascii="Arial" w:hAnsi="Arial" w:cs="Arial"/>
          <w:color w:val="222222"/>
          <w:rtl/>
        </w:rPr>
        <w:t xml:space="preserve"> </w:t>
      </w:r>
      <w:proofErr w:type="spellStart"/>
      <w:r w:rsidRPr="00D501DD">
        <w:rPr>
          <w:rFonts w:ascii="Arial" w:hAnsi="Arial" w:cs="Arial"/>
          <w:color w:val="222222"/>
          <w:rtl/>
        </w:rPr>
        <w:t>بیشتری</w:t>
      </w:r>
      <w:proofErr w:type="spellEnd"/>
      <w:r w:rsidRPr="00D501DD">
        <w:rPr>
          <w:rFonts w:ascii="Arial" w:hAnsi="Arial" w:cs="Arial"/>
          <w:color w:val="222222"/>
          <w:rtl/>
        </w:rPr>
        <w:t xml:space="preserve"> دارد (1،9). </w:t>
      </w:r>
      <w:proofErr w:type="spellStart"/>
      <w:r w:rsidRPr="00D501DD">
        <w:rPr>
          <w:rFonts w:ascii="Arial" w:hAnsi="Arial" w:cs="Arial"/>
          <w:color w:val="222222"/>
          <w:rtl/>
        </w:rPr>
        <w:t>با</w:t>
      </w:r>
      <w:proofErr w:type="spellEnd"/>
      <w:r w:rsidRPr="00D501DD">
        <w:rPr>
          <w:rFonts w:ascii="Arial" w:hAnsi="Arial" w:cs="Arial"/>
          <w:color w:val="222222"/>
          <w:rtl/>
        </w:rPr>
        <w:t xml:space="preserve"> توجه به جذب </w:t>
      </w:r>
      <w:proofErr w:type="spellStart"/>
      <w:r w:rsidRPr="00D501DD">
        <w:rPr>
          <w:rFonts w:ascii="Arial" w:hAnsi="Arial" w:cs="Arial"/>
          <w:color w:val="222222"/>
          <w:rtl/>
        </w:rPr>
        <w:t>حداقلی</w:t>
      </w:r>
      <w:proofErr w:type="spellEnd"/>
      <w:r w:rsidRPr="00D501DD">
        <w:rPr>
          <w:rFonts w:ascii="Arial" w:hAnsi="Arial" w:cs="Arial"/>
          <w:color w:val="222222"/>
          <w:rtl/>
        </w:rPr>
        <w:t xml:space="preserve">، </w:t>
      </w:r>
      <w:proofErr w:type="spellStart"/>
      <w:r w:rsidRPr="00D501DD">
        <w:rPr>
          <w:rFonts w:ascii="Arial" w:hAnsi="Arial" w:cs="Arial"/>
          <w:color w:val="222222"/>
          <w:rtl/>
        </w:rPr>
        <w:t>ایمنی</w:t>
      </w:r>
      <w:proofErr w:type="spellEnd"/>
      <w:r w:rsidRPr="00D501DD">
        <w:rPr>
          <w:rFonts w:ascii="Arial" w:hAnsi="Arial" w:cs="Arial"/>
          <w:color w:val="222222"/>
          <w:rtl/>
        </w:rPr>
        <w:t xml:space="preserve"> بالا و </w:t>
      </w:r>
      <w:proofErr w:type="gramStart"/>
      <w:r w:rsidRPr="00D501DD">
        <w:rPr>
          <w:rFonts w:ascii="Arial" w:hAnsi="Arial" w:cs="Arial"/>
          <w:color w:val="222222"/>
          <w:rtl/>
        </w:rPr>
        <w:t>اثر</w:t>
      </w:r>
      <w:proofErr w:type="gramEnd"/>
      <w:r w:rsidRPr="00D501DD">
        <w:rPr>
          <w:rFonts w:ascii="Arial" w:hAnsi="Arial" w:cs="Arial"/>
          <w:color w:val="222222"/>
          <w:rtl/>
        </w:rPr>
        <w:t xml:space="preserve"> </w:t>
      </w:r>
      <w:proofErr w:type="spellStart"/>
      <w:r w:rsidRPr="00D501DD">
        <w:rPr>
          <w:rFonts w:ascii="Arial" w:hAnsi="Arial" w:cs="Arial"/>
          <w:color w:val="222222"/>
          <w:rtl/>
        </w:rPr>
        <w:t>موضعی</w:t>
      </w:r>
      <w:proofErr w:type="spellEnd"/>
      <w:r w:rsidRPr="00D501DD">
        <w:rPr>
          <w:rFonts w:ascii="Arial" w:hAnsi="Arial" w:cs="Arial"/>
          <w:color w:val="222222"/>
          <w:rtl/>
        </w:rPr>
        <w:t xml:space="preserve"> در روده، </w:t>
      </w:r>
      <w:proofErr w:type="spellStart"/>
      <w:r w:rsidRPr="00D501DD">
        <w:rPr>
          <w:rFonts w:ascii="Arial" w:hAnsi="Arial" w:cs="Arial"/>
          <w:color w:val="222222"/>
          <w:rtl/>
        </w:rPr>
        <w:t>ریفاکسیمین</w:t>
      </w:r>
      <w:proofErr w:type="spellEnd"/>
      <w:r w:rsidRPr="00D501DD">
        <w:rPr>
          <w:rFonts w:ascii="Arial" w:hAnsi="Arial" w:cs="Arial"/>
          <w:color w:val="222222"/>
          <w:rtl/>
        </w:rPr>
        <w:t xml:space="preserve"> </w:t>
      </w:r>
      <w:proofErr w:type="spellStart"/>
      <w:r w:rsidRPr="00D501DD">
        <w:rPr>
          <w:rFonts w:ascii="Arial" w:hAnsi="Arial" w:cs="Arial"/>
          <w:color w:val="222222"/>
          <w:rtl/>
        </w:rPr>
        <w:t>می‌تواند</w:t>
      </w:r>
      <w:proofErr w:type="spellEnd"/>
      <w:r w:rsidRPr="00D501DD">
        <w:rPr>
          <w:rFonts w:ascii="Arial" w:hAnsi="Arial" w:cs="Arial"/>
          <w:color w:val="222222"/>
          <w:rtl/>
        </w:rPr>
        <w:t xml:space="preserve"> </w:t>
      </w:r>
      <w:proofErr w:type="spellStart"/>
      <w:r w:rsidRPr="00D501DD">
        <w:rPr>
          <w:rFonts w:ascii="Arial" w:hAnsi="Arial" w:cs="Arial"/>
          <w:color w:val="222222"/>
          <w:rtl/>
        </w:rPr>
        <w:t>به‌عنوان</w:t>
      </w:r>
      <w:proofErr w:type="spellEnd"/>
      <w:r w:rsidRPr="00D501DD">
        <w:rPr>
          <w:rFonts w:ascii="Arial" w:hAnsi="Arial" w:cs="Arial"/>
          <w:color w:val="222222"/>
          <w:rtl/>
        </w:rPr>
        <w:t xml:space="preserve"> </w:t>
      </w:r>
      <w:proofErr w:type="spellStart"/>
      <w:r w:rsidRPr="00D501DD">
        <w:rPr>
          <w:rFonts w:ascii="Arial" w:hAnsi="Arial" w:cs="Arial"/>
          <w:color w:val="222222"/>
          <w:rtl/>
        </w:rPr>
        <w:t>یک</w:t>
      </w:r>
      <w:proofErr w:type="spellEnd"/>
      <w:r w:rsidRPr="00D501DD">
        <w:rPr>
          <w:rFonts w:ascii="Arial" w:hAnsi="Arial" w:cs="Arial"/>
          <w:color w:val="222222"/>
          <w:rtl/>
        </w:rPr>
        <w:t xml:space="preserve"> </w:t>
      </w:r>
      <w:proofErr w:type="spellStart"/>
      <w:r w:rsidRPr="00D501DD">
        <w:rPr>
          <w:rFonts w:ascii="Arial" w:hAnsi="Arial" w:cs="Arial"/>
          <w:color w:val="222222"/>
          <w:rtl/>
        </w:rPr>
        <w:t>گزینه</w:t>
      </w:r>
      <w:proofErr w:type="spellEnd"/>
      <w:r w:rsidRPr="00D501DD">
        <w:rPr>
          <w:rFonts w:ascii="Arial" w:hAnsi="Arial" w:cs="Arial"/>
          <w:color w:val="222222"/>
          <w:rtl/>
        </w:rPr>
        <w:t xml:space="preserve"> </w:t>
      </w:r>
      <w:proofErr w:type="spellStart"/>
      <w:r w:rsidRPr="00D501DD">
        <w:rPr>
          <w:rFonts w:ascii="Arial" w:hAnsi="Arial" w:cs="Arial"/>
          <w:color w:val="222222"/>
          <w:rtl/>
        </w:rPr>
        <w:t>درمانی</w:t>
      </w:r>
      <w:proofErr w:type="spellEnd"/>
      <w:r w:rsidRPr="00D501DD">
        <w:rPr>
          <w:rFonts w:ascii="Arial" w:hAnsi="Arial" w:cs="Arial"/>
          <w:color w:val="222222"/>
          <w:rtl/>
        </w:rPr>
        <w:t xml:space="preserve"> مؤثر و مطمئن در </w:t>
      </w:r>
      <w:proofErr w:type="spellStart"/>
      <w:r w:rsidRPr="00D501DD">
        <w:rPr>
          <w:rFonts w:ascii="Arial" w:hAnsi="Arial" w:cs="Arial"/>
          <w:color w:val="222222"/>
          <w:rtl/>
        </w:rPr>
        <w:t>مدیریت</w:t>
      </w:r>
      <w:proofErr w:type="spellEnd"/>
      <w:r w:rsidRPr="00D501DD">
        <w:rPr>
          <w:rFonts w:ascii="Arial" w:hAnsi="Arial" w:cs="Arial"/>
          <w:color w:val="222222"/>
          <w:rtl/>
        </w:rPr>
        <w:t xml:space="preserve"> </w:t>
      </w:r>
      <w:proofErr w:type="spellStart"/>
      <w:r w:rsidRPr="00D501DD">
        <w:rPr>
          <w:rFonts w:ascii="Arial" w:hAnsi="Arial" w:cs="Arial"/>
          <w:color w:val="222222"/>
          <w:rtl/>
        </w:rPr>
        <w:t>بیماران</w:t>
      </w:r>
      <w:proofErr w:type="spellEnd"/>
      <w:r w:rsidRPr="00D501DD">
        <w:rPr>
          <w:rFonts w:ascii="Arial" w:hAnsi="Arial" w:cs="Arial"/>
          <w:color w:val="222222"/>
          <w:rtl/>
        </w:rPr>
        <w:t xml:space="preserve"> مبتلا به سندرم روده </w:t>
      </w:r>
      <w:proofErr w:type="spellStart"/>
      <w:r w:rsidRPr="00D501DD">
        <w:rPr>
          <w:rFonts w:ascii="Arial" w:hAnsi="Arial" w:cs="Arial"/>
          <w:color w:val="222222"/>
          <w:rtl/>
        </w:rPr>
        <w:t>تحریک‌پذیر</w:t>
      </w:r>
      <w:proofErr w:type="spellEnd"/>
      <w:r w:rsidRPr="00D501DD">
        <w:rPr>
          <w:rFonts w:ascii="Arial" w:hAnsi="Arial" w:cs="Arial"/>
          <w:color w:val="222222"/>
          <w:rtl/>
        </w:rPr>
        <w:t xml:space="preserve"> مورد </w:t>
      </w:r>
      <w:proofErr w:type="spellStart"/>
      <w:r w:rsidRPr="00D501DD">
        <w:rPr>
          <w:rFonts w:ascii="Arial" w:hAnsi="Arial" w:cs="Arial"/>
          <w:color w:val="222222"/>
          <w:rtl/>
        </w:rPr>
        <w:t>استفاده</w:t>
      </w:r>
      <w:proofErr w:type="spellEnd"/>
      <w:r w:rsidRPr="00D501DD">
        <w:rPr>
          <w:rFonts w:ascii="Arial" w:hAnsi="Arial" w:cs="Arial"/>
          <w:color w:val="222222"/>
          <w:rtl/>
        </w:rPr>
        <w:t xml:space="preserve"> قرار </w:t>
      </w:r>
      <w:proofErr w:type="spellStart"/>
      <w:r w:rsidRPr="00D501DD">
        <w:rPr>
          <w:rFonts w:ascii="Arial" w:hAnsi="Arial" w:cs="Arial"/>
          <w:color w:val="222222"/>
          <w:rtl/>
        </w:rPr>
        <w:t>گیرد</w:t>
      </w:r>
      <w:proofErr w:type="spellEnd"/>
      <w:r w:rsidRPr="00D501DD">
        <w:rPr>
          <w:rFonts w:ascii="Arial" w:hAnsi="Arial" w:cs="Arial"/>
          <w:color w:val="222222"/>
          <w:rtl/>
        </w:rPr>
        <w:t xml:space="preserve"> (4،10).</w:t>
      </w:r>
    </w:p>
    <w:p w:rsidR="00B85119" w:rsidRPr="00D501DD" w:rsidRDefault="00B85119" w:rsidP="00B85119">
      <w:pPr>
        <w:pStyle w:val="NormalWeb"/>
        <w:bidi/>
        <w:rPr>
          <w:rFonts w:ascii="Arial" w:hAnsi="Arial" w:cs="Arial"/>
          <w:color w:val="222222"/>
        </w:rPr>
      </w:pPr>
      <w:proofErr w:type="spellStart"/>
      <w:r w:rsidRPr="00D501DD">
        <w:rPr>
          <w:rFonts w:ascii="Arial" w:hAnsi="Arial" w:cs="Arial"/>
          <w:b/>
          <w:bCs/>
          <w:color w:val="222222"/>
          <w:rtl/>
        </w:rPr>
        <w:t>واژگان</w:t>
      </w:r>
      <w:proofErr w:type="spellEnd"/>
      <w:r w:rsidRPr="00D501DD">
        <w:rPr>
          <w:rFonts w:ascii="Arial" w:hAnsi="Arial" w:cs="Arial"/>
          <w:b/>
          <w:bCs/>
          <w:color w:val="222222"/>
          <w:rtl/>
        </w:rPr>
        <w:t xml:space="preserve"> </w:t>
      </w:r>
      <w:proofErr w:type="spellStart"/>
      <w:r w:rsidRPr="00D501DD">
        <w:rPr>
          <w:rFonts w:ascii="Arial" w:hAnsi="Arial" w:cs="Arial"/>
          <w:b/>
          <w:bCs/>
          <w:color w:val="222222"/>
          <w:rtl/>
        </w:rPr>
        <w:t>کلیدی</w:t>
      </w:r>
      <w:proofErr w:type="spellEnd"/>
      <w:r w:rsidRPr="00D501DD">
        <w:rPr>
          <w:rFonts w:ascii="Arial" w:hAnsi="Arial" w:cs="Arial"/>
          <w:color w:val="222222"/>
          <w:rtl/>
        </w:rPr>
        <w:t>:</w:t>
      </w:r>
    </w:p>
    <w:p w:rsidR="00B85119" w:rsidRPr="00D501DD" w:rsidRDefault="00B85119" w:rsidP="00B85119">
      <w:pPr>
        <w:pStyle w:val="NormalWeb"/>
        <w:bidi/>
        <w:rPr>
          <w:rFonts w:ascii="Arial" w:hAnsi="Arial" w:cs="Arial"/>
          <w:color w:val="222222"/>
          <w:rtl/>
        </w:rPr>
      </w:pPr>
      <w:r w:rsidRPr="00D501DD">
        <w:rPr>
          <w:rFonts w:ascii="Arial" w:hAnsi="Arial" w:cs="Arial"/>
          <w:color w:val="222222"/>
          <w:rtl/>
        </w:rPr>
        <w:t xml:space="preserve">سندرم روده </w:t>
      </w:r>
      <w:proofErr w:type="spellStart"/>
      <w:r w:rsidRPr="00D501DD">
        <w:rPr>
          <w:rFonts w:ascii="Arial" w:hAnsi="Arial" w:cs="Arial"/>
          <w:color w:val="222222"/>
          <w:rtl/>
        </w:rPr>
        <w:t>تحریک‌پذیر</w:t>
      </w:r>
      <w:proofErr w:type="spellEnd"/>
      <w:r w:rsidRPr="00D501DD">
        <w:rPr>
          <w:rFonts w:ascii="Arial" w:hAnsi="Arial" w:cs="Arial"/>
          <w:color w:val="222222"/>
          <w:rtl/>
        </w:rPr>
        <w:t xml:space="preserve">، </w:t>
      </w:r>
      <w:proofErr w:type="spellStart"/>
      <w:r w:rsidRPr="00D501DD">
        <w:rPr>
          <w:rFonts w:ascii="Arial" w:hAnsi="Arial" w:cs="Arial"/>
          <w:color w:val="222222"/>
          <w:rtl/>
        </w:rPr>
        <w:t>ریفاکسیمین</w:t>
      </w:r>
      <w:proofErr w:type="spellEnd"/>
      <w:r w:rsidRPr="00D501DD">
        <w:rPr>
          <w:rFonts w:ascii="Arial" w:hAnsi="Arial" w:cs="Arial"/>
          <w:color w:val="222222"/>
          <w:rtl/>
        </w:rPr>
        <w:t xml:space="preserve">، </w:t>
      </w:r>
      <w:proofErr w:type="spellStart"/>
      <w:r w:rsidRPr="00D501DD">
        <w:rPr>
          <w:rFonts w:ascii="Arial" w:hAnsi="Arial" w:cs="Arial"/>
          <w:color w:val="222222"/>
          <w:rtl/>
        </w:rPr>
        <w:t>مبورین</w:t>
      </w:r>
      <w:proofErr w:type="spellEnd"/>
      <w:r w:rsidRPr="00D501DD">
        <w:rPr>
          <w:rFonts w:ascii="Arial" w:hAnsi="Arial" w:cs="Arial"/>
          <w:color w:val="222222"/>
          <w:rtl/>
        </w:rPr>
        <w:t xml:space="preserve">، علائم </w:t>
      </w:r>
      <w:proofErr w:type="spellStart"/>
      <w:r w:rsidRPr="00D501DD">
        <w:rPr>
          <w:rFonts w:ascii="Arial" w:hAnsi="Arial" w:cs="Arial"/>
          <w:color w:val="222222"/>
          <w:rtl/>
        </w:rPr>
        <w:t>گوارشی</w:t>
      </w:r>
      <w:proofErr w:type="spellEnd"/>
      <w:r w:rsidRPr="00D501DD">
        <w:rPr>
          <w:rFonts w:ascii="Arial" w:hAnsi="Arial" w:cs="Arial"/>
          <w:color w:val="222222"/>
          <w:rtl/>
        </w:rPr>
        <w:t xml:space="preserve">، </w:t>
      </w:r>
      <w:proofErr w:type="spellStart"/>
      <w:r w:rsidRPr="00D501DD">
        <w:rPr>
          <w:rFonts w:ascii="Arial" w:hAnsi="Arial" w:cs="Arial"/>
          <w:color w:val="222222"/>
          <w:rtl/>
        </w:rPr>
        <w:t>کارآزمایی</w:t>
      </w:r>
      <w:proofErr w:type="spellEnd"/>
      <w:r w:rsidRPr="00D501DD">
        <w:rPr>
          <w:rFonts w:ascii="Arial" w:hAnsi="Arial" w:cs="Arial"/>
          <w:color w:val="222222"/>
          <w:rtl/>
        </w:rPr>
        <w:t xml:space="preserve"> </w:t>
      </w:r>
      <w:proofErr w:type="spellStart"/>
      <w:r w:rsidRPr="00D501DD">
        <w:rPr>
          <w:rFonts w:ascii="Arial" w:hAnsi="Arial" w:cs="Arial"/>
          <w:color w:val="222222"/>
          <w:rtl/>
        </w:rPr>
        <w:t>بالینی</w:t>
      </w:r>
      <w:proofErr w:type="spellEnd"/>
    </w:p>
    <w:p w:rsidR="00403EDA" w:rsidRPr="00D501DD" w:rsidRDefault="00403EDA" w:rsidP="00403EDA">
      <w:pPr>
        <w:pStyle w:val="NormalWeb"/>
        <w:rPr>
          <w:rFonts w:ascii="Arial" w:hAnsi="Arial" w:cs="Arial"/>
          <w:color w:val="222222"/>
        </w:rPr>
      </w:pPr>
      <w:r w:rsidRPr="00D501DD">
        <w:rPr>
          <w:rFonts w:ascii="Arial" w:hAnsi="Arial" w:cs="Arial"/>
          <w:color w:val="222222"/>
        </w:rPr>
        <w:t>Abstract</w:t>
      </w:r>
    </w:p>
    <w:p w:rsidR="00403EDA" w:rsidRPr="00D501DD" w:rsidRDefault="00403EDA" w:rsidP="00403EDA">
      <w:pPr>
        <w:pStyle w:val="NormalWeb"/>
        <w:rPr>
          <w:rFonts w:ascii="Arial" w:hAnsi="Arial" w:cs="Arial"/>
          <w:color w:val="222222"/>
        </w:rPr>
      </w:pPr>
      <w:r w:rsidRPr="00D501DD">
        <w:rPr>
          <w:rFonts w:ascii="Arial" w:hAnsi="Arial" w:cs="Arial"/>
          <w:color w:val="222222"/>
        </w:rPr>
        <w:t>Background and Aim:</w:t>
      </w:r>
    </w:p>
    <w:p w:rsidR="00403EDA" w:rsidRPr="00D501DD" w:rsidRDefault="00403EDA" w:rsidP="00403EDA">
      <w:pPr>
        <w:pStyle w:val="NormalWeb"/>
        <w:rPr>
          <w:rFonts w:ascii="Arial" w:hAnsi="Arial" w:cs="Arial"/>
          <w:color w:val="222222"/>
        </w:rPr>
      </w:pPr>
      <w:r w:rsidRPr="00D501DD">
        <w:rPr>
          <w:rFonts w:ascii="Arial" w:hAnsi="Arial" w:cs="Arial"/>
          <w:color w:val="222222"/>
        </w:rPr>
        <w:lastRenderedPageBreak/>
        <w:t>Irritable bowel syndrome (IBS) is one of the most prevalent functional gastrointestinal disorders, characterized by abdominal pain, bloating, and altered bowel habits in the absence of any identifiable structural abnormalities (1,2). This disorder imposes a considerable burden on patients’ quality of life and leads to significant healthcare costs (3). Given the multifactorial pathophysiology of IBS and the variability in patients’ therapeutic responses, this study aimed to compare the efficacy of rifaximin and mebeverine in alleviating gastrointestinal symptoms in affected patients (4,5).</w:t>
      </w:r>
    </w:p>
    <w:p w:rsidR="00403EDA" w:rsidRPr="00D501DD" w:rsidRDefault="00403EDA" w:rsidP="00403EDA">
      <w:pPr>
        <w:pStyle w:val="NormalWeb"/>
        <w:rPr>
          <w:rFonts w:ascii="Arial" w:hAnsi="Arial" w:cs="Arial"/>
          <w:color w:val="222222"/>
        </w:rPr>
      </w:pPr>
      <w:r w:rsidRPr="00D501DD">
        <w:rPr>
          <w:rFonts w:ascii="Arial" w:hAnsi="Arial" w:cs="Arial"/>
          <w:color w:val="222222"/>
        </w:rPr>
        <w:t>Materials and Methods:</w:t>
      </w:r>
    </w:p>
    <w:p w:rsidR="00403EDA" w:rsidRPr="00D501DD" w:rsidRDefault="00403EDA" w:rsidP="00403EDA">
      <w:pPr>
        <w:pStyle w:val="NormalWeb"/>
        <w:rPr>
          <w:rFonts w:ascii="Arial" w:hAnsi="Arial" w:cs="Arial"/>
          <w:color w:val="222222"/>
        </w:rPr>
      </w:pPr>
      <w:r w:rsidRPr="00D501DD">
        <w:rPr>
          <w:rFonts w:ascii="Arial" w:hAnsi="Arial" w:cs="Arial"/>
          <w:color w:val="222222"/>
        </w:rPr>
        <w:t>This randomized, double-blind clinical trial was conducted on 100 patients diagnosed with IBS according to the Rome IV criteria. Participants were randomly assigned to two equal groups: Group I received rifaximin 200 mg (two tablets every eight hours for 10 days), and Group II received mebeverine 200 mg (twice daily for 12 weeks). The severity of gastrointestinal symptoms—including abdominal pain, bloating, flatulence, nausea, and vomiting—was assessed before and after treatment using the standardized IBS Symptom Severity Scale (IBS-SSS). Data were analyzed using independent t-tests, chi-square tests, and logistic regression at a significance level of 0.05</w:t>
      </w:r>
    </w:p>
    <w:p w:rsidR="00403EDA" w:rsidRPr="00D501DD" w:rsidRDefault="00403EDA" w:rsidP="00403EDA">
      <w:pPr>
        <w:pStyle w:val="NormalWeb"/>
        <w:rPr>
          <w:rFonts w:ascii="Arial" w:hAnsi="Arial" w:cs="Arial"/>
          <w:color w:val="222222"/>
        </w:rPr>
      </w:pPr>
      <w:r w:rsidRPr="00D501DD">
        <w:rPr>
          <w:rFonts w:ascii="Arial" w:hAnsi="Arial" w:cs="Arial"/>
          <w:color w:val="222222"/>
        </w:rPr>
        <w:t>Results:</w:t>
      </w:r>
    </w:p>
    <w:p w:rsidR="00403EDA" w:rsidRPr="00DC1978" w:rsidRDefault="00403EDA" w:rsidP="00403EDA">
      <w:pPr>
        <w:pStyle w:val="NormalWeb"/>
        <w:rPr>
          <w:rFonts w:ascii="Arial" w:hAnsi="Arial" w:cs="Arial"/>
          <w:color w:val="222222"/>
        </w:rPr>
      </w:pPr>
      <w:r w:rsidRPr="00DC1978">
        <w:rPr>
          <w:rFonts w:ascii="Arial" w:hAnsi="Arial" w:cs="Arial"/>
          <w:color w:val="222222"/>
        </w:rPr>
        <w:t>The mean age of participants did not differ significantly between the two groups (p &gt; 0.05). Rifaximin resulted in a significantly greater reduction in abdominal pain, bloating, and abdominal distension compared with mebeverine (p = 0.01, p = 0.02, and p = 0.03, respectively) (6). No statistically significant differences were observed between the groups regarding nausea and vomiting (p &gt; 0.05). No serious adverse events occurred in either group, and both medications were well tolerated (7,8).</w:t>
      </w:r>
    </w:p>
    <w:p w:rsidR="00403EDA" w:rsidRPr="00DC1978" w:rsidRDefault="00403EDA" w:rsidP="00403EDA">
      <w:pPr>
        <w:pStyle w:val="NormalWeb"/>
        <w:rPr>
          <w:rFonts w:ascii="Arial" w:hAnsi="Arial" w:cs="Arial"/>
          <w:color w:val="222222"/>
        </w:rPr>
      </w:pPr>
      <w:r w:rsidRPr="00DC1978">
        <w:rPr>
          <w:rFonts w:ascii="Arial" w:hAnsi="Arial" w:cs="Arial"/>
          <w:color w:val="222222"/>
        </w:rPr>
        <w:t>Conclusion:</w:t>
      </w:r>
    </w:p>
    <w:p w:rsidR="00403EDA" w:rsidRPr="00DC1978" w:rsidRDefault="00403EDA" w:rsidP="00403EDA">
      <w:pPr>
        <w:pStyle w:val="NormalWeb"/>
        <w:rPr>
          <w:rFonts w:ascii="Arial" w:hAnsi="Arial" w:cs="Arial"/>
          <w:color w:val="222222"/>
        </w:rPr>
      </w:pPr>
      <w:r w:rsidRPr="00DC1978">
        <w:rPr>
          <w:rFonts w:ascii="Arial" w:hAnsi="Arial" w:cs="Arial"/>
          <w:color w:val="222222"/>
        </w:rPr>
        <w:t>The results of this study demonstrate that rifaximin is more effective than mebeverine in improving gastrointestinal symptoms in patients with IBS, particularly in reducing abdominal pain and bloating (1,9). Owing to its minimal systemic absorption, high safety profile, and localized intestinal action, rifaximin may be considered a safe and effective therapeutic option for the management of IBS (4,10).</w:t>
      </w:r>
    </w:p>
    <w:p w:rsidR="00403EDA" w:rsidRPr="00DC1978" w:rsidRDefault="00403EDA" w:rsidP="00403EDA">
      <w:pPr>
        <w:pStyle w:val="NormalWeb"/>
        <w:rPr>
          <w:rFonts w:ascii="Arial" w:hAnsi="Arial" w:cs="Arial"/>
          <w:color w:val="222222"/>
        </w:rPr>
      </w:pPr>
      <w:r w:rsidRPr="00DC1978">
        <w:rPr>
          <w:rFonts w:ascii="Arial" w:hAnsi="Arial" w:cs="Arial"/>
          <w:color w:val="222222"/>
        </w:rPr>
        <w:t>Keywords:</w:t>
      </w:r>
    </w:p>
    <w:p w:rsidR="00403EDA" w:rsidRPr="00DC1978" w:rsidRDefault="00403EDA" w:rsidP="00403EDA">
      <w:pPr>
        <w:pStyle w:val="NormalWeb"/>
        <w:rPr>
          <w:rFonts w:ascii="Arial" w:hAnsi="Arial" w:cs="Arial"/>
          <w:color w:val="222222"/>
          <w:rtl/>
        </w:rPr>
      </w:pPr>
      <w:r w:rsidRPr="00DC1978">
        <w:rPr>
          <w:rFonts w:ascii="Arial" w:hAnsi="Arial" w:cs="Arial"/>
          <w:color w:val="222222"/>
        </w:rPr>
        <w:t>Irritable Bowel Syndrome; Rifaximin; Mebeverine; Gastrointestinal Symptoms; Clinical Trial</w:t>
      </w:r>
    </w:p>
    <w:p w:rsidR="000047FF" w:rsidRPr="00DC1978" w:rsidRDefault="000047FF" w:rsidP="004C6CDC">
      <w:pPr>
        <w:pStyle w:val="p3"/>
        <w:bidi/>
      </w:pPr>
    </w:p>
    <w:p w:rsidR="00B94999" w:rsidRPr="00DC1978" w:rsidRDefault="00B94999" w:rsidP="00B94999">
      <w:pPr>
        <w:pStyle w:val="Heading3"/>
        <w:jc w:val="right"/>
        <w:rPr>
          <w:rFonts w:ascii="Arial" w:hAnsi="Arial" w:cs="Arial"/>
          <w:color w:val="222222"/>
          <w:sz w:val="24"/>
          <w:szCs w:val="24"/>
        </w:rPr>
      </w:pPr>
      <w:r w:rsidRPr="00DC1978">
        <w:rPr>
          <w:rFonts w:ascii="Arial" w:hAnsi="Arial" w:cs="Arial"/>
          <w:color w:val="222222"/>
          <w:sz w:val="24"/>
          <w:szCs w:val="24"/>
          <w:rtl/>
        </w:rPr>
        <w:lastRenderedPageBreak/>
        <w:t>مقدمه</w:t>
      </w:r>
    </w:p>
    <w:p w:rsidR="00B94999" w:rsidRPr="00DC1978" w:rsidRDefault="00B94999" w:rsidP="00B94999">
      <w:pPr>
        <w:pStyle w:val="NormalWeb"/>
        <w:rPr>
          <w:rFonts w:ascii="Arial" w:hAnsi="Arial" w:cs="Arial"/>
          <w:color w:val="222222"/>
        </w:rPr>
      </w:pPr>
    </w:p>
    <w:p w:rsidR="00B94999" w:rsidRPr="00DC1978" w:rsidRDefault="00B94999" w:rsidP="003E5B41">
      <w:pPr>
        <w:pStyle w:val="NormalWeb"/>
        <w:bidi/>
        <w:rPr>
          <w:rFonts w:ascii="Arial" w:hAnsi="Arial" w:cs="Arial"/>
          <w:color w:val="222222"/>
          <w:rtl/>
        </w:rPr>
      </w:pPr>
      <w:r w:rsidRPr="00DC1978">
        <w:rPr>
          <w:rFonts w:ascii="Arial" w:hAnsi="Arial" w:cs="Arial"/>
          <w:color w:val="222222"/>
          <w:rtl/>
        </w:rPr>
        <w:t xml:space="preserve">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یکی</w:t>
      </w:r>
      <w:proofErr w:type="spellEnd"/>
      <w:r w:rsidRPr="00DC1978">
        <w:rPr>
          <w:rFonts w:ascii="Arial" w:hAnsi="Arial" w:cs="Arial"/>
          <w:color w:val="222222"/>
          <w:rtl/>
        </w:rPr>
        <w:t xml:space="preserve"> از </w:t>
      </w:r>
      <w:proofErr w:type="spellStart"/>
      <w:r w:rsidRPr="00DC1978">
        <w:rPr>
          <w:rFonts w:ascii="Arial" w:hAnsi="Arial" w:cs="Arial"/>
          <w:color w:val="222222"/>
          <w:rtl/>
        </w:rPr>
        <w:t>شایع‌ترین</w:t>
      </w:r>
      <w:proofErr w:type="spellEnd"/>
      <w:r w:rsidRPr="00DC1978">
        <w:rPr>
          <w:rFonts w:ascii="Arial" w:hAnsi="Arial" w:cs="Arial"/>
          <w:color w:val="222222"/>
          <w:rtl/>
        </w:rPr>
        <w:t xml:space="preserve"> اختلالات </w:t>
      </w:r>
      <w:proofErr w:type="spellStart"/>
      <w:r w:rsidRPr="00DC1978">
        <w:rPr>
          <w:rFonts w:ascii="Arial" w:hAnsi="Arial" w:cs="Arial"/>
          <w:color w:val="222222"/>
          <w:rtl/>
        </w:rPr>
        <w:t>عملکردی</w:t>
      </w:r>
      <w:proofErr w:type="spellEnd"/>
      <w:r w:rsidRPr="00DC1978">
        <w:rPr>
          <w:rFonts w:ascii="Arial" w:hAnsi="Arial" w:cs="Arial"/>
          <w:color w:val="222222"/>
          <w:rtl/>
        </w:rPr>
        <w:t xml:space="preserve"> </w:t>
      </w:r>
      <w:proofErr w:type="spellStart"/>
      <w:r w:rsidRPr="00DC1978">
        <w:rPr>
          <w:rFonts w:ascii="Arial" w:hAnsi="Arial" w:cs="Arial"/>
          <w:color w:val="222222"/>
          <w:rtl/>
        </w:rPr>
        <w:t>دستگاه</w:t>
      </w:r>
      <w:proofErr w:type="spellEnd"/>
      <w:r w:rsidRPr="00DC1978">
        <w:rPr>
          <w:rFonts w:ascii="Arial" w:hAnsi="Arial" w:cs="Arial"/>
          <w:color w:val="222222"/>
          <w:rtl/>
        </w:rPr>
        <w:t xml:space="preserve"> </w:t>
      </w:r>
      <w:proofErr w:type="spellStart"/>
      <w:r w:rsidRPr="00DC1978">
        <w:rPr>
          <w:rFonts w:ascii="Arial" w:hAnsi="Arial" w:cs="Arial"/>
          <w:color w:val="222222"/>
          <w:rtl/>
        </w:rPr>
        <w:t>گوارش</w:t>
      </w:r>
      <w:proofErr w:type="spellEnd"/>
      <w:r w:rsidRPr="00DC1978">
        <w:rPr>
          <w:rFonts w:ascii="Arial" w:hAnsi="Arial" w:cs="Arial"/>
          <w:color w:val="222222"/>
          <w:rtl/>
        </w:rPr>
        <w:t xml:space="preserve"> است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علائمی</w:t>
      </w:r>
      <w:proofErr w:type="spellEnd"/>
      <w:r w:rsidRPr="00DC1978">
        <w:rPr>
          <w:rFonts w:ascii="Arial" w:hAnsi="Arial" w:cs="Arial"/>
          <w:color w:val="222222"/>
          <w:rtl/>
        </w:rPr>
        <w:t xml:space="preserve"> </w:t>
      </w:r>
      <w:proofErr w:type="spellStart"/>
      <w:r w:rsidRPr="00DC1978">
        <w:rPr>
          <w:rFonts w:ascii="Arial" w:hAnsi="Arial" w:cs="Arial"/>
          <w:color w:val="222222"/>
          <w:rtl/>
        </w:rPr>
        <w:t>همچون</w:t>
      </w:r>
      <w:proofErr w:type="spellEnd"/>
      <w:r w:rsidRPr="00DC1978">
        <w:rPr>
          <w:rFonts w:ascii="Arial" w:hAnsi="Arial" w:cs="Arial"/>
          <w:color w:val="222222"/>
          <w:rtl/>
        </w:rPr>
        <w:t xml:space="preserve"> درد </w:t>
      </w:r>
      <w:proofErr w:type="spellStart"/>
      <w:r w:rsidRPr="00DC1978">
        <w:rPr>
          <w:rFonts w:ascii="Arial" w:hAnsi="Arial" w:cs="Arial"/>
          <w:color w:val="222222"/>
          <w:rtl/>
        </w:rPr>
        <w:t>یا</w:t>
      </w:r>
      <w:proofErr w:type="spellEnd"/>
      <w:r w:rsidRPr="00DC1978">
        <w:rPr>
          <w:rFonts w:ascii="Arial" w:hAnsi="Arial" w:cs="Arial"/>
          <w:color w:val="222222"/>
          <w:rtl/>
        </w:rPr>
        <w:t xml:space="preserve"> </w:t>
      </w:r>
      <w:proofErr w:type="spellStart"/>
      <w:r w:rsidRPr="00DC1978">
        <w:rPr>
          <w:rFonts w:ascii="Arial" w:hAnsi="Arial" w:cs="Arial"/>
          <w:color w:val="222222"/>
          <w:rtl/>
        </w:rPr>
        <w:t>ناراحتی</w:t>
      </w:r>
      <w:proofErr w:type="spellEnd"/>
      <w:r w:rsidRPr="00DC1978">
        <w:rPr>
          <w:rFonts w:ascii="Arial" w:hAnsi="Arial" w:cs="Arial"/>
          <w:color w:val="222222"/>
          <w:rtl/>
        </w:rPr>
        <w:t xml:space="preserve">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نفخ </w:t>
      </w:r>
      <w:proofErr w:type="gramStart"/>
      <w:r w:rsidRPr="00DC1978">
        <w:rPr>
          <w:rFonts w:ascii="Arial" w:hAnsi="Arial" w:cs="Arial"/>
          <w:color w:val="222222"/>
          <w:rtl/>
        </w:rPr>
        <w:t xml:space="preserve">و </w:t>
      </w:r>
      <w:proofErr w:type="spellStart"/>
      <w:r w:rsidRPr="00DC1978">
        <w:rPr>
          <w:rFonts w:ascii="Arial" w:hAnsi="Arial" w:cs="Arial"/>
          <w:color w:val="222222"/>
          <w:rtl/>
        </w:rPr>
        <w:t>تغییر</w:t>
      </w:r>
      <w:proofErr w:type="spellEnd"/>
      <w:proofErr w:type="gramEnd"/>
      <w:r w:rsidRPr="00DC1978">
        <w:rPr>
          <w:rFonts w:ascii="Arial" w:hAnsi="Arial" w:cs="Arial"/>
          <w:color w:val="222222"/>
          <w:rtl/>
        </w:rPr>
        <w:t xml:space="preserve"> در </w:t>
      </w:r>
      <w:proofErr w:type="spellStart"/>
      <w:r w:rsidRPr="00DC1978">
        <w:rPr>
          <w:rFonts w:ascii="Arial" w:hAnsi="Arial" w:cs="Arial"/>
          <w:color w:val="222222"/>
          <w:rtl/>
        </w:rPr>
        <w:t>الگوی</w:t>
      </w:r>
      <w:proofErr w:type="spellEnd"/>
      <w:r w:rsidRPr="00DC1978">
        <w:rPr>
          <w:rFonts w:ascii="Arial" w:hAnsi="Arial" w:cs="Arial"/>
          <w:color w:val="222222"/>
          <w:rtl/>
        </w:rPr>
        <w:t xml:space="preserve"> اجابت مزاج بدون وجود </w:t>
      </w:r>
      <w:proofErr w:type="spellStart"/>
      <w:r w:rsidRPr="00DC1978">
        <w:rPr>
          <w:rFonts w:ascii="Arial" w:hAnsi="Arial" w:cs="Arial"/>
          <w:color w:val="222222"/>
          <w:rtl/>
        </w:rPr>
        <w:t>ضایعه</w:t>
      </w:r>
      <w:proofErr w:type="spellEnd"/>
      <w:r w:rsidRPr="00DC1978">
        <w:rPr>
          <w:rFonts w:ascii="Arial" w:hAnsi="Arial" w:cs="Arial"/>
          <w:color w:val="222222"/>
          <w:rtl/>
        </w:rPr>
        <w:t xml:space="preserve"> </w:t>
      </w:r>
      <w:proofErr w:type="spellStart"/>
      <w:r w:rsidRPr="00DC1978">
        <w:rPr>
          <w:rFonts w:ascii="Arial" w:hAnsi="Arial" w:cs="Arial"/>
          <w:color w:val="222222"/>
          <w:rtl/>
        </w:rPr>
        <w:t>ساختاری</w:t>
      </w:r>
      <w:proofErr w:type="spellEnd"/>
      <w:r w:rsidRPr="00DC1978">
        <w:rPr>
          <w:rFonts w:ascii="Arial" w:hAnsi="Arial" w:cs="Arial"/>
          <w:color w:val="222222"/>
          <w:rtl/>
        </w:rPr>
        <w:t xml:space="preserve"> مشخص در </w:t>
      </w:r>
      <w:proofErr w:type="spellStart"/>
      <w:r w:rsidRPr="00DC1978">
        <w:rPr>
          <w:rFonts w:ascii="Arial" w:hAnsi="Arial" w:cs="Arial"/>
          <w:color w:val="222222"/>
          <w:rtl/>
        </w:rPr>
        <w:t>دستگاه</w:t>
      </w:r>
      <w:proofErr w:type="spellEnd"/>
      <w:r w:rsidRPr="00DC1978">
        <w:rPr>
          <w:rFonts w:ascii="Arial" w:hAnsi="Arial" w:cs="Arial"/>
          <w:color w:val="222222"/>
          <w:rtl/>
        </w:rPr>
        <w:t xml:space="preserve"> </w:t>
      </w:r>
      <w:proofErr w:type="spellStart"/>
      <w:r w:rsidRPr="00DC1978">
        <w:rPr>
          <w:rFonts w:ascii="Arial" w:hAnsi="Arial" w:cs="Arial"/>
          <w:color w:val="222222"/>
          <w:rtl/>
        </w:rPr>
        <w:t>گوارش</w:t>
      </w:r>
      <w:proofErr w:type="spellEnd"/>
      <w:r w:rsidRPr="00DC1978">
        <w:rPr>
          <w:rFonts w:ascii="Arial" w:hAnsi="Arial" w:cs="Arial"/>
          <w:color w:val="222222"/>
          <w:rtl/>
        </w:rPr>
        <w:t xml:space="preserve"> </w:t>
      </w:r>
      <w:proofErr w:type="spellStart"/>
      <w:r w:rsidRPr="00DC1978">
        <w:rPr>
          <w:rFonts w:ascii="Arial" w:hAnsi="Arial" w:cs="Arial"/>
          <w:color w:val="222222"/>
          <w:rtl/>
        </w:rPr>
        <w:t>شناخته</w:t>
      </w:r>
      <w:proofErr w:type="spellEnd"/>
      <w:r w:rsidRPr="00DC1978">
        <w:rPr>
          <w:rFonts w:ascii="Arial" w:hAnsi="Arial" w:cs="Arial"/>
          <w:color w:val="222222"/>
          <w:rtl/>
        </w:rPr>
        <w:t xml:space="preserve"> </w:t>
      </w:r>
      <w:proofErr w:type="spellStart"/>
      <w:r w:rsidRPr="00DC1978">
        <w:rPr>
          <w:rFonts w:ascii="Arial" w:hAnsi="Arial" w:cs="Arial"/>
          <w:color w:val="222222"/>
          <w:rtl/>
        </w:rPr>
        <w:t>می‌شود</w:t>
      </w:r>
      <w:proofErr w:type="spellEnd"/>
      <w:r w:rsidRPr="00DC1978">
        <w:rPr>
          <w:rFonts w:ascii="Arial" w:hAnsi="Arial" w:cs="Arial"/>
          <w:color w:val="222222"/>
          <w:rtl/>
        </w:rPr>
        <w:t xml:space="preserve"> (1،2). </w:t>
      </w:r>
      <w:proofErr w:type="spellStart"/>
      <w:r w:rsidRPr="00DC1978">
        <w:rPr>
          <w:rFonts w:ascii="Arial" w:hAnsi="Arial" w:cs="Arial"/>
          <w:color w:val="222222"/>
          <w:rtl/>
        </w:rPr>
        <w:t>شیوع</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بیماری</w:t>
      </w:r>
      <w:proofErr w:type="spellEnd"/>
      <w:r w:rsidRPr="00DC1978">
        <w:rPr>
          <w:rFonts w:ascii="Arial" w:hAnsi="Arial" w:cs="Arial"/>
          <w:color w:val="222222"/>
          <w:rtl/>
        </w:rPr>
        <w:t xml:space="preserve"> در سطح جهان </w:t>
      </w:r>
      <w:proofErr w:type="spellStart"/>
      <w:r w:rsidRPr="00DC1978">
        <w:rPr>
          <w:rFonts w:ascii="Arial" w:hAnsi="Arial" w:cs="Arial"/>
          <w:color w:val="222222"/>
          <w:rtl/>
        </w:rPr>
        <w:t>بین</w:t>
      </w:r>
      <w:proofErr w:type="spellEnd"/>
      <w:r w:rsidRPr="00DC1978">
        <w:rPr>
          <w:rFonts w:ascii="Arial" w:hAnsi="Arial" w:cs="Arial"/>
          <w:color w:val="222222"/>
          <w:rtl/>
        </w:rPr>
        <w:t xml:space="preserve"> </w:t>
      </w:r>
      <w:r w:rsidRPr="00DC1978">
        <w:rPr>
          <w:rFonts w:ascii="Arial" w:hAnsi="Arial" w:cs="Arial"/>
          <w:color w:val="222222"/>
          <w:rtl/>
          <w:lang w:bidi="fa-IR"/>
        </w:rPr>
        <w:t>۱۰</w:t>
      </w:r>
      <w:r w:rsidRPr="00DC1978">
        <w:rPr>
          <w:rFonts w:ascii="Arial" w:hAnsi="Arial" w:cs="Arial"/>
          <w:color w:val="222222"/>
          <w:rtl/>
        </w:rPr>
        <w:t xml:space="preserve"> تا </w:t>
      </w:r>
      <w:r w:rsidRPr="00DC1978">
        <w:rPr>
          <w:rFonts w:ascii="Arial" w:hAnsi="Arial" w:cs="Arial"/>
          <w:color w:val="222222"/>
          <w:rtl/>
          <w:lang w:bidi="fa-IR"/>
        </w:rPr>
        <w:t>۲۰</w:t>
      </w:r>
      <w:r w:rsidRPr="00DC1978">
        <w:rPr>
          <w:rFonts w:ascii="Arial" w:hAnsi="Arial" w:cs="Arial"/>
          <w:color w:val="222222"/>
          <w:rtl/>
        </w:rPr>
        <w:t xml:space="preserve"> </w:t>
      </w:r>
      <w:proofErr w:type="spellStart"/>
      <w:r w:rsidRPr="00DC1978">
        <w:rPr>
          <w:rFonts w:ascii="Arial" w:hAnsi="Arial" w:cs="Arial"/>
          <w:color w:val="222222"/>
          <w:rtl/>
        </w:rPr>
        <w:t>درصد</w:t>
      </w:r>
      <w:proofErr w:type="spellEnd"/>
      <w:r w:rsidRPr="00DC1978">
        <w:rPr>
          <w:rFonts w:ascii="Arial" w:hAnsi="Arial" w:cs="Arial"/>
          <w:color w:val="222222"/>
          <w:rtl/>
        </w:rPr>
        <w:t xml:space="preserve"> </w:t>
      </w:r>
      <w:proofErr w:type="spellStart"/>
      <w:r w:rsidRPr="00DC1978">
        <w:rPr>
          <w:rFonts w:ascii="Arial" w:hAnsi="Arial" w:cs="Arial"/>
          <w:color w:val="222222"/>
          <w:rtl/>
        </w:rPr>
        <w:t>گزارش</w:t>
      </w:r>
      <w:proofErr w:type="spellEnd"/>
      <w:r w:rsidRPr="00DC1978">
        <w:rPr>
          <w:rFonts w:ascii="Arial" w:hAnsi="Arial" w:cs="Arial"/>
          <w:color w:val="222222"/>
          <w:rtl/>
        </w:rPr>
        <w:t xml:space="preserve"> شده </w:t>
      </w:r>
      <w:proofErr w:type="gramStart"/>
      <w:r w:rsidRPr="00DC1978">
        <w:rPr>
          <w:rFonts w:ascii="Arial" w:hAnsi="Arial" w:cs="Arial"/>
          <w:color w:val="222222"/>
          <w:rtl/>
        </w:rPr>
        <w:t>و در</w:t>
      </w:r>
      <w:proofErr w:type="gramEnd"/>
      <w:r w:rsidRPr="00DC1978">
        <w:rPr>
          <w:rFonts w:ascii="Arial" w:hAnsi="Arial" w:cs="Arial"/>
          <w:color w:val="222222"/>
          <w:rtl/>
        </w:rPr>
        <w:t xml:space="preserve"> </w:t>
      </w:r>
      <w:proofErr w:type="spellStart"/>
      <w:r w:rsidRPr="00DC1978">
        <w:rPr>
          <w:rFonts w:ascii="Arial" w:hAnsi="Arial" w:cs="Arial"/>
          <w:color w:val="222222"/>
          <w:rtl/>
        </w:rPr>
        <w:t>ایران</w:t>
      </w:r>
      <w:proofErr w:type="spellEnd"/>
      <w:r w:rsidRPr="00DC1978">
        <w:rPr>
          <w:rFonts w:ascii="Arial" w:hAnsi="Arial" w:cs="Arial"/>
          <w:color w:val="222222"/>
          <w:rtl/>
        </w:rPr>
        <w:t xml:space="preserve"> </w:t>
      </w:r>
      <w:proofErr w:type="spellStart"/>
      <w:r w:rsidRPr="00DC1978">
        <w:rPr>
          <w:rFonts w:ascii="Arial" w:hAnsi="Arial" w:cs="Arial"/>
          <w:color w:val="222222"/>
          <w:rtl/>
        </w:rPr>
        <w:t>نیز</w:t>
      </w:r>
      <w:proofErr w:type="spellEnd"/>
      <w:r w:rsidRPr="00DC1978">
        <w:rPr>
          <w:rFonts w:ascii="Arial" w:hAnsi="Arial" w:cs="Arial"/>
          <w:color w:val="222222"/>
          <w:rtl/>
        </w:rPr>
        <w:t xml:space="preserve"> </w:t>
      </w:r>
      <w:proofErr w:type="spellStart"/>
      <w:r w:rsidRPr="00DC1978">
        <w:rPr>
          <w:rFonts w:ascii="Arial" w:hAnsi="Arial" w:cs="Arial"/>
          <w:color w:val="222222"/>
          <w:rtl/>
        </w:rPr>
        <w:t>میزان</w:t>
      </w:r>
      <w:proofErr w:type="spellEnd"/>
      <w:r w:rsidRPr="00DC1978">
        <w:rPr>
          <w:rFonts w:ascii="Arial" w:hAnsi="Arial" w:cs="Arial"/>
          <w:color w:val="222222"/>
          <w:rtl/>
        </w:rPr>
        <w:t xml:space="preserve"> قابل </w:t>
      </w:r>
      <w:proofErr w:type="spellStart"/>
      <w:r w:rsidRPr="00DC1978">
        <w:rPr>
          <w:rFonts w:ascii="Arial" w:hAnsi="Arial" w:cs="Arial"/>
          <w:color w:val="222222"/>
          <w:rtl/>
        </w:rPr>
        <w:t>توجهی</w:t>
      </w:r>
      <w:proofErr w:type="spellEnd"/>
      <w:r w:rsidRPr="00DC1978">
        <w:rPr>
          <w:rFonts w:ascii="Arial" w:hAnsi="Arial" w:cs="Arial"/>
          <w:color w:val="222222"/>
          <w:rtl/>
        </w:rPr>
        <w:t xml:space="preserve"> از </w:t>
      </w:r>
      <w:proofErr w:type="spellStart"/>
      <w:r w:rsidRPr="00DC1978">
        <w:rPr>
          <w:rFonts w:ascii="Arial" w:hAnsi="Arial" w:cs="Arial"/>
          <w:color w:val="222222"/>
          <w:rtl/>
        </w:rPr>
        <w:t>جمعیت</w:t>
      </w:r>
      <w:proofErr w:type="spellEnd"/>
      <w:r w:rsidRPr="00DC1978">
        <w:rPr>
          <w:rFonts w:ascii="Arial" w:hAnsi="Arial" w:cs="Arial"/>
          <w:color w:val="222222"/>
          <w:rtl/>
        </w:rPr>
        <w:t xml:space="preserve"> </w:t>
      </w:r>
      <w:proofErr w:type="spellStart"/>
      <w:r w:rsidRPr="00DC1978">
        <w:rPr>
          <w:rFonts w:ascii="Arial" w:hAnsi="Arial" w:cs="Arial"/>
          <w:color w:val="222222"/>
          <w:rtl/>
        </w:rPr>
        <w:t>بزرگسال</w:t>
      </w:r>
      <w:proofErr w:type="spellEnd"/>
      <w:r w:rsidRPr="00DC1978">
        <w:rPr>
          <w:rFonts w:ascii="Arial" w:hAnsi="Arial" w:cs="Arial"/>
          <w:color w:val="222222"/>
          <w:rtl/>
        </w:rPr>
        <w:t xml:space="preserve"> را </w:t>
      </w:r>
      <w:proofErr w:type="spellStart"/>
      <w:r w:rsidRPr="00DC1978">
        <w:rPr>
          <w:rFonts w:ascii="Arial" w:hAnsi="Arial" w:cs="Arial"/>
          <w:color w:val="222222"/>
          <w:rtl/>
        </w:rPr>
        <w:t>درگیر</w:t>
      </w:r>
      <w:proofErr w:type="spellEnd"/>
      <w:r w:rsidRPr="00DC1978">
        <w:rPr>
          <w:rFonts w:ascii="Arial" w:hAnsi="Arial" w:cs="Arial"/>
          <w:color w:val="222222"/>
          <w:rtl/>
        </w:rPr>
        <w:t xml:space="preserve"> </w:t>
      </w:r>
      <w:proofErr w:type="spellStart"/>
      <w:r w:rsidRPr="00DC1978">
        <w:rPr>
          <w:rFonts w:ascii="Arial" w:hAnsi="Arial" w:cs="Arial"/>
          <w:color w:val="222222"/>
          <w:rtl/>
        </w:rPr>
        <w:t>می‌کند</w:t>
      </w:r>
      <w:proofErr w:type="spellEnd"/>
      <w:r w:rsidRPr="00DC1978">
        <w:rPr>
          <w:rFonts w:ascii="Arial" w:hAnsi="Arial" w:cs="Arial"/>
          <w:color w:val="222222"/>
          <w:rtl/>
        </w:rPr>
        <w:t xml:space="preserve"> (3). </w:t>
      </w:r>
      <w:proofErr w:type="spellStart"/>
      <w:r w:rsidRPr="00DC1978">
        <w:rPr>
          <w:rFonts w:ascii="Arial" w:hAnsi="Arial" w:cs="Arial"/>
          <w:color w:val="222222"/>
          <w:rtl/>
        </w:rPr>
        <w:t>اگرچه</w:t>
      </w:r>
      <w:proofErr w:type="spellEnd"/>
      <w:r w:rsidRPr="00DC1978">
        <w:rPr>
          <w:rFonts w:ascii="Arial" w:hAnsi="Arial" w:cs="Arial"/>
          <w:color w:val="222222"/>
          <w:rtl/>
        </w:rPr>
        <w:t xml:space="preserve">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تهدیدکننده</w:t>
      </w:r>
      <w:proofErr w:type="spellEnd"/>
      <w:r w:rsidRPr="00DC1978">
        <w:rPr>
          <w:rFonts w:ascii="Arial" w:hAnsi="Arial" w:cs="Arial"/>
          <w:color w:val="222222"/>
          <w:rtl/>
        </w:rPr>
        <w:t xml:space="preserve"> </w:t>
      </w:r>
      <w:proofErr w:type="spellStart"/>
      <w:r w:rsidRPr="00DC1978">
        <w:rPr>
          <w:rFonts w:ascii="Arial" w:hAnsi="Arial" w:cs="Arial"/>
          <w:color w:val="222222"/>
          <w:rtl/>
        </w:rPr>
        <w:t>حیات</w:t>
      </w:r>
      <w:proofErr w:type="spellEnd"/>
      <w:r w:rsidRPr="00DC1978">
        <w:rPr>
          <w:rFonts w:ascii="Arial" w:hAnsi="Arial" w:cs="Arial"/>
          <w:color w:val="222222"/>
          <w:rtl/>
        </w:rPr>
        <w:t xml:space="preserve"> </w:t>
      </w:r>
      <w:proofErr w:type="spellStart"/>
      <w:r w:rsidRPr="00DC1978">
        <w:rPr>
          <w:rFonts w:ascii="Arial" w:hAnsi="Arial" w:cs="Arial"/>
          <w:color w:val="222222"/>
          <w:rtl/>
        </w:rPr>
        <w:t>نیست</w:t>
      </w:r>
      <w:proofErr w:type="spellEnd"/>
      <w:r w:rsidRPr="00DC1978">
        <w:rPr>
          <w:rFonts w:ascii="Arial" w:hAnsi="Arial" w:cs="Arial"/>
          <w:color w:val="222222"/>
          <w:rtl/>
        </w:rPr>
        <w:t xml:space="preserve">، اما </w:t>
      </w:r>
      <w:proofErr w:type="spellStart"/>
      <w:r w:rsidRPr="00DC1978">
        <w:rPr>
          <w:rFonts w:ascii="Arial" w:hAnsi="Arial" w:cs="Arial"/>
          <w:color w:val="222222"/>
          <w:rtl/>
        </w:rPr>
        <w:t>تأثیر</w:t>
      </w:r>
      <w:proofErr w:type="spellEnd"/>
      <w:r w:rsidRPr="00DC1978">
        <w:rPr>
          <w:rFonts w:ascii="Arial" w:hAnsi="Arial" w:cs="Arial"/>
          <w:color w:val="222222"/>
          <w:rtl/>
        </w:rPr>
        <w:t xml:space="preserve"> قابل </w:t>
      </w:r>
      <w:proofErr w:type="spellStart"/>
      <w:r w:rsidRPr="00DC1978">
        <w:rPr>
          <w:rFonts w:ascii="Arial" w:hAnsi="Arial" w:cs="Arial"/>
          <w:color w:val="222222"/>
          <w:rtl/>
        </w:rPr>
        <w:t>توجهی</w:t>
      </w:r>
      <w:proofErr w:type="spellEnd"/>
      <w:r w:rsidRPr="00DC1978">
        <w:rPr>
          <w:rFonts w:ascii="Arial" w:hAnsi="Arial" w:cs="Arial"/>
          <w:color w:val="222222"/>
          <w:rtl/>
        </w:rPr>
        <w:t xml:space="preserve"> بر </w:t>
      </w:r>
      <w:proofErr w:type="spellStart"/>
      <w:r w:rsidRPr="00DC1978">
        <w:rPr>
          <w:rFonts w:ascii="Arial" w:hAnsi="Arial" w:cs="Arial"/>
          <w:color w:val="222222"/>
          <w:rtl/>
        </w:rPr>
        <w:t>کیفیت</w:t>
      </w:r>
      <w:proofErr w:type="spellEnd"/>
      <w:r w:rsidRPr="00DC1978">
        <w:rPr>
          <w:rFonts w:ascii="Arial" w:hAnsi="Arial" w:cs="Arial"/>
          <w:color w:val="222222"/>
          <w:rtl/>
        </w:rPr>
        <w:t xml:space="preserve"> </w:t>
      </w:r>
      <w:proofErr w:type="spellStart"/>
      <w:r w:rsidRPr="00DC1978">
        <w:rPr>
          <w:rFonts w:ascii="Arial" w:hAnsi="Arial" w:cs="Arial"/>
          <w:color w:val="222222"/>
          <w:rtl/>
        </w:rPr>
        <w:t>زندگی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بهره‌وری</w:t>
      </w:r>
      <w:proofErr w:type="spellEnd"/>
      <w:r w:rsidRPr="00DC1978">
        <w:rPr>
          <w:rFonts w:ascii="Arial" w:hAnsi="Arial" w:cs="Arial"/>
          <w:color w:val="222222"/>
          <w:rtl/>
        </w:rPr>
        <w:t xml:space="preserve"> </w:t>
      </w:r>
      <w:proofErr w:type="spellStart"/>
      <w:r w:rsidRPr="00DC1978">
        <w:rPr>
          <w:rFonts w:ascii="Arial" w:hAnsi="Arial" w:cs="Arial"/>
          <w:color w:val="222222"/>
          <w:rtl/>
        </w:rPr>
        <w:t>شغلی</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هزینه‌های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سیستم</w:t>
      </w:r>
      <w:proofErr w:type="spellEnd"/>
      <w:r w:rsidRPr="00DC1978">
        <w:rPr>
          <w:rFonts w:ascii="Arial" w:hAnsi="Arial" w:cs="Arial"/>
          <w:color w:val="222222"/>
          <w:rtl/>
        </w:rPr>
        <w:t xml:space="preserve"> </w:t>
      </w:r>
      <w:proofErr w:type="spellStart"/>
      <w:r w:rsidRPr="00DC1978">
        <w:rPr>
          <w:rFonts w:ascii="Arial" w:hAnsi="Arial" w:cs="Arial"/>
          <w:color w:val="222222"/>
          <w:rtl/>
        </w:rPr>
        <w:t>سلامت</w:t>
      </w:r>
      <w:proofErr w:type="spellEnd"/>
      <w:r w:rsidRPr="00DC1978">
        <w:rPr>
          <w:rFonts w:ascii="Arial" w:hAnsi="Arial" w:cs="Arial"/>
          <w:color w:val="222222"/>
          <w:rtl/>
        </w:rPr>
        <w:t xml:space="preserve"> دارد (4).</w:t>
      </w:r>
    </w:p>
    <w:p w:rsidR="00B94999" w:rsidRPr="00DC1978" w:rsidRDefault="00B94999" w:rsidP="003E5B41">
      <w:pPr>
        <w:pStyle w:val="NormalWeb"/>
        <w:bidi/>
        <w:rPr>
          <w:rFonts w:ascii="Arial" w:hAnsi="Arial" w:cs="Arial"/>
          <w:color w:val="222222"/>
          <w:rtl/>
        </w:rPr>
      </w:pPr>
      <w:r w:rsidRPr="00DC1978">
        <w:rPr>
          <w:rFonts w:ascii="Arial" w:hAnsi="Arial" w:cs="Arial"/>
          <w:color w:val="222222"/>
          <w:rtl/>
        </w:rPr>
        <w:t xml:space="preserve">علت </w:t>
      </w:r>
      <w:proofErr w:type="spellStart"/>
      <w:r w:rsidRPr="00DC1978">
        <w:rPr>
          <w:rFonts w:ascii="Arial" w:hAnsi="Arial" w:cs="Arial"/>
          <w:color w:val="222222"/>
          <w:rtl/>
        </w:rPr>
        <w:t>دقیق</w:t>
      </w:r>
      <w:proofErr w:type="spellEnd"/>
      <w:r w:rsidRPr="00DC1978">
        <w:rPr>
          <w:rFonts w:ascii="Arial" w:hAnsi="Arial" w:cs="Arial"/>
          <w:color w:val="222222"/>
          <w:rtl/>
        </w:rPr>
        <w:t xml:space="preserve">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هنوز</w:t>
      </w:r>
      <w:proofErr w:type="spellEnd"/>
      <w:r w:rsidRPr="00DC1978">
        <w:rPr>
          <w:rFonts w:ascii="Arial" w:hAnsi="Arial" w:cs="Arial"/>
          <w:color w:val="222222"/>
          <w:rtl/>
        </w:rPr>
        <w:t xml:space="preserve"> به طور </w:t>
      </w:r>
      <w:proofErr w:type="spellStart"/>
      <w:r w:rsidRPr="00DC1978">
        <w:rPr>
          <w:rFonts w:ascii="Arial" w:hAnsi="Arial" w:cs="Arial"/>
          <w:color w:val="222222"/>
          <w:rtl/>
        </w:rPr>
        <w:t>کامل</w:t>
      </w:r>
      <w:proofErr w:type="spellEnd"/>
      <w:r w:rsidRPr="00DC1978">
        <w:rPr>
          <w:rFonts w:ascii="Arial" w:hAnsi="Arial" w:cs="Arial"/>
          <w:color w:val="222222"/>
          <w:rtl/>
        </w:rPr>
        <w:t xml:space="preserve"> </w:t>
      </w:r>
      <w:proofErr w:type="spellStart"/>
      <w:r w:rsidRPr="00DC1978">
        <w:rPr>
          <w:rFonts w:ascii="Arial" w:hAnsi="Arial" w:cs="Arial"/>
          <w:color w:val="222222"/>
          <w:rtl/>
        </w:rPr>
        <w:t>شناخته</w:t>
      </w:r>
      <w:proofErr w:type="spellEnd"/>
      <w:r w:rsidRPr="00DC1978">
        <w:rPr>
          <w:rFonts w:ascii="Arial" w:hAnsi="Arial" w:cs="Arial"/>
          <w:color w:val="222222"/>
          <w:rtl/>
        </w:rPr>
        <w:t xml:space="preserve"> نشده است، اما مطالعات نشان </w:t>
      </w:r>
      <w:proofErr w:type="spellStart"/>
      <w:r w:rsidRPr="00DC1978">
        <w:rPr>
          <w:rFonts w:ascii="Arial" w:hAnsi="Arial" w:cs="Arial"/>
          <w:color w:val="222222"/>
          <w:rtl/>
        </w:rPr>
        <w:t>داده‌اند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عوامل </w:t>
      </w:r>
      <w:proofErr w:type="spellStart"/>
      <w:r w:rsidRPr="00DC1978">
        <w:rPr>
          <w:rFonts w:ascii="Arial" w:hAnsi="Arial" w:cs="Arial"/>
          <w:color w:val="222222"/>
          <w:rtl/>
        </w:rPr>
        <w:t>متعددی</w:t>
      </w:r>
      <w:proofErr w:type="spellEnd"/>
      <w:r w:rsidRPr="00DC1978">
        <w:rPr>
          <w:rFonts w:ascii="Arial" w:hAnsi="Arial" w:cs="Arial"/>
          <w:color w:val="222222"/>
          <w:rtl/>
        </w:rPr>
        <w:t xml:space="preserve"> از جمله اختلال در محور مغز </w:t>
      </w:r>
      <w:proofErr w:type="gramStart"/>
      <w:r w:rsidRPr="00DC1978">
        <w:rPr>
          <w:rFonts w:ascii="Arial" w:hAnsi="Arial" w:cs="Arial"/>
          <w:color w:val="222222"/>
          <w:rtl/>
        </w:rPr>
        <w:t>و روده</w:t>
      </w:r>
      <w:proofErr w:type="gramEnd"/>
      <w:r w:rsidRPr="00DC1978">
        <w:rPr>
          <w:rFonts w:ascii="Arial" w:hAnsi="Arial" w:cs="Arial"/>
          <w:color w:val="222222"/>
          <w:rtl/>
        </w:rPr>
        <w:t xml:space="preserve">، </w:t>
      </w:r>
      <w:proofErr w:type="spellStart"/>
      <w:r w:rsidRPr="00DC1978">
        <w:rPr>
          <w:rFonts w:ascii="Arial" w:hAnsi="Arial" w:cs="Arial"/>
          <w:color w:val="222222"/>
          <w:rtl/>
        </w:rPr>
        <w:t>تغییر</w:t>
      </w:r>
      <w:proofErr w:type="spellEnd"/>
      <w:r w:rsidRPr="00DC1978">
        <w:rPr>
          <w:rFonts w:ascii="Arial" w:hAnsi="Arial" w:cs="Arial"/>
          <w:color w:val="222222"/>
          <w:rtl/>
        </w:rPr>
        <w:t xml:space="preserve"> در </w:t>
      </w:r>
      <w:proofErr w:type="spellStart"/>
      <w:r w:rsidRPr="00DC1978">
        <w:rPr>
          <w:rFonts w:ascii="Arial" w:hAnsi="Arial" w:cs="Arial"/>
          <w:color w:val="222222"/>
          <w:rtl/>
        </w:rPr>
        <w:t>ترکیب</w:t>
      </w:r>
      <w:proofErr w:type="spellEnd"/>
      <w:r w:rsidRPr="00DC1978">
        <w:rPr>
          <w:rFonts w:ascii="Arial" w:hAnsi="Arial" w:cs="Arial"/>
          <w:color w:val="222222"/>
          <w:rtl/>
        </w:rPr>
        <w:t xml:space="preserve"> </w:t>
      </w:r>
      <w:proofErr w:type="spellStart"/>
      <w:r w:rsidRPr="00DC1978">
        <w:rPr>
          <w:rFonts w:ascii="Arial" w:hAnsi="Arial" w:cs="Arial"/>
          <w:color w:val="222222"/>
          <w:rtl/>
        </w:rPr>
        <w:t>میکروبیوتای</w:t>
      </w:r>
      <w:proofErr w:type="spellEnd"/>
      <w:r w:rsidRPr="00DC1978">
        <w:rPr>
          <w:rFonts w:ascii="Arial" w:hAnsi="Arial" w:cs="Arial"/>
          <w:color w:val="222222"/>
          <w:rtl/>
        </w:rPr>
        <w:t xml:space="preserve"> روده، </w:t>
      </w:r>
      <w:proofErr w:type="spellStart"/>
      <w:r w:rsidRPr="00DC1978">
        <w:rPr>
          <w:rFonts w:ascii="Arial" w:hAnsi="Arial" w:cs="Arial"/>
          <w:color w:val="222222"/>
          <w:rtl/>
        </w:rPr>
        <w:t>استرس‌های</w:t>
      </w:r>
      <w:proofErr w:type="spellEnd"/>
      <w:r w:rsidRPr="00DC1978">
        <w:rPr>
          <w:rFonts w:ascii="Arial" w:hAnsi="Arial" w:cs="Arial"/>
          <w:color w:val="222222"/>
          <w:rtl/>
        </w:rPr>
        <w:t xml:space="preserve"> </w:t>
      </w:r>
      <w:proofErr w:type="spellStart"/>
      <w:r w:rsidRPr="00DC1978">
        <w:rPr>
          <w:rFonts w:ascii="Arial" w:hAnsi="Arial" w:cs="Arial"/>
          <w:color w:val="222222"/>
          <w:rtl/>
        </w:rPr>
        <w:t>روانی</w:t>
      </w:r>
      <w:proofErr w:type="spellEnd"/>
      <w:r w:rsidRPr="00DC1978">
        <w:rPr>
          <w:rFonts w:ascii="Arial" w:hAnsi="Arial" w:cs="Arial"/>
          <w:color w:val="222222"/>
          <w:rtl/>
        </w:rPr>
        <w:t xml:space="preserve">، و </w:t>
      </w:r>
      <w:proofErr w:type="spellStart"/>
      <w:r w:rsidRPr="00DC1978">
        <w:rPr>
          <w:rFonts w:ascii="Arial" w:hAnsi="Arial" w:cs="Arial"/>
          <w:color w:val="222222"/>
          <w:rtl/>
        </w:rPr>
        <w:t>حساسیت</w:t>
      </w:r>
      <w:proofErr w:type="spellEnd"/>
      <w:r w:rsidRPr="00DC1978">
        <w:rPr>
          <w:rFonts w:ascii="Arial" w:hAnsi="Arial" w:cs="Arial"/>
          <w:color w:val="222222"/>
          <w:rtl/>
        </w:rPr>
        <w:t xml:space="preserve"> </w:t>
      </w:r>
      <w:proofErr w:type="spellStart"/>
      <w:r w:rsidRPr="00DC1978">
        <w:rPr>
          <w:rFonts w:ascii="Arial" w:hAnsi="Arial" w:cs="Arial"/>
          <w:color w:val="222222"/>
          <w:rtl/>
        </w:rPr>
        <w:t>بیش</w:t>
      </w:r>
      <w:proofErr w:type="spellEnd"/>
      <w:r w:rsidRPr="00DC1978">
        <w:rPr>
          <w:rFonts w:ascii="Arial" w:hAnsi="Arial" w:cs="Arial"/>
          <w:color w:val="222222"/>
          <w:rtl/>
        </w:rPr>
        <w:t xml:space="preserve"> از حد </w:t>
      </w:r>
      <w:proofErr w:type="spellStart"/>
      <w:r w:rsidRPr="00DC1978">
        <w:rPr>
          <w:rFonts w:ascii="Arial" w:hAnsi="Arial" w:cs="Arial"/>
          <w:color w:val="222222"/>
          <w:rtl/>
        </w:rPr>
        <w:t>احشایی</w:t>
      </w:r>
      <w:proofErr w:type="spellEnd"/>
      <w:r w:rsidRPr="00DC1978">
        <w:rPr>
          <w:rFonts w:ascii="Arial" w:hAnsi="Arial" w:cs="Arial"/>
          <w:color w:val="222222"/>
          <w:rtl/>
        </w:rPr>
        <w:t xml:space="preserve"> در </w:t>
      </w:r>
      <w:proofErr w:type="spellStart"/>
      <w:r w:rsidRPr="00DC1978">
        <w:rPr>
          <w:rFonts w:ascii="Arial" w:hAnsi="Arial" w:cs="Arial"/>
          <w:color w:val="222222"/>
          <w:rtl/>
        </w:rPr>
        <w:t>پاتوفیزیولوژی</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بیماری</w:t>
      </w:r>
      <w:proofErr w:type="spellEnd"/>
      <w:r w:rsidRPr="00DC1978">
        <w:rPr>
          <w:rFonts w:ascii="Arial" w:hAnsi="Arial" w:cs="Arial"/>
          <w:color w:val="222222"/>
          <w:rtl/>
        </w:rPr>
        <w:t xml:space="preserve"> نقش </w:t>
      </w:r>
      <w:proofErr w:type="spellStart"/>
      <w:r w:rsidRPr="00DC1978">
        <w:rPr>
          <w:rFonts w:ascii="Arial" w:hAnsi="Arial" w:cs="Arial"/>
          <w:color w:val="222222"/>
          <w:rtl/>
        </w:rPr>
        <w:t>دارند</w:t>
      </w:r>
      <w:proofErr w:type="spellEnd"/>
      <w:r w:rsidRPr="00DC1978">
        <w:rPr>
          <w:rFonts w:ascii="Arial" w:hAnsi="Arial" w:cs="Arial"/>
          <w:color w:val="222222"/>
          <w:rtl/>
        </w:rPr>
        <w:t xml:space="preserve"> (5). تعامل </w:t>
      </w:r>
      <w:proofErr w:type="spellStart"/>
      <w:r w:rsidRPr="00DC1978">
        <w:rPr>
          <w:rFonts w:ascii="Arial" w:hAnsi="Arial" w:cs="Arial"/>
          <w:color w:val="222222"/>
          <w:rtl/>
        </w:rPr>
        <w:t>پیچیده</w:t>
      </w:r>
      <w:proofErr w:type="spellEnd"/>
      <w:r w:rsidRPr="00DC1978">
        <w:rPr>
          <w:rFonts w:ascii="Arial" w:hAnsi="Arial" w:cs="Arial"/>
          <w:color w:val="222222"/>
          <w:rtl/>
        </w:rPr>
        <w:t xml:space="preserve"> </w:t>
      </w:r>
      <w:proofErr w:type="spellStart"/>
      <w:r w:rsidRPr="00DC1978">
        <w:rPr>
          <w:rFonts w:ascii="Arial" w:hAnsi="Arial" w:cs="Arial"/>
          <w:color w:val="222222"/>
          <w:rtl/>
        </w:rPr>
        <w:t>بین</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عوامل سبب بروز علائم </w:t>
      </w:r>
      <w:proofErr w:type="spellStart"/>
      <w:r w:rsidRPr="00DC1978">
        <w:rPr>
          <w:rFonts w:ascii="Arial" w:hAnsi="Arial" w:cs="Arial"/>
          <w:color w:val="222222"/>
          <w:rtl/>
        </w:rPr>
        <w:t>متغیر</w:t>
      </w:r>
      <w:proofErr w:type="spellEnd"/>
      <w:r w:rsidRPr="00DC1978">
        <w:rPr>
          <w:rFonts w:ascii="Arial" w:hAnsi="Arial" w:cs="Arial"/>
          <w:color w:val="222222"/>
          <w:rtl/>
        </w:rPr>
        <w:t xml:space="preserve"> </w:t>
      </w:r>
      <w:proofErr w:type="gramStart"/>
      <w:r w:rsidRPr="00DC1978">
        <w:rPr>
          <w:rFonts w:ascii="Arial" w:hAnsi="Arial" w:cs="Arial"/>
          <w:color w:val="222222"/>
          <w:rtl/>
        </w:rPr>
        <w:t>و مزمن</w:t>
      </w:r>
      <w:proofErr w:type="gramEnd"/>
      <w:r w:rsidRPr="00DC1978">
        <w:rPr>
          <w:rFonts w:ascii="Arial" w:hAnsi="Arial" w:cs="Arial"/>
          <w:color w:val="222222"/>
          <w:rtl/>
        </w:rPr>
        <w:t xml:space="preserve"> در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می‌شود</w:t>
      </w:r>
      <w:proofErr w:type="spellEnd"/>
      <w:r w:rsidRPr="00DC1978">
        <w:rPr>
          <w:rFonts w:ascii="Arial" w:hAnsi="Arial" w:cs="Arial"/>
          <w:color w:val="222222"/>
          <w:rtl/>
        </w:rPr>
        <w:t>.</w:t>
      </w:r>
    </w:p>
    <w:p w:rsidR="00B94999" w:rsidRPr="00DC1978" w:rsidRDefault="00B94999" w:rsidP="003E5B41">
      <w:pPr>
        <w:pStyle w:val="NormalWeb"/>
        <w:bidi/>
        <w:rPr>
          <w:rFonts w:ascii="Arial" w:hAnsi="Arial" w:cs="Arial"/>
          <w:color w:val="222222"/>
          <w:rtl/>
        </w:rPr>
      </w:pPr>
      <w:r w:rsidRPr="00DC1978">
        <w:rPr>
          <w:rFonts w:ascii="Arial" w:hAnsi="Arial" w:cs="Arial"/>
          <w:color w:val="222222"/>
          <w:rtl/>
        </w:rPr>
        <w:t xml:space="preserve">درمان </w:t>
      </w:r>
      <w:r w:rsidRPr="00DC1978">
        <w:rPr>
          <w:rFonts w:ascii="Arial" w:hAnsi="Arial" w:cs="Arial"/>
          <w:color w:val="222222"/>
        </w:rPr>
        <w:t>IBS</w:t>
      </w:r>
      <w:r w:rsidRPr="00DC1978">
        <w:rPr>
          <w:rFonts w:ascii="Arial" w:hAnsi="Arial" w:cs="Arial"/>
          <w:color w:val="222222"/>
          <w:rtl/>
        </w:rPr>
        <w:t xml:space="preserve"> بر </w:t>
      </w:r>
      <w:proofErr w:type="spellStart"/>
      <w:r w:rsidRPr="00DC1978">
        <w:rPr>
          <w:rFonts w:ascii="Arial" w:hAnsi="Arial" w:cs="Arial"/>
          <w:color w:val="222222"/>
          <w:rtl/>
        </w:rPr>
        <w:t>پایه</w:t>
      </w:r>
      <w:proofErr w:type="spellEnd"/>
      <w:r w:rsidRPr="00DC1978">
        <w:rPr>
          <w:rFonts w:ascii="Arial" w:hAnsi="Arial" w:cs="Arial"/>
          <w:color w:val="222222"/>
          <w:rtl/>
        </w:rPr>
        <w:t xml:space="preserve"> </w:t>
      </w:r>
      <w:proofErr w:type="spellStart"/>
      <w:r w:rsidRPr="00DC1978">
        <w:rPr>
          <w:rFonts w:ascii="Arial" w:hAnsi="Arial" w:cs="Arial"/>
          <w:color w:val="222222"/>
          <w:rtl/>
        </w:rPr>
        <w:t>تسکین</w:t>
      </w:r>
      <w:proofErr w:type="spellEnd"/>
      <w:r w:rsidRPr="00DC1978">
        <w:rPr>
          <w:rFonts w:ascii="Arial" w:hAnsi="Arial" w:cs="Arial"/>
          <w:color w:val="222222"/>
          <w:rtl/>
        </w:rPr>
        <w:t xml:space="preserve"> علائم </w:t>
      </w:r>
      <w:proofErr w:type="gramStart"/>
      <w:r w:rsidRPr="00DC1978">
        <w:rPr>
          <w:rFonts w:ascii="Arial" w:hAnsi="Arial" w:cs="Arial"/>
          <w:color w:val="222222"/>
          <w:rtl/>
        </w:rPr>
        <w:t xml:space="preserve">و </w:t>
      </w:r>
      <w:proofErr w:type="spellStart"/>
      <w:r w:rsidRPr="00DC1978">
        <w:rPr>
          <w:rFonts w:ascii="Arial" w:hAnsi="Arial" w:cs="Arial"/>
          <w:color w:val="222222"/>
          <w:rtl/>
        </w:rPr>
        <w:t>بهبود</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کیفیت</w:t>
      </w:r>
      <w:proofErr w:type="spellEnd"/>
      <w:r w:rsidRPr="00DC1978">
        <w:rPr>
          <w:rFonts w:ascii="Arial" w:hAnsi="Arial" w:cs="Arial"/>
          <w:color w:val="222222"/>
          <w:rtl/>
        </w:rPr>
        <w:t xml:space="preserve"> </w:t>
      </w:r>
      <w:proofErr w:type="spellStart"/>
      <w:r w:rsidRPr="00DC1978">
        <w:rPr>
          <w:rFonts w:ascii="Arial" w:hAnsi="Arial" w:cs="Arial"/>
          <w:color w:val="222222"/>
          <w:rtl/>
        </w:rPr>
        <w:t>زندگی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استوار</w:t>
      </w:r>
      <w:proofErr w:type="spellEnd"/>
      <w:r w:rsidRPr="00DC1978">
        <w:rPr>
          <w:rFonts w:ascii="Arial" w:hAnsi="Arial" w:cs="Arial"/>
          <w:color w:val="222222"/>
          <w:rtl/>
        </w:rPr>
        <w:t xml:space="preserve"> است. از </w:t>
      </w:r>
      <w:proofErr w:type="spellStart"/>
      <w:r w:rsidRPr="00DC1978">
        <w:rPr>
          <w:rFonts w:ascii="Arial" w:hAnsi="Arial" w:cs="Arial"/>
          <w:color w:val="222222"/>
          <w:rtl/>
        </w:rPr>
        <w:t>آنجا</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بیماری</w:t>
      </w:r>
      <w:proofErr w:type="spellEnd"/>
      <w:r w:rsidRPr="00DC1978">
        <w:rPr>
          <w:rFonts w:ascii="Arial" w:hAnsi="Arial" w:cs="Arial"/>
          <w:color w:val="222222"/>
          <w:rtl/>
        </w:rPr>
        <w:t xml:space="preserve"> </w:t>
      </w:r>
      <w:proofErr w:type="spellStart"/>
      <w:r w:rsidRPr="00DC1978">
        <w:rPr>
          <w:rFonts w:ascii="Arial" w:hAnsi="Arial" w:cs="Arial"/>
          <w:color w:val="222222"/>
          <w:rtl/>
        </w:rPr>
        <w:t>چندعاملی</w:t>
      </w:r>
      <w:proofErr w:type="spellEnd"/>
      <w:r w:rsidRPr="00DC1978">
        <w:rPr>
          <w:rFonts w:ascii="Arial" w:hAnsi="Arial" w:cs="Arial"/>
          <w:color w:val="222222"/>
          <w:rtl/>
        </w:rPr>
        <w:t xml:space="preserve"> است، </w:t>
      </w:r>
      <w:proofErr w:type="spellStart"/>
      <w:r w:rsidRPr="00DC1978">
        <w:rPr>
          <w:rFonts w:ascii="Arial" w:hAnsi="Arial" w:cs="Arial"/>
          <w:color w:val="222222"/>
          <w:rtl/>
        </w:rPr>
        <w:t>رویکرد</w:t>
      </w:r>
      <w:proofErr w:type="spellEnd"/>
      <w:r w:rsidRPr="00DC1978">
        <w:rPr>
          <w:rFonts w:ascii="Arial" w:hAnsi="Arial" w:cs="Arial"/>
          <w:color w:val="222222"/>
          <w:rtl/>
        </w:rPr>
        <w:t xml:space="preserve">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معمولاً شامل مداخلات </w:t>
      </w:r>
      <w:proofErr w:type="spellStart"/>
      <w:r w:rsidRPr="00DC1978">
        <w:rPr>
          <w:rFonts w:ascii="Arial" w:hAnsi="Arial" w:cs="Arial"/>
          <w:color w:val="222222"/>
          <w:rtl/>
        </w:rPr>
        <w:t>دارویی</w:t>
      </w:r>
      <w:proofErr w:type="spellEnd"/>
      <w:r w:rsidRPr="00DC1978">
        <w:rPr>
          <w:rFonts w:ascii="Arial" w:hAnsi="Arial" w:cs="Arial"/>
          <w:color w:val="222222"/>
          <w:rtl/>
        </w:rPr>
        <w:t xml:space="preserve">، </w:t>
      </w:r>
      <w:proofErr w:type="spellStart"/>
      <w:r w:rsidRPr="00DC1978">
        <w:rPr>
          <w:rFonts w:ascii="Arial" w:hAnsi="Arial" w:cs="Arial"/>
          <w:color w:val="222222"/>
          <w:rtl/>
        </w:rPr>
        <w:t>تغذیه‌ای</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روان‌شناختی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می‌شود</w:t>
      </w:r>
      <w:proofErr w:type="spellEnd"/>
      <w:r w:rsidRPr="00DC1978">
        <w:rPr>
          <w:rFonts w:ascii="Arial" w:hAnsi="Arial" w:cs="Arial"/>
          <w:color w:val="222222"/>
          <w:rtl/>
        </w:rPr>
        <w:t xml:space="preserve"> (6). از </w:t>
      </w:r>
      <w:proofErr w:type="spellStart"/>
      <w:r w:rsidRPr="00DC1978">
        <w:rPr>
          <w:rFonts w:ascii="Arial" w:hAnsi="Arial" w:cs="Arial"/>
          <w:color w:val="222222"/>
          <w:rtl/>
        </w:rPr>
        <w:t>داروهای</w:t>
      </w:r>
      <w:proofErr w:type="spellEnd"/>
      <w:r w:rsidRPr="00DC1978">
        <w:rPr>
          <w:rFonts w:ascii="Arial" w:hAnsi="Arial" w:cs="Arial"/>
          <w:color w:val="222222"/>
          <w:rtl/>
        </w:rPr>
        <w:t xml:space="preserve"> متداول در </w:t>
      </w:r>
      <w:proofErr w:type="spellStart"/>
      <w:r w:rsidRPr="00DC1978">
        <w:rPr>
          <w:rFonts w:ascii="Arial" w:hAnsi="Arial" w:cs="Arial"/>
          <w:color w:val="222222"/>
          <w:rtl/>
        </w:rPr>
        <w:t>مدیریت</w:t>
      </w:r>
      <w:proofErr w:type="spellEnd"/>
      <w:r w:rsidRPr="00DC1978">
        <w:rPr>
          <w:rFonts w:ascii="Arial" w:hAnsi="Arial" w:cs="Arial"/>
          <w:color w:val="222222"/>
          <w:rtl/>
        </w:rPr>
        <w:t xml:space="preserve">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می‌توان</w:t>
      </w:r>
      <w:proofErr w:type="spellEnd"/>
      <w:r w:rsidRPr="00DC1978">
        <w:rPr>
          <w:rFonts w:ascii="Arial" w:hAnsi="Arial" w:cs="Arial"/>
          <w:color w:val="222222"/>
          <w:rtl/>
        </w:rPr>
        <w:t xml:space="preserve"> به </w:t>
      </w:r>
      <w:proofErr w:type="spellStart"/>
      <w:r w:rsidRPr="00DC1978">
        <w:rPr>
          <w:rFonts w:ascii="Arial" w:hAnsi="Arial" w:cs="Arial"/>
          <w:color w:val="222222"/>
          <w:rtl/>
        </w:rPr>
        <w:t>آنتی‌اسپاسمودیک‌ها</w:t>
      </w:r>
      <w:proofErr w:type="spellEnd"/>
      <w:r w:rsidRPr="00DC1978">
        <w:rPr>
          <w:rFonts w:ascii="Arial" w:hAnsi="Arial" w:cs="Arial"/>
          <w:color w:val="222222"/>
          <w:rtl/>
        </w:rPr>
        <w:t xml:space="preserve"> </w:t>
      </w:r>
      <w:proofErr w:type="spellStart"/>
      <w:r w:rsidRPr="00DC1978">
        <w:rPr>
          <w:rFonts w:ascii="Arial" w:hAnsi="Arial" w:cs="Arial"/>
          <w:color w:val="222222"/>
          <w:rtl/>
        </w:rPr>
        <w:t>مانند</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آنتی‌بیوتیک‌های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موضعی</w:t>
      </w:r>
      <w:proofErr w:type="spellEnd"/>
      <w:r w:rsidRPr="00DC1978">
        <w:rPr>
          <w:rFonts w:ascii="Arial" w:hAnsi="Arial" w:cs="Arial"/>
          <w:color w:val="222222"/>
          <w:rtl/>
        </w:rPr>
        <w:t xml:space="preserve"> </w:t>
      </w:r>
      <w:proofErr w:type="spellStart"/>
      <w:r w:rsidRPr="00DC1978">
        <w:rPr>
          <w:rFonts w:ascii="Arial" w:hAnsi="Arial" w:cs="Arial"/>
          <w:color w:val="222222"/>
          <w:rtl/>
        </w:rPr>
        <w:t>نظیر</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اشاره </w:t>
      </w:r>
      <w:proofErr w:type="spellStart"/>
      <w:r w:rsidRPr="00DC1978">
        <w:rPr>
          <w:rFonts w:ascii="Arial" w:hAnsi="Arial" w:cs="Arial"/>
          <w:color w:val="222222"/>
          <w:rtl/>
        </w:rPr>
        <w:t>کرد</w:t>
      </w:r>
      <w:proofErr w:type="spellEnd"/>
      <w:r w:rsidRPr="00DC1978">
        <w:rPr>
          <w:rFonts w:ascii="Arial" w:hAnsi="Arial" w:cs="Arial"/>
          <w:color w:val="222222"/>
          <w:rtl/>
        </w:rPr>
        <w:t xml:space="preserve"> (7،8).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gramStart"/>
      <w:r w:rsidRPr="00DC1978">
        <w:rPr>
          <w:rFonts w:ascii="Arial" w:hAnsi="Arial" w:cs="Arial"/>
          <w:color w:val="222222"/>
          <w:rtl/>
        </w:rPr>
        <w:t>اثر</w:t>
      </w:r>
      <w:proofErr w:type="gramEnd"/>
      <w:r w:rsidRPr="00DC1978">
        <w:rPr>
          <w:rFonts w:ascii="Arial" w:hAnsi="Arial" w:cs="Arial"/>
          <w:color w:val="222222"/>
          <w:rtl/>
        </w:rPr>
        <w:t xml:space="preserve"> بر عضلات صاف </w:t>
      </w:r>
      <w:proofErr w:type="spellStart"/>
      <w:r w:rsidRPr="00DC1978">
        <w:rPr>
          <w:rFonts w:ascii="Arial" w:hAnsi="Arial" w:cs="Arial"/>
          <w:color w:val="222222"/>
          <w:rtl/>
        </w:rPr>
        <w:t>دستگاه</w:t>
      </w:r>
      <w:proofErr w:type="spellEnd"/>
      <w:r w:rsidRPr="00DC1978">
        <w:rPr>
          <w:rFonts w:ascii="Arial" w:hAnsi="Arial" w:cs="Arial"/>
          <w:color w:val="222222"/>
          <w:rtl/>
        </w:rPr>
        <w:t xml:space="preserve"> </w:t>
      </w:r>
      <w:proofErr w:type="spellStart"/>
      <w:r w:rsidRPr="00DC1978">
        <w:rPr>
          <w:rFonts w:ascii="Arial" w:hAnsi="Arial" w:cs="Arial"/>
          <w:color w:val="222222"/>
          <w:rtl/>
        </w:rPr>
        <w:t>گوارش</w:t>
      </w:r>
      <w:proofErr w:type="spellEnd"/>
      <w:r w:rsidRPr="00DC1978">
        <w:rPr>
          <w:rFonts w:ascii="Arial" w:hAnsi="Arial" w:cs="Arial"/>
          <w:color w:val="222222"/>
          <w:rtl/>
        </w:rPr>
        <w:t xml:space="preserve"> موجب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اسپاسم</w:t>
      </w:r>
      <w:proofErr w:type="spellEnd"/>
      <w:r w:rsidRPr="00DC1978">
        <w:rPr>
          <w:rFonts w:ascii="Arial" w:hAnsi="Arial" w:cs="Arial"/>
          <w:color w:val="222222"/>
          <w:rtl/>
        </w:rPr>
        <w:t xml:space="preserve"> و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w:t>
      </w:r>
      <w:proofErr w:type="spellStart"/>
      <w:r w:rsidRPr="00DC1978">
        <w:rPr>
          <w:rFonts w:ascii="Arial" w:hAnsi="Arial" w:cs="Arial"/>
          <w:color w:val="222222"/>
          <w:rtl/>
        </w:rPr>
        <w:t>می‌شود</w:t>
      </w:r>
      <w:proofErr w:type="spellEnd"/>
      <w:r w:rsidRPr="00DC1978">
        <w:rPr>
          <w:rFonts w:ascii="Arial" w:hAnsi="Arial" w:cs="Arial"/>
          <w:color w:val="222222"/>
          <w:rtl/>
        </w:rPr>
        <w:t xml:space="preserve">، در </w:t>
      </w:r>
      <w:proofErr w:type="spellStart"/>
      <w:r w:rsidRPr="00DC1978">
        <w:rPr>
          <w:rFonts w:ascii="Arial" w:hAnsi="Arial" w:cs="Arial"/>
          <w:color w:val="222222"/>
          <w:rtl/>
        </w:rPr>
        <w:t>حالی</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به عنوان </w:t>
      </w:r>
      <w:proofErr w:type="spellStart"/>
      <w:r w:rsidRPr="00DC1978">
        <w:rPr>
          <w:rFonts w:ascii="Arial" w:hAnsi="Arial" w:cs="Arial"/>
          <w:color w:val="222222"/>
          <w:rtl/>
        </w:rPr>
        <w:t>یک</w:t>
      </w:r>
      <w:proofErr w:type="spellEnd"/>
      <w:r w:rsidRPr="00DC1978">
        <w:rPr>
          <w:rFonts w:ascii="Arial" w:hAnsi="Arial" w:cs="Arial"/>
          <w:color w:val="222222"/>
          <w:rtl/>
        </w:rPr>
        <w:t xml:space="preserve"> </w:t>
      </w:r>
      <w:proofErr w:type="spellStart"/>
      <w:r w:rsidRPr="00DC1978">
        <w:rPr>
          <w:rFonts w:ascii="Arial" w:hAnsi="Arial" w:cs="Arial"/>
          <w:color w:val="222222"/>
          <w:rtl/>
        </w:rPr>
        <w:t>آنتی‌بیوتیک</w:t>
      </w:r>
      <w:proofErr w:type="spellEnd"/>
      <w:r w:rsidRPr="00DC1978">
        <w:rPr>
          <w:rFonts w:ascii="Arial" w:hAnsi="Arial" w:cs="Arial"/>
          <w:color w:val="222222"/>
          <w:rtl/>
        </w:rPr>
        <w:t xml:space="preserve"> </w:t>
      </w:r>
      <w:proofErr w:type="spellStart"/>
      <w:r w:rsidRPr="00DC1978">
        <w:rPr>
          <w:rFonts w:ascii="Arial" w:hAnsi="Arial" w:cs="Arial"/>
          <w:color w:val="222222"/>
          <w:rtl/>
        </w:rPr>
        <w:t>غیرسیستمیک</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تنظیم</w:t>
      </w:r>
      <w:proofErr w:type="spellEnd"/>
      <w:r w:rsidRPr="00DC1978">
        <w:rPr>
          <w:rFonts w:ascii="Arial" w:hAnsi="Arial" w:cs="Arial"/>
          <w:color w:val="222222"/>
          <w:rtl/>
        </w:rPr>
        <w:t xml:space="preserve"> فلور </w:t>
      </w:r>
      <w:proofErr w:type="spellStart"/>
      <w:r w:rsidRPr="00DC1978">
        <w:rPr>
          <w:rFonts w:ascii="Arial" w:hAnsi="Arial" w:cs="Arial"/>
          <w:color w:val="222222"/>
          <w:rtl/>
        </w:rPr>
        <w:t>میکروبی</w:t>
      </w:r>
      <w:proofErr w:type="spellEnd"/>
      <w:r w:rsidRPr="00DC1978">
        <w:rPr>
          <w:rFonts w:ascii="Arial" w:hAnsi="Arial" w:cs="Arial"/>
          <w:color w:val="222222"/>
          <w:rtl/>
        </w:rPr>
        <w:t xml:space="preserve"> روده و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التهاب </w:t>
      </w:r>
      <w:proofErr w:type="spellStart"/>
      <w:r w:rsidRPr="00DC1978">
        <w:rPr>
          <w:rFonts w:ascii="Arial" w:hAnsi="Arial" w:cs="Arial"/>
          <w:color w:val="222222"/>
          <w:rtl/>
        </w:rPr>
        <w:t>موضعی</w:t>
      </w:r>
      <w:proofErr w:type="spell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در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علائم مؤثر باشد (1،9).</w:t>
      </w:r>
    </w:p>
    <w:p w:rsidR="00B94999" w:rsidRPr="00DC1978" w:rsidRDefault="00B94999" w:rsidP="003E5B41">
      <w:pPr>
        <w:pStyle w:val="NormalWeb"/>
        <w:bidi/>
        <w:rPr>
          <w:rFonts w:ascii="Arial" w:hAnsi="Arial" w:cs="Arial"/>
          <w:color w:val="222222"/>
          <w:rtl/>
        </w:rPr>
      </w:pPr>
      <w:r w:rsidRPr="00DC1978">
        <w:rPr>
          <w:rFonts w:ascii="Arial" w:hAnsi="Arial" w:cs="Arial"/>
          <w:color w:val="222222"/>
          <w:rtl/>
        </w:rPr>
        <w:t xml:space="preserve">در </w:t>
      </w:r>
      <w:proofErr w:type="spellStart"/>
      <w:r w:rsidRPr="00DC1978">
        <w:rPr>
          <w:rFonts w:ascii="Arial" w:hAnsi="Arial" w:cs="Arial"/>
          <w:color w:val="222222"/>
          <w:rtl/>
        </w:rPr>
        <w:t>سال‌های</w:t>
      </w:r>
      <w:proofErr w:type="spellEnd"/>
      <w:r w:rsidRPr="00DC1978">
        <w:rPr>
          <w:rFonts w:ascii="Arial" w:hAnsi="Arial" w:cs="Arial"/>
          <w:color w:val="222222"/>
          <w:rtl/>
        </w:rPr>
        <w:t xml:space="preserve"> </w:t>
      </w:r>
      <w:proofErr w:type="spellStart"/>
      <w:r w:rsidRPr="00DC1978">
        <w:rPr>
          <w:rFonts w:ascii="Arial" w:hAnsi="Arial" w:cs="Arial"/>
          <w:color w:val="222222"/>
          <w:rtl/>
        </w:rPr>
        <w:t>اخیر</w:t>
      </w:r>
      <w:proofErr w:type="spellEnd"/>
      <w:r w:rsidRPr="00DC1978">
        <w:rPr>
          <w:rFonts w:ascii="Arial" w:hAnsi="Arial" w:cs="Arial"/>
          <w:color w:val="222222"/>
          <w:rtl/>
        </w:rPr>
        <w:t xml:space="preserve">، نقش </w:t>
      </w:r>
      <w:proofErr w:type="spellStart"/>
      <w:r w:rsidRPr="00DC1978">
        <w:rPr>
          <w:rFonts w:ascii="Arial" w:hAnsi="Arial" w:cs="Arial"/>
          <w:color w:val="222222"/>
          <w:rtl/>
        </w:rPr>
        <w:t>میکروبیوتای</w:t>
      </w:r>
      <w:proofErr w:type="spellEnd"/>
      <w:r w:rsidRPr="00DC1978">
        <w:rPr>
          <w:rFonts w:ascii="Arial" w:hAnsi="Arial" w:cs="Arial"/>
          <w:color w:val="222222"/>
          <w:rtl/>
        </w:rPr>
        <w:t xml:space="preserve"> روده در بروز </w:t>
      </w:r>
      <w:proofErr w:type="gramStart"/>
      <w:r w:rsidRPr="00DC1978">
        <w:rPr>
          <w:rFonts w:ascii="Arial" w:hAnsi="Arial" w:cs="Arial"/>
          <w:color w:val="222222"/>
          <w:rtl/>
        </w:rPr>
        <w:t>و تداوم</w:t>
      </w:r>
      <w:proofErr w:type="gramEnd"/>
      <w:r w:rsidRPr="00DC1978">
        <w:rPr>
          <w:rFonts w:ascii="Arial" w:hAnsi="Arial" w:cs="Arial"/>
          <w:color w:val="222222"/>
          <w:rtl/>
        </w:rPr>
        <w:t xml:space="preserve"> علائم </w:t>
      </w:r>
      <w:r w:rsidRPr="00DC1978">
        <w:rPr>
          <w:rFonts w:ascii="Arial" w:hAnsi="Arial" w:cs="Arial"/>
          <w:color w:val="222222"/>
        </w:rPr>
        <w:t>IBS</w:t>
      </w:r>
      <w:r w:rsidRPr="00DC1978">
        <w:rPr>
          <w:rFonts w:ascii="Arial" w:hAnsi="Arial" w:cs="Arial"/>
          <w:color w:val="222222"/>
          <w:rtl/>
        </w:rPr>
        <w:t xml:space="preserve"> توجه </w:t>
      </w:r>
      <w:proofErr w:type="spellStart"/>
      <w:r w:rsidRPr="00DC1978">
        <w:rPr>
          <w:rFonts w:ascii="Arial" w:hAnsi="Arial" w:cs="Arial"/>
          <w:color w:val="222222"/>
          <w:rtl/>
        </w:rPr>
        <w:t>زیادی</w:t>
      </w:r>
      <w:proofErr w:type="spellEnd"/>
      <w:r w:rsidRPr="00DC1978">
        <w:rPr>
          <w:rFonts w:ascii="Arial" w:hAnsi="Arial" w:cs="Arial"/>
          <w:color w:val="222222"/>
          <w:rtl/>
        </w:rPr>
        <w:t xml:space="preserve"> را به خود جلب </w:t>
      </w:r>
      <w:proofErr w:type="spellStart"/>
      <w:r w:rsidRPr="00DC1978">
        <w:rPr>
          <w:rFonts w:ascii="Arial" w:hAnsi="Arial" w:cs="Arial"/>
          <w:color w:val="222222"/>
          <w:rtl/>
        </w:rPr>
        <w:t>کرده</w:t>
      </w:r>
      <w:proofErr w:type="spellEnd"/>
      <w:r w:rsidRPr="00DC1978">
        <w:rPr>
          <w:rFonts w:ascii="Arial" w:hAnsi="Arial" w:cs="Arial"/>
          <w:color w:val="222222"/>
          <w:rtl/>
        </w:rPr>
        <w:t xml:space="preserve"> است (5،10). شواهد نشان </w:t>
      </w:r>
      <w:proofErr w:type="spellStart"/>
      <w:r w:rsidRPr="00DC1978">
        <w:rPr>
          <w:rFonts w:ascii="Arial" w:hAnsi="Arial" w:cs="Arial"/>
          <w:color w:val="222222"/>
          <w:rtl/>
        </w:rPr>
        <w:t>داده‌اند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تغییرات</w:t>
      </w:r>
      <w:proofErr w:type="spellEnd"/>
      <w:r w:rsidRPr="00DC1978">
        <w:rPr>
          <w:rFonts w:ascii="Arial" w:hAnsi="Arial" w:cs="Arial"/>
          <w:color w:val="222222"/>
          <w:rtl/>
        </w:rPr>
        <w:t xml:space="preserve"> در </w:t>
      </w:r>
      <w:proofErr w:type="spellStart"/>
      <w:r w:rsidRPr="00DC1978">
        <w:rPr>
          <w:rFonts w:ascii="Arial" w:hAnsi="Arial" w:cs="Arial"/>
          <w:color w:val="222222"/>
          <w:rtl/>
        </w:rPr>
        <w:t>ترکیب</w:t>
      </w:r>
      <w:proofErr w:type="spellEnd"/>
      <w:r w:rsidRPr="00DC1978">
        <w:rPr>
          <w:rFonts w:ascii="Arial" w:hAnsi="Arial" w:cs="Arial"/>
          <w:color w:val="222222"/>
          <w:rtl/>
        </w:rPr>
        <w:t xml:space="preserve"> </w:t>
      </w:r>
      <w:proofErr w:type="spellStart"/>
      <w:r w:rsidRPr="00DC1978">
        <w:rPr>
          <w:rFonts w:ascii="Arial" w:hAnsi="Arial" w:cs="Arial"/>
          <w:color w:val="222222"/>
          <w:rtl/>
        </w:rPr>
        <w:t>باکتری‌های</w:t>
      </w:r>
      <w:proofErr w:type="spellEnd"/>
      <w:r w:rsidRPr="00DC1978">
        <w:rPr>
          <w:rFonts w:ascii="Arial" w:hAnsi="Arial" w:cs="Arial"/>
          <w:color w:val="222222"/>
          <w:rtl/>
        </w:rPr>
        <w:t xml:space="preserve"> روده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موجب نفخ، درد </w:t>
      </w:r>
      <w:proofErr w:type="gramStart"/>
      <w:r w:rsidRPr="00DC1978">
        <w:rPr>
          <w:rFonts w:ascii="Arial" w:hAnsi="Arial" w:cs="Arial"/>
          <w:color w:val="222222"/>
          <w:rtl/>
        </w:rPr>
        <w:t>و اختلال</w:t>
      </w:r>
      <w:proofErr w:type="gramEnd"/>
      <w:r w:rsidRPr="00DC1978">
        <w:rPr>
          <w:rFonts w:ascii="Arial" w:hAnsi="Arial" w:cs="Arial"/>
          <w:color w:val="222222"/>
          <w:rtl/>
        </w:rPr>
        <w:t xml:space="preserve"> در </w:t>
      </w:r>
      <w:proofErr w:type="spellStart"/>
      <w:r w:rsidRPr="00DC1978">
        <w:rPr>
          <w:rFonts w:ascii="Arial" w:hAnsi="Arial" w:cs="Arial"/>
          <w:color w:val="222222"/>
          <w:rtl/>
        </w:rPr>
        <w:t>حرکات</w:t>
      </w:r>
      <w:proofErr w:type="spellEnd"/>
      <w:r w:rsidRPr="00DC1978">
        <w:rPr>
          <w:rFonts w:ascii="Arial" w:hAnsi="Arial" w:cs="Arial"/>
          <w:color w:val="222222"/>
          <w:rtl/>
        </w:rPr>
        <w:t xml:space="preserve"> روده شود. در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راستا،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از </w:t>
      </w:r>
      <w:proofErr w:type="spellStart"/>
      <w:r w:rsidRPr="00DC1978">
        <w:rPr>
          <w:rFonts w:ascii="Arial" w:hAnsi="Arial" w:cs="Arial"/>
          <w:color w:val="222222"/>
          <w:rtl/>
        </w:rPr>
        <w:t>آنتی‌بیوتیک‌هایی</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جذب </w:t>
      </w:r>
      <w:proofErr w:type="spellStart"/>
      <w:r w:rsidRPr="00DC1978">
        <w:rPr>
          <w:rFonts w:ascii="Arial" w:hAnsi="Arial" w:cs="Arial"/>
          <w:color w:val="222222"/>
          <w:rtl/>
        </w:rPr>
        <w:t>حداقلی</w:t>
      </w:r>
      <w:proofErr w:type="spellEnd"/>
      <w:r w:rsidRPr="00DC1978">
        <w:rPr>
          <w:rFonts w:ascii="Arial" w:hAnsi="Arial" w:cs="Arial"/>
          <w:color w:val="222222"/>
          <w:rtl/>
        </w:rPr>
        <w:t xml:space="preserve"> </w:t>
      </w:r>
      <w:proofErr w:type="spellStart"/>
      <w:r w:rsidRPr="00DC1978">
        <w:rPr>
          <w:rFonts w:ascii="Arial" w:hAnsi="Arial" w:cs="Arial"/>
          <w:color w:val="222222"/>
          <w:rtl/>
        </w:rPr>
        <w:t>مانند</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gramStart"/>
      <w:r w:rsidRPr="00DC1978">
        <w:rPr>
          <w:rFonts w:ascii="Arial" w:hAnsi="Arial" w:cs="Arial"/>
          <w:color w:val="222222"/>
          <w:rtl/>
        </w:rPr>
        <w:t>اثر</w:t>
      </w:r>
      <w:proofErr w:type="gramEnd"/>
      <w:r w:rsidRPr="00DC1978">
        <w:rPr>
          <w:rFonts w:ascii="Arial" w:hAnsi="Arial" w:cs="Arial"/>
          <w:color w:val="222222"/>
          <w:rtl/>
        </w:rPr>
        <w:t xml:space="preserve"> خود را به صورت </w:t>
      </w:r>
      <w:proofErr w:type="spellStart"/>
      <w:r w:rsidRPr="00DC1978">
        <w:rPr>
          <w:rFonts w:ascii="Arial" w:hAnsi="Arial" w:cs="Arial"/>
          <w:color w:val="222222"/>
          <w:rtl/>
        </w:rPr>
        <w:t>موضعی</w:t>
      </w:r>
      <w:proofErr w:type="spellEnd"/>
      <w:r w:rsidRPr="00DC1978">
        <w:rPr>
          <w:rFonts w:ascii="Arial" w:hAnsi="Arial" w:cs="Arial"/>
          <w:color w:val="222222"/>
          <w:rtl/>
        </w:rPr>
        <w:t xml:space="preserve"> در روده اعمال </w:t>
      </w:r>
      <w:proofErr w:type="spellStart"/>
      <w:r w:rsidRPr="00DC1978">
        <w:rPr>
          <w:rFonts w:ascii="Arial" w:hAnsi="Arial" w:cs="Arial"/>
          <w:color w:val="222222"/>
          <w:rtl/>
        </w:rPr>
        <w:t>می‌کنند</w:t>
      </w:r>
      <w:proofErr w:type="spellEnd"/>
      <w:r w:rsidRPr="00DC1978">
        <w:rPr>
          <w:rFonts w:ascii="Arial" w:hAnsi="Arial" w:cs="Arial"/>
          <w:color w:val="222222"/>
          <w:rtl/>
        </w:rPr>
        <w:t xml:space="preserve">، به عنوان </w:t>
      </w:r>
      <w:proofErr w:type="spellStart"/>
      <w:r w:rsidRPr="00DC1978">
        <w:rPr>
          <w:rFonts w:ascii="Arial" w:hAnsi="Arial" w:cs="Arial"/>
          <w:color w:val="222222"/>
          <w:rtl/>
        </w:rPr>
        <w:t>یکی</w:t>
      </w:r>
      <w:proofErr w:type="spellEnd"/>
      <w:r w:rsidRPr="00DC1978">
        <w:rPr>
          <w:rFonts w:ascii="Arial" w:hAnsi="Arial" w:cs="Arial"/>
          <w:color w:val="222222"/>
          <w:rtl/>
        </w:rPr>
        <w:t xml:space="preserve"> از </w:t>
      </w:r>
      <w:proofErr w:type="spellStart"/>
      <w:r w:rsidRPr="00DC1978">
        <w:rPr>
          <w:rFonts w:ascii="Arial" w:hAnsi="Arial" w:cs="Arial"/>
          <w:color w:val="222222"/>
          <w:rtl/>
        </w:rPr>
        <w:t>گزینه‌های</w:t>
      </w:r>
      <w:proofErr w:type="spellEnd"/>
      <w:r w:rsidRPr="00DC1978">
        <w:rPr>
          <w:rFonts w:ascii="Arial" w:hAnsi="Arial" w:cs="Arial"/>
          <w:color w:val="222222"/>
          <w:rtl/>
        </w:rPr>
        <w:t xml:space="preserve">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w:t>
      </w:r>
      <w:proofErr w:type="spellStart"/>
      <w:r w:rsidRPr="00DC1978">
        <w:rPr>
          <w:rFonts w:ascii="Arial" w:hAnsi="Arial" w:cs="Arial"/>
          <w:color w:val="222222"/>
          <w:rtl/>
        </w:rPr>
        <w:t>جدید</w:t>
      </w:r>
      <w:proofErr w:type="spellEnd"/>
      <w:r w:rsidRPr="00DC1978">
        <w:rPr>
          <w:rFonts w:ascii="Arial" w:hAnsi="Arial" w:cs="Arial"/>
          <w:color w:val="222222"/>
          <w:rtl/>
        </w:rPr>
        <w:t xml:space="preserve"> و مؤثر مطرح شده است (1،9،11).</w:t>
      </w:r>
    </w:p>
    <w:p w:rsidR="00B94999" w:rsidRPr="00DC1978" w:rsidRDefault="00B94999" w:rsidP="003E5B41">
      <w:pPr>
        <w:pStyle w:val="NormalWeb"/>
        <w:bidi/>
        <w:rPr>
          <w:rFonts w:ascii="Arial" w:hAnsi="Arial" w:cs="Arial"/>
          <w:color w:val="222222"/>
          <w:rtl/>
        </w:rPr>
      </w:pPr>
      <w:proofErr w:type="spellStart"/>
      <w:r w:rsidRPr="00DC1978">
        <w:rPr>
          <w:rFonts w:ascii="Arial" w:hAnsi="Arial" w:cs="Arial"/>
          <w:color w:val="222222"/>
          <w:rtl/>
        </w:rPr>
        <w:t>با</w:t>
      </w:r>
      <w:proofErr w:type="spellEnd"/>
      <w:r w:rsidRPr="00DC1978">
        <w:rPr>
          <w:rFonts w:ascii="Arial" w:hAnsi="Arial" w:cs="Arial"/>
          <w:color w:val="222222"/>
          <w:rtl/>
        </w:rPr>
        <w:t xml:space="preserve"> وجود مطالعات متعدد در </w:t>
      </w:r>
      <w:proofErr w:type="spellStart"/>
      <w:r w:rsidRPr="00DC1978">
        <w:rPr>
          <w:rFonts w:ascii="Arial" w:hAnsi="Arial" w:cs="Arial"/>
          <w:color w:val="222222"/>
          <w:rtl/>
        </w:rPr>
        <w:t>زمینه</w:t>
      </w:r>
      <w:proofErr w:type="spellEnd"/>
      <w:r w:rsidRPr="00DC1978">
        <w:rPr>
          <w:rFonts w:ascii="Arial" w:hAnsi="Arial" w:cs="Arial"/>
          <w:color w:val="222222"/>
          <w:rtl/>
        </w:rPr>
        <w:t xml:space="preserve"> درمان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هنوز</w:t>
      </w:r>
      <w:proofErr w:type="spellEnd"/>
      <w:r w:rsidRPr="00DC1978">
        <w:rPr>
          <w:rFonts w:ascii="Arial" w:hAnsi="Arial" w:cs="Arial"/>
          <w:color w:val="222222"/>
          <w:rtl/>
        </w:rPr>
        <w:t xml:space="preserve"> توافق </w:t>
      </w:r>
      <w:proofErr w:type="spellStart"/>
      <w:r w:rsidRPr="00DC1978">
        <w:rPr>
          <w:rFonts w:ascii="Arial" w:hAnsi="Arial" w:cs="Arial"/>
          <w:color w:val="222222"/>
          <w:rtl/>
        </w:rPr>
        <w:t>مشخصی</w:t>
      </w:r>
      <w:proofErr w:type="spellEnd"/>
      <w:r w:rsidRPr="00DC1978">
        <w:rPr>
          <w:rFonts w:ascii="Arial" w:hAnsi="Arial" w:cs="Arial"/>
          <w:color w:val="222222"/>
          <w:rtl/>
        </w:rPr>
        <w:t xml:space="preserve"> </w:t>
      </w:r>
      <w:proofErr w:type="spellStart"/>
      <w:r w:rsidRPr="00DC1978">
        <w:rPr>
          <w:rFonts w:ascii="Arial" w:hAnsi="Arial" w:cs="Arial"/>
          <w:color w:val="222222"/>
          <w:rtl/>
        </w:rPr>
        <w:t>درباره</w:t>
      </w:r>
      <w:proofErr w:type="spellEnd"/>
      <w:r w:rsidRPr="00DC1978">
        <w:rPr>
          <w:rFonts w:ascii="Arial" w:hAnsi="Arial" w:cs="Arial"/>
          <w:color w:val="222222"/>
          <w:rtl/>
        </w:rPr>
        <w:t xml:space="preserve"> </w:t>
      </w:r>
      <w:proofErr w:type="spellStart"/>
      <w:r w:rsidRPr="00DC1978">
        <w:rPr>
          <w:rFonts w:ascii="Arial" w:hAnsi="Arial" w:cs="Arial"/>
          <w:color w:val="222222"/>
          <w:rtl/>
        </w:rPr>
        <w:t>اثربخشی</w:t>
      </w:r>
      <w:proofErr w:type="spellEnd"/>
      <w:r w:rsidRPr="00DC1978">
        <w:rPr>
          <w:rFonts w:ascii="Arial" w:hAnsi="Arial" w:cs="Arial"/>
          <w:color w:val="222222"/>
          <w:rtl/>
        </w:rPr>
        <w:t xml:space="preserve"> </w:t>
      </w:r>
      <w:proofErr w:type="spellStart"/>
      <w:r w:rsidRPr="00DC1978">
        <w:rPr>
          <w:rFonts w:ascii="Arial" w:hAnsi="Arial" w:cs="Arial"/>
          <w:color w:val="222222"/>
          <w:rtl/>
        </w:rPr>
        <w:t>داروهای</w:t>
      </w:r>
      <w:proofErr w:type="spellEnd"/>
      <w:r w:rsidRPr="00DC1978">
        <w:rPr>
          <w:rFonts w:ascii="Arial" w:hAnsi="Arial" w:cs="Arial"/>
          <w:color w:val="222222"/>
          <w:rtl/>
        </w:rPr>
        <w:t xml:space="preserve"> مختلف وجود </w:t>
      </w:r>
      <w:proofErr w:type="spellStart"/>
      <w:r w:rsidRPr="00DC1978">
        <w:rPr>
          <w:rFonts w:ascii="Arial" w:hAnsi="Arial" w:cs="Arial"/>
          <w:color w:val="222222"/>
          <w:rtl/>
        </w:rPr>
        <w:t>ندارد</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پاسخ</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به </w:t>
      </w:r>
      <w:proofErr w:type="spellStart"/>
      <w:r w:rsidRPr="00DC1978">
        <w:rPr>
          <w:rFonts w:ascii="Arial" w:hAnsi="Arial" w:cs="Arial"/>
          <w:color w:val="222222"/>
          <w:rtl/>
        </w:rPr>
        <w:t>درمان‌ها</w:t>
      </w:r>
      <w:proofErr w:type="spellEnd"/>
      <w:r w:rsidRPr="00DC1978">
        <w:rPr>
          <w:rFonts w:ascii="Arial" w:hAnsi="Arial" w:cs="Arial"/>
          <w:color w:val="222222"/>
          <w:rtl/>
        </w:rPr>
        <w:t xml:space="preserve"> متفاوت است (7،12). از </w:t>
      </w:r>
      <w:proofErr w:type="spellStart"/>
      <w:r w:rsidRPr="00DC1978">
        <w:rPr>
          <w:rFonts w:ascii="Arial" w:hAnsi="Arial" w:cs="Arial"/>
          <w:color w:val="222222"/>
          <w:rtl/>
        </w:rPr>
        <w:t>این‌رو</w:t>
      </w:r>
      <w:proofErr w:type="spellEnd"/>
      <w:r w:rsidRPr="00DC1978">
        <w:rPr>
          <w:rFonts w:ascii="Arial" w:hAnsi="Arial" w:cs="Arial"/>
          <w:color w:val="222222"/>
          <w:rtl/>
        </w:rPr>
        <w:t xml:space="preserve">، </w:t>
      </w:r>
      <w:proofErr w:type="spellStart"/>
      <w:r w:rsidRPr="00DC1978">
        <w:rPr>
          <w:rFonts w:ascii="Arial" w:hAnsi="Arial" w:cs="Arial"/>
          <w:color w:val="222222"/>
          <w:rtl/>
        </w:rPr>
        <w:t>مقایسه</w:t>
      </w:r>
      <w:proofErr w:type="spellEnd"/>
      <w:r w:rsidRPr="00DC1978">
        <w:rPr>
          <w:rFonts w:ascii="Arial" w:hAnsi="Arial" w:cs="Arial"/>
          <w:color w:val="222222"/>
          <w:rtl/>
        </w:rPr>
        <w:t xml:space="preserve"> </w:t>
      </w:r>
      <w:proofErr w:type="spellStart"/>
      <w:r w:rsidRPr="00DC1978">
        <w:rPr>
          <w:rFonts w:ascii="Arial" w:hAnsi="Arial" w:cs="Arial"/>
          <w:color w:val="222222"/>
          <w:rtl/>
        </w:rPr>
        <w:t>اثربخشی</w:t>
      </w:r>
      <w:proofErr w:type="spellEnd"/>
      <w:r w:rsidRPr="00DC1978">
        <w:rPr>
          <w:rFonts w:ascii="Arial" w:hAnsi="Arial" w:cs="Arial"/>
          <w:color w:val="222222"/>
          <w:rtl/>
        </w:rPr>
        <w:t xml:space="preserve"> </w:t>
      </w:r>
      <w:proofErr w:type="spellStart"/>
      <w:r w:rsidRPr="00DC1978">
        <w:rPr>
          <w:rFonts w:ascii="Arial" w:hAnsi="Arial" w:cs="Arial"/>
          <w:color w:val="222222"/>
          <w:rtl/>
        </w:rPr>
        <w:t>داروهای</w:t>
      </w:r>
      <w:proofErr w:type="spellEnd"/>
      <w:r w:rsidRPr="00DC1978">
        <w:rPr>
          <w:rFonts w:ascii="Arial" w:hAnsi="Arial" w:cs="Arial"/>
          <w:color w:val="222222"/>
          <w:rtl/>
        </w:rPr>
        <w:t xml:space="preserve"> </w:t>
      </w:r>
      <w:proofErr w:type="spellStart"/>
      <w:r w:rsidRPr="00DC1978">
        <w:rPr>
          <w:rFonts w:ascii="Arial" w:hAnsi="Arial" w:cs="Arial"/>
          <w:color w:val="222222"/>
          <w:rtl/>
        </w:rPr>
        <w:t>گوناگون</w:t>
      </w:r>
      <w:proofErr w:type="spellEnd"/>
      <w:r w:rsidRPr="00DC1978">
        <w:rPr>
          <w:rFonts w:ascii="Arial" w:hAnsi="Arial" w:cs="Arial"/>
          <w:color w:val="222222"/>
          <w:rtl/>
        </w:rPr>
        <w:t xml:space="preserve"> از جمله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مبورین</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در انتخاب روش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w:t>
      </w:r>
      <w:proofErr w:type="spellStart"/>
      <w:r w:rsidRPr="00DC1978">
        <w:rPr>
          <w:rFonts w:ascii="Arial" w:hAnsi="Arial" w:cs="Arial"/>
          <w:color w:val="222222"/>
          <w:rtl/>
        </w:rPr>
        <w:t>بهینه</w:t>
      </w:r>
      <w:proofErr w:type="spellEnd"/>
      <w:r w:rsidRPr="00DC1978">
        <w:rPr>
          <w:rFonts w:ascii="Arial" w:hAnsi="Arial" w:cs="Arial"/>
          <w:color w:val="222222"/>
          <w:rtl/>
        </w:rPr>
        <w:t xml:space="preserve"> نقش </w:t>
      </w:r>
      <w:proofErr w:type="spellStart"/>
      <w:r w:rsidRPr="00DC1978">
        <w:rPr>
          <w:rFonts w:ascii="Arial" w:hAnsi="Arial" w:cs="Arial"/>
          <w:color w:val="222222"/>
          <w:rtl/>
        </w:rPr>
        <w:t>تعیین‌کننده‌ای</w:t>
      </w:r>
      <w:proofErr w:type="spellEnd"/>
      <w:r w:rsidRPr="00DC1978">
        <w:rPr>
          <w:rFonts w:ascii="Arial" w:hAnsi="Arial" w:cs="Arial"/>
          <w:color w:val="222222"/>
          <w:rtl/>
        </w:rPr>
        <w:t xml:space="preserve"> داشته باشد (4،8).</w:t>
      </w:r>
    </w:p>
    <w:p w:rsidR="00CA7A18" w:rsidRPr="00DC1978" w:rsidRDefault="00B94999" w:rsidP="003E5B41">
      <w:pPr>
        <w:pStyle w:val="NormalWeb"/>
        <w:bidi/>
        <w:rPr>
          <w:rFonts w:ascii="Arial" w:hAnsi="Arial" w:cs="Arial"/>
          <w:color w:val="222222"/>
        </w:rPr>
      </w:pPr>
      <w:r w:rsidRPr="00DC1978">
        <w:rPr>
          <w:rFonts w:ascii="Arial" w:hAnsi="Arial" w:cs="Arial"/>
          <w:color w:val="222222"/>
          <w:rtl/>
        </w:rPr>
        <w:t xml:space="preserve">مطالعه حاضر </w:t>
      </w:r>
      <w:proofErr w:type="spellStart"/>
      <w:r w:rsidRPr="00DC1978">
        <w:rPr>
          <w:rFonts w:ascii="Arial" w:hAnsi="Arial" w:cs="Arial"/>
          <w:color w:val="222222"/>
          <w:rtl/>
        </w:rPr>
        <w:t>با</w:t>
      </w:r>
      <w:proofErr w:type="spellEnd"/>
      <w:r w:rsidRPr="00DC1978">
        <w:rPr>
          <w:rFonts w:ascii="Arial" w:hAnsi="Arial" w:cs="Arial"/>
          <w:color w:val="222222"/>
          <w:rtl/>
        </w:rPr>
        <w:t xml:space="preserve"> هدف </w:t>
      </w:r>
      <w:proofErr w:type="spellStart"/>
      <w:r w:rsidRPr="00DC1978">
        <w:rPr>
          <w:rFonts w:ascii="Arial" w:hAnsi="Arial" w:cs="Arial"/>
          <w:color w:val="222222"/>
          <w:rtl/>
        </w:rPr>
        <w:t>مقایسه</w:t>
      </w:r>
      <w:proofErr w:type="spellEnd"/>
      <w:r w:rsidRPr="00DC1978">
        <w:rPr>
          <w:rFonts w:ascii="Arial" w:hAnsi="Arial" w:cs="Arial"/>
          <w:color w:val="222222"/>
          <w:rtl/>
        </w:rPr>
        <w:t xml:space="preserve"> </w:t>
      </w:r>
      <w:proofErr w:type="gramStart"/>
      <w:r w:rsidRPr="00DC1978">
        <w:rPr>
          <w:rFonts w:ascii="Arial" w:hAnsi="Arial" w:cs="Arial"/>
          <w:color w:val="222222"/>
          <w:rtl/>
        </w:rPr>
        <w:t>اثر</w:t>
      </w:r>
      <w:proofErr w:type="gramEnd"/>
      <w:r w:rsidRPr="00DC1978">
        <w:rPr>
          <w:rFonts w:ascii="Arial" w:hAnsi="Arial" w:cs="Arial"/>
          <w:color w:val="222222"/>
          <w:rtl/>
        </w:rPr>
        <w:t xml:space="preserve"> </w:t>
      </w:r>
      <w:proofErr w:type="spellStart"/>
      <w:r w:rsidRPr="00DC1978">
        <w:rPr>
          <w:rFonts w:ascii="Arial" w:hAnsi="Arial" w:cs="Arial"/>
          <w:color w:val="222222"/>
          <w:rtl/>
        </w:rPr>
        <w:t>بخشی</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و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بر علائم </w:t>
      </w:r>
      <w:proofErr w:type="spellStart"/>
      <w:r w:rsidRPr="00DC1978">
        <w:rPr>
          <w:rFonts w:ascii="Arial" w:hAnsi="Arial" w:cs="Arial"/>
          <w:color w:val="222222"/>
          <w:rtl/>
        </w:rPr>
        <w:t>گوارشی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انجام شد تا بتوان بر اساس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حاصل، شواهد </w:t>
      </w:r>
      <w:proofErr w:type="spellStart"/>
      <w:r w:rsidRPr="00DC1978">
        <w:rPr>
          <w:rFonts w:ascii="Arial" w:hAnsi="Arial" w:cs="Arial"/>
          <w:color w:val="222222"/>
          <w:rtl/>
        </w:rPr>
        <w:t>دقیق‌تری</w:t>
      </w:r>
      <w:proofErr w:type="spellEnd"/>
      <w:r w:rsidRPr="00DC1978">
        <w:rPr>
          <w:rFonts w:ascii="Arial" w:hAnsi="Arial" w:cs="Arial"/>
          <w:color w:val="222222"/>
          <w:rtl/>
        </w:rPr>
        <w:t xml:space="preserve">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از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داروها در </w:t>
      </w:r>
      <w:proofErr w:type="spellStart"/>
      <w:r w:rsidRPr="00DC1978">
        <w:rPr>
          <w:rFonts w:ascii="Arial" w:hAnsi="Arial" w:cs="Arial"/>
          <w:color w:val="222222"/>
          <w:rtl/>
        </w:rPr>
        <w:t>مدیریت</w:t>
      </w:r>
      <w:proofErr w:type="spellEnd"/>
      <w:r w:rsidRPr="00DC1978">
        <w:rPr>
          <w:rFonts w:ascii="Arial" w:hAnsi="Arial" w:cs="Arial"/>
          <w:color w:val="222222"/>
          <w:rtl/>
        </w:rPr>
        <w:t xml:space="preserve"> </w:t>
      </w:r>
      <w:proofErr w:type="spellStart"/>
      <w:r w:rsidRPr="00DC1978">
        <w:rPr>
          <w:rFonts w:ascii="Arial" w:hAnsi="Arial" w:cs="Arial"/>
          <w:color w:val="222222"/>
          <w:rtl/>
        </w:rPr>
        <w:t>بالینی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ارائه</w:t>
      </w:r>
      <w:proofErr w:type="spellEnd"/>
      <w:r w:rsidRPr="00DC1978">
        <w:rPr>
          <w:rFonts w:ascii="Arial" w:hAnsi="Arial" w:cs="Arial"/>
          <w:color w:val="222222"/>
          <w:rtl/>
        </w:rPr>
        <w:t xml:space="preserve"> </w:t>
      </w:r>
      <w:proofErr w:type="spellStart"/>
      <w:r w:rsidRPr="00DC1978">
        <w:rPr>
          <w:rFonts w:ascii="Arial" w:hAnsi="Arial" w:cs="Arial"/>
          <w:color w:val="222222"/>
          <w:rtl/>
        </w:rPr>
        <w:t>نمود</w:t>
      </w:r>
      <w:proofErr w:type="spellEnd"/>
      <w:r w:rsidRPr="00DC1978">
        <w:rPr>
          <w:rFonts w:ascii="Arial" w:hAnsi="Arial" w:cs="Arial"/>
          <w:color w:val="222222"/>
          <w:rtl/>
        </w:rPr>
        <w:t>.</w:t>
      </w:r>
      <w:r w:rsidRPr="00DC1978">
        <w:t>.</w:t>
      </w:r>
    </w:p>
    <w:p w:rsidR="003E1A26" w:rsidRPr="00DC1978" w:rsidRDefault="00000000" w:rsidP="003E1A26">
      <w:pPr>
        <w:jc w:val="right"/>
        <w:rPr>
          <w:rFonts w:cs="Times New Roman"/>
          <w:b/>
          <w:bCs/>
          <w:sz w:val="24"/>
          <w:szCs w:val="24"/>
        </w:rPr>
      </w:pPr>
      <w:proofErr w:type="spellStart"/>
      <w:r w:rsidRPr="00DC1978">
        <w:rPr>
          <w:rFonts w:ascii="Times New Roman" w:hAnsi="Times New Roman" w:cs="Times New Roman"/>
          <w:b/>
          <w:bCs/>
          <w:sz w:val="24"/>
          <w:szCs w:val="24"/>
        </w:rPr>
        <w:t>مواد</w:t>
      </w:r>
      <w:proofErr w:type="spellEnd"/>
      <w:r w:rsidRPr="00DC1978">
        <w:rPr>
          <w:b/>
          <w:bCs/>
          <w:sz w:val="24"/>
          <w:szCs w:val="24"/>
        </w:rPr>
        <w:t xml:space="preserve"> </w:t>
      </w:r>
      <w:r w:rsidRPr="00DC1978">
        <w:rPr>
          <w:rFonts w:ascii="Times New Roman" w:hAnsi="Times New Roman" w:cs="Times New Roman"/>
          <w:b/>
          <w:bCs/>
          <w:sz w:val="24"/>
          <w:szCs w:val="24"/>
        </w:rPr>
        <w:t>و</w:t>
      </w:r>
      <w:r w:rsidRPr="00DC1978">
        <w:rPr>
          <w:b/>
          <w:bCs/>
          <w:sz w:val="24"/>
          <w:szCs w:val="24"/>
        </w:rPr>
        <w:t xml:space="preserve"> </w:t>
      </w:r>
      <w:proofErr w:type="spellStart"/>
      <w:r w:rsidRPr="00DC1978">
        <w:rPr>
          <w:rFonts w:ascii="Times New Roman" w:hAnsi="Times New Roman" w:cs="Times New Roman"/>
          <w:b/>
          <w:bCs/>
          <w:sz w:val="24"/>
          <w:szCs w:val="24"/>
        </w:rPr>
        <w:t>روش</w:t>
      </w:r>
      <w:r w:rsidRPr="00DC1978">
        <w:rPr>
          <w:b/>
          <w:bCs/>
          <w:sz w:val="24"/>
          <w:szCs w:val="24"/>
        </w:rPr>
        <w:t>‌</w:t>
      </w:r>
      <w:r w:rsidRPr="00DC1978">
        <w:rPr>
          <w:rFonts w:ascii="Times New Roman" w:hAnsi="Times New Roman" w:cs="Times New Roman"/>
          <w:b/>
          <w:bCs/>
          <w:sz w:val="24"/>
          <w:szCs w:val="24"/>
        </w:rPr>
        <w:t>ها</w:t>
      </w:r>
      <w:proofErr w:type="spellEnd"/>
    </w:p>
    <w:p w:rsidR="003E1A26" w:rsidRPr="00DC1978" w:rsidRDefault="003E1A26" w:rsidP="003E1A26">
      <w:pPr>
        <w:pStyle w:val="NormalWeb"/>
        <w:bidi/>
        <w:rPr>
          <w:rFonts w:ascii="Arial" w:hAnsi="Arial" w:cs="Arial"/>
          <w:color w:val="222222"/>
          <w:rtl/>
        </w:rPr>
      </w:pP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پژوهش</w:t>
      </w:r>
      <w:proofErr w:type="spellEnd"/>
      <w:r w:rsidRPr="00DC1978">
        <w:rPr>
          <w:rFonts w:ascii="Arial" w:hAnsi="Arial" w:cs="Arial"/>
          <w:color w:val="222222"/>
          <w:rtl/>
        </w:rPr>
        <w:t xml:space="preserve"> </w:t>
      </w:r>
      <w:proofErr w:type="spellStart"/>
      <w:r w:rsidRPr="00DC1978">
        <w:rPr>
          <w:rFonts w:ascii="Arial" w:hAnsi="Arial" w:cs="Arial"/>
          <w:color w:val="222222"/>
          <w:rtl/>
        </w:rPr>
        <w:t>یک</w:t>
      </w:r>
      <w:proofErr w:type="spellEnd"/>
      <w:r w:rsidRPr="00DC1978">
        <w:rPr>
          <w:rFonts w:ascii="Arial" w:hAnsi="Arial" w:cs="Arial"/>
          <w:color w:val="222222"/>
          <w:rtl/>
        </w:rPr>
        <w:t xml:space="preserve"> مطالعه </w:t>
      </w:r>
      <w:proofErr w:type="spellStart"/>
      <w:r w:rsidRPr="00DC1978">
        <w:rPr>
          <w:rFonts w:ascii="Arial" w:hAnsi="Arial" w:cs="Arial"/>
          <w:color w:val="222222"/>
          <w:rtl/>
        </w:rPr>
        <w:t>کارآزمایی</w:t>
      </w:r>
      <w:proofErr w:type="spellEnd"/>
      <w:r w:rsidRPr="00DC1978">
        <w:rPr>
          <w:rFonts w:ascii="Arial" w:hAnsi="Arial" w:cs="Arial"/>
          <w:color w:val="222222"/>
          <w:rtl/>
        </w:rPr>
        <w:t xml:space="preserve"> </w:t>
      </w:r>
      <w:proofErr w:type="spellStart"/>
      <w:r w:rsidRPr="00DC1978">
        <w:rPr>
          <w:rFonts w:ascii="Arial" w:hAnsi="Arial" w:cs="Arial"/>
          <w:color w:val="222222"/>
          <w:rtl/>
        </w:rPr>
        <w:t>بالینی</w:t>
      </w:r>
      <w:proofErr w:type="spellEnd"/>
      <w:r w:rsidRPr="00DC1978">
        <w:rPr>
          <w:rFonts w:ascii="Arial" w:hAnsi="Arial" w:cs="Arial"/>
          <w:color w:val="222222"/>
          <w:rtl/>
        </w:rPr>
        <w:t xml:space="preserve"> </w:t>
      </w:r>
      <w:proofErr w:type="spellStart"/>
      <w:r w:rsidRPr="00DC1978">
        <w:rPr>
          <w:rFonts w:ascii="Arial" w:hAnsi="Arial" w:cs="Arial"/>
          <w:color w:val="222222"/>
          <w:rtl/>
        </w:rPr>
        <w:t>تصادفی</w:t>
      </w:r>
      <w:proofErr w:type="spellEnd"/>
      <w:r w:rsidRPr="00DC1978">
        <w:rPr>
          <w:rFonts w:ascii="Arial" w:hAnsi="Arial" w:cs="Arial"/>
          <w:color w:val="222222"/>
          <w:rtl/>
        </w:rPr>
        <w:t xml:space="preserve"> </w:t>
      </w:r>
      <w:proofErr w:type="spellStart"/>
      <w:r w:rsidRPr="00DC1978">
        <w:rPr>
          <w:rFonts w:ascii="Arial" w:hAnsi="Arial" w:cs="Arial"/>
          <w:color w:val="222222"/>
          <w:rtl/>
        </w:rPr>
        <w:t>دوسوکور</w:t>
      </w:r>
      <w:proofErr w:type="spellEnd"/>
      <w:r w:rsidRPr="00DC1978">
        <w:rPr>
          <w:rFonts w:ascii="Arial" w:hAnsi="Arial" w:cs="Arial"/>
          <w:color w:val="222222"/>
          <w:rtl/>
        </w:rPr>
        <w:t xml:space="preserve"> است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هدف </w:t>
      </w:r>
      <w:proofErr w:type="spellStart"/>
      <w:r w:rsidRPr="00DC1978">
        <w:rPr>
          <w:rFonts w:ascii="Arial" w:hAnsi="Arial" w:cs="Arial"/>
          <w:color w:val="222222"/>
          <w:rtl/>
        </w:rPr>
        <w:t>مقایسه</w:t>
      </w:r>
      <w:proofErr w:type="spellEnd"/>
      <w:r w:rsidRPr="00DC1978">
        <w:rPr>
          <w:rFonts w:ascii="Arial" w:hAnsi="Arial" w:cs="Arial"/>
          <w:color w:val="222222"/>
          <w:rtl/>
        </w:rPr>
        <w:t xml:space="preserve"> </w:t>
      </w:r>
      <w:proofErr w:type="spellStart"/>
      <w:r w:rsidRPr="00DC1978">
        <w:rPr>
          <w:rFonts w:ascii="Arial" w:hAnsi="Arial" w:cs="Arial"/>
          <w:color w:val="222222"/>
          <w:rtl/>
        </w:rPr>
        <w:t>اثربخشی</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مبورین</w:t>
      </w:r>
      <w:proofErr w:type="spellEnd"/>
      <w:proofErr w:type="gramEnd"/>
      <w:r w:rsidRPr="00DC1978">
        <w:rPr>
          <w:rFonts w:ascii="Arial" w:hAnsi="Arial" w:cs="Arial"/>
          <w:color w:val="222222"/>
          <w:rtl/>
        </w:rPr>
        <w:t xml:space="preserve"> بر علائم </w:t>
      </w:r>
      <w:proofErr w:type="spellStart"/>
      <w:r w:rsidRPr="00DC1978">
        <w:rPr>
          <w:rFonts w:ascii="Arial" w:hAnsi="Arial" w:cs="Arial"/>
          <w:color w:val="222222"/>
          <w:rtl/>
        </w:rPr>
        <w:t>گوارشی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انجام شد. جامعه مورد مطالعه شامل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مراجعه‌کننده</w:t>
      </w:r>
      <w:proofErr w:type="spellEnd"/>
      <w:r w:rsidRPr="00DC1978">
        <w:rPr>
          <w:rFonts w:ascii="Arial" w:hAnsi="Arial" w:cs="Arial"/>
          <w:color w:val="222222"/>
          <w:rtl/>
        </w:rPr>
        <w:t xml:space="preserve"> به </w:t>
      </w:r>
      <w:proofErr w:type="spellStart"/>
      <w:r w:rsidRPr="00DC1978">
        <w:rPr>
          <w:rFonts w:ascii="Arial" w:hAnsi="Arial" w:cs="Arial"/>
          <w:color w:val="222222"/>
          <w:rtl/>
        </w:rPr>
        <w:t>درمانگاه</w:t>
      </w:r>
      <w:proofErr w:type="spellEnd"/>
      <w:r w:rsidRPr="00DC1978">
        <w:rPr>
          <w:rFonts w:ascii="Arial" w:hAnsi="Arial" w:cs="Arial"/>
          <w:color w:val="222222"/>
          <w:rtl/>
        </w:rPr>
        <w:t xml:space="preserve"> </w:t>
      </w:r>
      <w:proofErr w:type="spellStart"/>
      <w:r w:rsidRPr="00DC1978">
        <w:rPr>
          <w:rFonts w:ascii="Arial" w:hAnsi="Arial" w:cs="Arial"/>
          <w:color w:val="222222"/>
          <w:rtl/>
        </w:rPr>
        <w:t>داخلی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بیمارستان</w:t>
      </w:r>
      <w:proofErr w:type="spellEnd"/>
      <w:r w:rsidRPr="00DC1978">
        <w:rPr>
          <w:rFonts w:ascii="Arial" w:hAnsi="Arial" w:cs="Arial"/>
          <w:color w:val="222222"/>
          <w:rtl/>
        </w:rPr>
        <w:t xml:space="preserve"> </w:t>
      </w:r>
      <w:proofErr w:type="spellStart"/>
      <w:r w:rsidRPr="00DC1978">
        <w:rPr>
          <w:rFonts w:ascii="Arial" w:hAnsi="Arial" w:cs="Arial"/>
          <w:color w:val="222222"/>
          <w:rtl/>
        </w:rPr>
        <w:t>بوعلی</w:t>
      </w:r>
      <w:proofErr w:type="spellEnd"/>
      <w:r w:rsidRPr="00DC1978">
        <w:rPr>
          <w:rFonts w:ascii="Arial" w:hAnsi="Arial" w:cs="Arial"/>
          <w:color w:val="222222"/>
          <w:rtl/>
        </w:rPr>
        <w:t xml:space="preserve"> تهران </w:t>
      </w:r>
      <w:proofErr w:type="spellStart"/>
      <w:r w:rsidRPr="00DC1978">
        <w:rPr>
          <w:rFonts w:ascii="Arial" w:hAnsi="Arial" w:cs="Arial"/>
          <w:color w:val="222222"/>
          <w:rtl/>
        </w:rPr>
        <w:t>وابسته</w:t>
      </w:r>
      <w:proofErr w:type="spellEnd"/>
      <w:r w:rsidRPr="00DC1978">
        <w:rPr>
          <w:rFonts w:ascii="Arial" w:hAnsi="Arial" w:cs="Arial"/>
          <w:color w:val="222222"/>
          <w:rtl/>
        </w:rPr>
        <w:t xml:space="preserve"> به </w:t>
      </w:r>
      <w:proofErr w:type="spellStart"/>
      <w:r w:rsidRPr="00DC1978">
        <w:rPr>
          <w:rFonts w:ascii="Arial" w:hAnsi="Arial" w:cs="Arial"/>
          <w:color w:val="222222"/>
          <w:rtl/>
        </w:rPr>
        <w:t>دانشگاه</w:t>
      </w:r>
      <w:proofErr w:type="spellEnd"/>
      <w:r w:rsidRPr="00DC1978">
        <w:rPr>
          <w:rFonts w:ascii="Arial" w:hAnsi="Arial" w:cs="Arial"/>
          <w:color w:val="222222"/>
          <w:rtl/>
        </w:rPr>
        <w:t xml:space="preserve"> آزاد </w:t>
      </w:r>
      <w:proofErr w:type="spellStart"/>
      <w:r w:rsidRPr="00DC1978">
        <w:rPr>
          <w:rFonts w:ascii="Arial" w:hAnsi="Arial" w:cs="Arial"/>
          <w:color w:val="222222"/>
          <w:rtl/>
        </w:rPr>
        <w:t>اسلامی</w:t>
      </w:r>
      <w:proofErr w:type="spellEnd"/>
      <w:r w:rsidRPr="00DC1978">
        <w:rPr>
          <w:rFonts w:ascii="Arial" w:hAnsi="Arial" w:cs="Arial"/>
          <w:color w:val="222222"/>
          <w:rtl/>
        </w:rPr>
        <w:t xml:space="preserve">، واحد علوم </w:t>
      </w:r>
      <w:proofErr w:type="spellStart"/>
      <w:r w:rsidRPr="00DC1978">
        <w:rPr>
          <w:rFonts w:ascii="Arial" w:hAnsi="Arial" w:cs="Arial"/>
          <w:color w:val="222222"/>
          <w:rtl/>
        </w:rPr>
        <w:t>پزشکی</w:t>
      </w:r>
      <w:proofErr w:type="spellEnd"/>
      <w:r w:rsidRPr="00DC1978">
        <w:rPr>
          <w:rFonts w:ascii="Arial" w:hAnsi="Arial" w:cs="Arial"/>
          <w:color w:val="222222"/>
          <w:rtl/>
        </w:rPr>
        <w:t xml:space="preserve"> تهران در </w:t>
      </w:r>
      <w:proofErr w:type="spellStart"/>
      <w:r w:rsidRPr="00DC1978">
        <w:rPr>
          <w:rFonts w:ascii="Arial" w:hAnsi="Arial" w:cs="Arial"/>
          <w:color w:val="222222"/>
          <w:rtl/>
        </w:rPr>
        <w:t>سال‌های</w:t>
      </w:r>
      <w:proofErr w:type="spellEnd"/>
      <w:r w:rsidRPr="00DC1978">
        <w:rPr>
          <w:rFonts w:ascii="Arial" w:hAnsi="Arial" w:cs="Arial"/>
          <w:color w:val="222222"/>
          <w:rtl/>
        </w:rPr>
        <w:t xml:space="preserve"> </w:t>
      </w:r>
      <w:r w:rsidRPr="00DC1978">
        <w:rPr>
          <w:rFonts w:ascii="Arial" w:hAnsi="Arial" w:cs="Arial"/>
          <w:color w:val="222222"/>
          <w:rtl/>
          <w:lang w:bidi="fa-IR"/>
        </w:rPr>
        <w:t>۱۳۹۷</w:t>
      </w:r>
      <w:r w:rsidRPr="00DC1978">
        <w:rPr>
          <w:rFonts w:ascii="Arial" w:hAnsi="Arial" w:cs="Arial"/>
          <w:color w:val="222222"/>
          <w:rtl/>
        </w:rPr>
        <w:t xml:space="preserve"> تا </w:t>
      </w:r>
      <w:r w:rsidRPr="00DC1978">
        <w:rPr>
          <w:rFonts w:ascii="Arial" w:hAnsi="Arial" w:cs="Arial"/>
          <w:color w:val="222222"/>
          <w:rtl/>
          <w:lang w:bidi="fa-IR"/>
        </w:rPr>
        <w:t>۱۳۹۸</w:t>
      </w:r>
      <w:r w:rsidRPr="00DC1978">
        <w:rPr>
          <w:rFonts w:ascii="Arial" w:hAnsi="Arial" w:cs="Arial"/>
          <w:color w:val="222222"/>
          <w:rtl/>
        </w:rPr>
        <w:t xml:space="preserve"> بود.</w:t>
      </w:r>
    </w:p>
    <w:p w:rsidR="003E1A26" w:rsidRPr="00DC1978" w:rsidRDefault="003E1A26" w:rsidP="003E1A26">
      <w:pPr>
        <w:pStyle w:val="NormalWeb"/>
        <w:bidi/>
        <w:rPr>
          <w:rFonts w:ascii="Arial" w:hAnsi="Arial" w:cs="Arial"/>
          <w:color w:val="222222"/>
          <w:rtl/>
        </w:rPr>
      </w:pPr>
      <w:proofErr w:type="spellStart"/>
      <w:r w:rsidRPr="00DC1978">
        <w:rPr>
          <w:rFonts w:ascii="Arial" w:hAnsi="Arial" w:cs="Arial"/>
          <w:color w:val="222222"/>
          <w:rtl/>
        </w:rPr>
        <w:t>معیار</w:t>
      </w:r>
      <w:proofErr w:type="spellEnd"/>
      <w:r w:rsidRPr="00DC1978">
        <w:rPr>
          <w:rFonts w:ascii="Arial" w:hAnsi="Arial" w:cs="Arial"/>
          <w:color w:val="222222"/>
          <w:rtl/>
        </w:rPr>
        <w:t xml:space="preserve"> ورود به مطالعه شامل </w:t>
      </w:r>
      <w:proofErr w:type="spellStart"/>
      <w:r w:rsidRPr="00DC1978">
        <w:rPr>
          <w:rFonts w:ascii="Arial" w:hAnsi="Arial" w:cs="Arial"/>
          <w:color w:val="222222"/>
          <w:rtl/>
        </w:rPr>
        <w:t>تشخیص</w:t>
      </w:r>
      <w:proofErr w:type="spellEnd"/>
      <w:r w:rsidRPr="00DC1978">
        <w:rPr>
          <w:rFonts w:ascii="Arial" w:hAnsi="Arial" w:cs="Arial"/>
          <w:color w:val="222222"/>
          <w:rtl/>
        </w:rPr>
        <w:t xml:space="preserve"> </w:t>
      </w:r>
      <w:proofErr w:type="spellStart"/>
      <w:r w:rsidRPr="00DC1978">
        <w:rPr>
          <w:rFonts w:ascii="Arial" w:hAnsi="Arial" w:cs="Arial"/>
          <w:color w:val="222222"/>
          <w:rtl/>
        </w:rPr>
        <w:t>قطعی</w:t>
      </w:r>
      <w:proofErr w:type="spellEnd"/>
      <w:r w:rsidRPr="00DC1978">
        <w:rPr>
          <w:rFonts w:ascii="Arial" w:hAnsi="Arial" w:cs="Arial"/>
          <w:color w:val="222222"/>
          <w:rtl/>
        </w:rPr>
        <w:t xml:space="preserve">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بر اساس </w:t>
      </w:r>
      <w:proofErr w:type="spellStart"/>
      <w:r w:rsidRPr="00DC1978">
        <w:rPr>
          <w:rFonts w:ascii="Arial" w:hAnsi="Arial" w:cs="Arial"/>
          <w:color w:val="222222"/>
          <w:rtl/>
        </w:rPr>
        <w:t>معیار</w:t>
      </w:r>
      <w:proofErr w:type="spellEnd"/>
      <w:r w:rsidRPr="00DC1978">
        <w:rPr>
          <w:rFonts w:ascii="Arial" w:hAnsi="Arial" w:cs="Arial"/>
          <w:color w:val="222222"/>
          <w:rtl/>
        </w:rPr>
        <w:t xml:space="preserve"> رم </w:t>
      </w:r>
      <w:r w:rsidRPr="00DC1978">
        <w:rPr>
          <w:rFonts w:ascii="Arial" w:hAnsi="Arial" w:cs="Arial"/>
          <w:color w:val="222222"/>
        </w:rPr>
        <w:t>IV</w:t>
      </w:r>
      <w:r w:rsidRPr="00DC1978">
        <w:rPr>
          <w:rFonts w:ascii="Arial" w:hAnsi="Arial" w:cs="Arial"/>
          <w:color w:val="222222"/>
          <w:rtl/>
        </w:rPr>
        <w:t xml:space="preserve">، وجود درد </w:t>
      </w:r>
      <w:proofErr w:type="spellStart"/>
      <w:r w:rsidRPr="00DC1978">
        <w:rPr>
          <w:rFonts w:ascii="Arial" w:hAnsi="Arial" w:cs="Arial"/>
          <w:color w:val="222222"/>
          <w:rtl/>
        </w:rPr>
        <w:t>یا</w:t>
      </w:r>
      <w:proofErr w:type="spellEnd"/>
      <w:r w:rsidRPr="00DC1978">
        <w:rPr>
          <w:rFonts w:ascii="Arial" w:hAnsi="Arial" w:cs="Arial"/>
          <w:color w:val="222222"/>
          <w:rtl/>
        </w:rPr>
        <w:t xml:space="preserve"> </w:t>
      </w:r>
      <w:proofErr w:type="spellStart"/>
      <w:r w:rsidRPr="00DC1978">
        <w:rPr>
          <w:rFonts w:ascii="Arial" w:hAnsi="Arial" w:cs="Arial"/>
          <w:color w:val="222222"/>
          <w:rtl/>
        </w:rPr>
        <w:t>ناراحتی</w:t>
      </w:r>
      <w:proofErr w:type="spellEnd"/>
      <w:r w:rsidRPr="00DC1978">
        <w:rPr>
          <w:rFonts w:ascii="Arial" w:hAnsi="Arial" w:cs="Arial"/>
          <w:color w:val="222222"/>
          <w:rtl/>
        </w:rPr>
        <w:t xml:space="preserve">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به </w:t>
      </w:r>
      <w:proofErr w:type="spellStart"/>
      <w:r w:rsidRPr="00DC1978">
        <w:rPr>
          <w:rFonts w:ascii="Arial" w:hAnsi="Arial" w:cs="Arial"/>
          <w:color w:val="222222"/>
          <w:rtl/>
        </w:rPr>
        <w:t>همراه</w:t>
      </w:r>
      <w:proofErr w:type="spellEnd"/>
      <w:r w:rsidRPr="00DC1978">
        <w:rPr>
          <w:rFonts w:ascii="Arial" w:hAnsi="Arial" w:cs="Arial"/>
          <w:color w:val="222222"/>
          <w:rtl/>
        </w:rPr>
        <w:t xml:space="preserve"> </w:t>
      </w:r>
      <w:proofErr w:type="spellStart"/>
      <w:r w:rsidRPr="00DC1978">
        <w:rPr>
          <w:rFonts w:ascii="Arial" w:hAnsi="Arial" w:cs="Arial"/>
          <w:color w:val="222222"/>
          <w:rtl/>
        </w:rPr>
        <w:t>تغییر</w:t>
      </w:r>
      <w:proofErr w:type="spellEnd"/>
      <w:r w:rsidRPr="00DC1978">
        <w:rPr>
          <w:rFonts w:ascii="Arial" w:hAnsi="Arial" w:cs="Arial"/>
          <w:color w:val="222222"/>
          <w:rtl/>
        </w:rPr>
        <w:t xml:space="preserve"> در عادات دفع، </w:t>
      </w:r>
      <w:proofErr w:type="gramStart"/>
      <w:r w:rsidRPr="00DC1978">
        <w:rPr>
          <w:rFonts w:ascii="Arial" w:hAnsi="Arial" w:cs="Arial"/>
          <w:color w:val="222222"/>
          <w:rtl/>
        </w:rPr>
        <w:t xml:space="preserve">و </w:t>
      </w:r>
      <w:proofErr w:type="spellStart"/>
      <w:r w:rsidRPr="00DC1978">
        <w:rPr>
          <w:rFonts w:ascii="Arial" w:hAnsi="Arial" w:cs="Arial"/>
          <w:color w:val="222222"/>
          <w:rtl/>
        </w:rPr>
        <w:t>تمایل</w:t>
      </w:r>
      <w:proofErr w:type="spellEnd"/>
      <w:proofErr w:type="gramEnd"/>
      <w:r w:rsidRPr="00DC1978">
        <w:rPr>
          <w:rFonts w:ascii="Arial" w:hAnsi="Arial" w:cs="Arial"/>
          <w:color w:val="222222"/>
          <w:rtl/>
        </w:rPr>
        <w:t xml:space="preserve"> به </w:t>
      </w:r>
      <w:proofErr w:type="spellStart"/>
      <w:r w:rsidRPr="00DC1978">
        <w:rPr>
          <w:rFonts w:ascii="Arial" w:hAnsi="Arial" w:cs="Arial"/>
          <w:color w:val="222222"/>
          <w:rtl/>
        </w:rPr>
        <w:t>مشارکت</w:t>
      </w:r>
      <w:proofErr w:type="spellEnd"/>
      <w:r w:rsidRPr="00DC1978">
        <w:rPr>
          <w:rFonts w:ascii="Arial" w:hAnsi="Arial" w:cs="Arial"/>
          <w:color w:val="222222"/>
          <w:rtl/>
        </w:rPr>
        <w:t xml:space="preserve"> در </w:t>
      </w:r>
      <w:proofErr w:type="spellStart"/>
      <w:r w:rsidRPr="00DC1978">
        <w:rPr>
          <w:rFonts w:ascii="Arial" w:hAnsi="Arial" w:cs="Arial"/>
          <w:color w:val="222222"/>
          <w:rtl/>
        </w:rPr>
        <w:t>پژوهش</w:t>
      </w:r>
      <w:proofErr w:type="spellEnd"/>
      <w:r w:rsidRPr="00DC1978">
        <w:rPr>
          <w:rFonts w:ascii="Arial" w:hAnsi="Arial" w:cs="Arial"/>
          <w:color w:val="222222"/>
          <w:rtl/>
        </w:rPr>
        <w:t xml:space="preserve"> بود.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دارای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بیماری‌های</w:t>
      </w:r>
      <w:proofErr w:type="spellEnd"/>
      <w:r w:rsidRPr="00DC1978">
        <w:rPr>
          <w:rFonts w:ascii="Arial" w:hAnsi="Arial" w:cs="Arial"/>
          <w:color w:val="222222"/>
          <w:rtl/>
        </w:rPr>
        <w:t xml:space="preserve"> </w:t>
      </w:r>
      <w:proofErr w:type="spellStart"/>
      <w:r w:rsidRPr="00DC1978">
        <w:rPr>
          <w:rFonts w:ascii="Arial" w:hAnsi="Arial" w:cs="Arial"/>
          <w:color w:val="222222"/>
          <w:rtl/>
        </w:rPr>
        <w:lastRenderedPageBreak/>
        <w:t>التهابی</w:t>
      </w:r>
      <w:proofErr w:type="spellEnd"/>
      <w:r w:rsidRPr="00DC1978">
        <w:rPr>
          <w:rFonts w:ascii="Arial" w:hAnsi="Arial" w:cs="Arial"/>
          <w:color w:val="222222"/>
          <w:rtl/>
        </w:rPr>
        <w:t xml:space="preserve"> </w:t>
      </w:r>
      <w:proofErr w:type="spellStart"/>
      <w:r w:rsidRPr="00DC1978">
        <w:rPr>
          <w:rFonts w:ascii="Arial" w:hAnsi="Arial" w:cs="Arial"/>
          <w:color w:val="222222"/>
          <w:rtl/>
        </w:rPr>
        <w:t>یا</w:t>
      </w:r>
      <w:proofErr w:type="spellEnd"/>
      <w:r w:rsidRPr="00DC1978">
        <w:rPr>
          <w:rFonts w:ascii="Arial" w:hAnsi="Arial" w:cs="Arial"/>
          <w:color w:val="222222"/>
          <w:rtl/>
        </w:rPr>
        <w:t xml:space="preserve"> </w:t>
      </w:r>
      <w:proofErr w:type="spellStart"/>
      <w:r w:rsidRPr="00DC1978">
        <w:rPr>
          <w:rFonts w:ascii="Arial" w:hAnsi="Arial" w:cs="Arial"/>
          <w:color w:val="222222"/>
          <w:rtl/>
        </w:rPr>
        <w:t>ارگانیک</w:t>
      </w:r>
      <w:proofErr w:type="spellEnd"/>
      <w:r w:rsidRPr="00DC1978">
        <w:rPr>
          <w:rFonts w:ascii="Arial" w:hAnsi="Arial" w:cs="Arial"/>
          <w:color w:val="222222"/>
          <w:rtl/>
        </w:rPr>
        <w:t xml:space="preserve"> روده، سابقه </w:t>
      </w:r>
      <w:proofErr w:type="spellStart"/>
      <w:r w:rsidRPr="00DC1978">
        <w:rPr>
          <w:rFonts w:ascii="Arial" w:hAnsi="Arial" w:cs="Arial"/>
          <w:color w:val="222222"/>
          <w:rtl/>
        </w:rPr>
        <w:t>جراحی</w:t>
      </w:r>
      <w:proofErr w:type="spellEnd"/>
      <w:r w:rsidRPr="00DC1978">
        <w:rPr>
          <w:rFonts w:ascii="Arial" w:hAnsi="Arial" w:cs="Arial"/>
          <w:color w:val="222222"/>
          <w:rtl/>
        </w:rPr>
        <w:t xml:space="preserve"> عمده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مصرف </w:t>
      </w:r>
      <w:proofErr w:type="spellStart"/>
      <w:r w:rsidRPr="00DC1978">
        <w:rPr>
          <w:rFonts w:ascii="Arial" w:hAnsi="Arial" w:cs="Arial"/>
          <w:color w:val="222222"/>
          <w:rtl/>
        </w:rPr>
        <w:t>آنتی‌بیوتیک</w:t>
      </w:r>
      <w:proofErr w:type="spellEnd"/>
      <w:r w:rsidRPr="00DC1978">
        <w:rPr>
          <w:rFonts w:ascii="Arial" w:hAnsi="Arial" w:cs="Arial"/>
          <w:color w:val="222222"/>
          <w:rtl/>
        </w:rPr>
        <w:t xml:space="preserve"> در </w:t>
      </w:r>
      <w:proofErr w:type="spellStart"/>
      <w:r w:rsidRPr="00DC1978">
        <w:rPr>
          <w:rFonts w:ascii="Arial" w:hAnsi="Arial" w:cs="Arial"/>
          <w:color w:val="222222"/>
          <w:rtl/>
        </w:rPr>
        <w:t>چهار</w:t>
      </w:r>
      <w:proofErr w:type="spellEnd"/>
      <w:r w:rsidRPr="00DC1978">
        <w:rPr>
          <w:rFonts w:ascii="Arial" w:hAnsi="Arial" w:cs="Arial"/>
          <w:color w:val="222222"/>
          <w:rtl/>
        </w:rPr>
        <w:t xml:space="preserve"> هفته </w:t>
      </w:r>
      <w:proofErr w:type="spellStart"/>
      <w:r w:rsidRPr="00DC1978">
        <w:rPr>
          <w:rFonts w:ascii="Arial" w:hAnsi="Arial" w:cs="Arial"/>
          <w:color w:val="222222"/>
          <w:rtl/>
        </w:rPr>
        <w:t>اخیر</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یا</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حساسیت</w:t>
      </w:r>
      <w:proofErr w:type="spellEnd"/>
      <w:r w:rsidRPr="00DC1978">
        <w:rPr>
          <w:rFonts w:ascii="Arial" w:hAnsi="Arial" w:cs="Arial"/>
          <w:color w:val="222222"/>
          <w:rtl/>
        </w:rPr>
        <w:t xml:space="preserve"> </w:t>
      </w:r>
      <w:proofErr w:type="spellStart"/>
      <w:r w:rsidRPr="00DC1978">
        <w:rPr>
          <w:rFonts w:ascii="Arial" w:hAnsi="Arial" w:cs="Arial"/>
          <w:color w:val="222222"/>
          <w:rtl/>
        </w:rPr>
        <w:t>دارویی</w:t>
      </w:r>
      <w:proofErr w:type="spellEnd"/>
      <w:r w:rsidRPr="00DC1978">
        <w:rPr>
          <w:rFonts w:ascii="Arial" w:hAnsi="Arial" w:cs="Arial"/>
          <w:color w:val="222222"/>
          <w:rtl/>
        </w:rPr>
        <w:t xml:space="preserve"> نسبت به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یا</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از مطالعه خارج </w:t>
      </w:r>
      <w:proofErr w:type="spellStart"/>
      <w:r w:rsidRPr="00DC1978">
        <w:rPr>
          <w:rFonts w:ascii="Arial" w:hAnsi="Arial" w:cs="Arial"/>
          <w:color w:val="222222"/>
          <w:rtl/>
        </w:rPr>
        <w:t>شدند</w:t>
      </w:r>
      <w:proofErr w:type="spellEnd"/>
      <w:r w:rsidRPr="00DC1978">
        <w:rPr>
          <w:rFonts w:ascii="Arial" w:hAnsi="Arial" w:cs="Arial"/>
          <w:color w:val="222222"/>
          <w:rtl/>
        </w:rPr>
        <w:t>.</w:t>
      </w:r>
    </w:p>
    <w:p w:rsidR="003E1A26" w:rsidRPr="00DC1978" w:rsidRDefault="003E1A26" w:rsidP="003E1A26">
      <w:pPr>
        <w:pStyle w:val="NormalWeb"/>
        <w:bidi/>
        <w:rPr>
          <w:rFonts w:ascii="Arial" w:hAnsi="Arial" w:cs="Arial"/>
          <w:color w:val="222222"/>
          <w:rtl/>
        </w:rPr>
      </w:pPr>
      <w:proofErr w:type="spellStart"/>
      <w:r w:rsidRPr="00DC1978">
        <w:rPr>
          <w:rFonts w:ascii="Arial" w:hAnsi="Arial" w:cs="Arial"/>
          <w:color w:val="222222"/>
          <w:rtl/>
        </w:rPr>
        <w:t>پس</w:t>
      </w:r>
      <w:proofErr w:type="spellEnd"/>
      <w:r w:rsidRPr="00DC1978">
        <w:rPr>
          <w:rFonts w:ascii="Arial" w:hAnsi="Arial" w:cs="Arial"/>
          <w:color w:val="222222"/>
          <w:rtl/>
        </w:rPr>
        <w:t xml:space="preserve"> از اخذ </w:t>
      </w:r>
      <w:proofErr w:type="spellStart"/>
      <w:r w:rsidRPr="00DC1978">
        <w:rPr>
          <w:rFonts w:ascii="Arial" w:hAnsi="Arial" w:cs="Arial"/>
          <w:color w:val="222222"/>
          <w:rtl/>
        </w:rPr>
        <w:t>رضایت‌نامه</w:t>
      </w:r>
      <w:proofErr w:type="spellEnd"/>
      <w:r w:rsidRPr="00DC1978">
        <w:rPr>
          <w:rFonts w:ascii="Arial" w:hAnsi="Arial" w:cs="Arial"/>
          <w:color w:val="222222"/>
          <w:rtl/>
        </w:rPr>
        <w:t xml:space="preserve"> </w:t>
      </w:r>
      <w:proofErr w:type="spellStart"/>
      <w:r w:rsidRPr="00DC1978">
        <w:rPr>
          <w:rFonts w:ascii="Arial" w:hAnsi="Arial" w:cs="Arial"/>
          <w:color w:val="222222"/>
          <w:rtl/>
        </w:rPr>
        <w:t>آگاهانه</w:t>
      </w:r>
      <w:proofErr w:type="spellEnd"/>
      <w:r w:rsidRPr="00DC1978">
        <w:rPr>
          <w:rFonts w:ascii="Arial" w:hAnsi="Arial" w:cs="Arial"/>
          <w:color w:val="222222"/>
          <w:rtl/>
        </w:rPr>
        <w:t xml:space="preserve"> از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تعداد </w:t>
      </w:r>
      <w:r w:rsidRPr="00DC1978">
        <w:rPr>
          <w:rFonts w:ascii="Arial" w:hAnsi="Arial" w:cs="Arial"/>
          <w:color w:val="222222"/>
          <w:rtl/>
          <w:lang w:bidi="fa-IR"/>
        </w:rPr>
        <w:t>۱۰۰</w:t>
      </w:r>
      <w:r w:rsidRPr="00DC1978">
        <w:rPr>
          <w:rFonts w:ascii="Arial" w:hAnsi="Arial" w:cs="Arial"/>
          <w:color w:val="222222"/>
          <w:rtl/>
        </w:rPr>
        <w:t xml:space="preserve"> نفر به روش </w:t>
      </w:r>
      <w:proofErr w:type="spellStart"/>
      <w:r w:rsidRPr="00DC1978">
        <w:rPr>
          <w:rFonts w:ascii="Arial" w:hAnsi="Arial" w:cs="Arial"/>
          <w:color w:val="222222"/>
          <w:rtl/>
        </w:rPr>
        <w:t>تصادفی</w:t>
      </w:r>
      <w:proofErr w:type="spellEnd"/>
      <w:r w:rsidRPr="00DC1978">
        <w:rPr>
          <w:rFonts w:ascii="Arial" w:hAnsi="Arial" w:cs="Arial"/>
          <w:color w:val="222222"/>
          <w:rtl/>
        </w:rPr>
        <w:t xml:space="preserve"> </w:t>
      </w:r>
      <w:proofErr w:type="spellStart"/>
      <w:r w:rsidRPr="00DC1978">
        <w:rPr>
          <w:rFonts w:ascii="Arial" w:hAnsi="Arial" w:cs="Arial"/>
          <w:color w:val="222222"/>
          <w:rtl/>
        </w:rPr>
        <w:t>بلوکی</w:t>
      </w:r>
      <w:proofErr w:type="spellEnd"/>
      <w:r w:rsidRPr="00DC1978">
        <w:rPr>
          <w:rFonts w:ascii="Arial" w:hAnsi="Arial" w:cs="Arial"/>
          <w:color w:val="222222"/>
          <w:rtl/>
        </w:rPr>
        <w:t xml:space="preserve"> در دو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مساوی</w:t>
      </w:r>
      <w:proofErr w:type="spellEnd"/>
      <w:r w:rsidRPr="00DC1978">
        <w:rPr>
          <w:rFonts w:ascii="Arial" w:hAnsi="Arial" w:cs="Arial"/>
          <w:color w:val="222222"/>
          <w:rtl/>
        </w:rPr>
        <w:t xml:space="preserve"> </w:t>
      </w:r>
      <w:proofErr w:type="spellStart"/>
      <w:r w:rsidRPr="00DC1978">
        <w:rPr>
          <w:rFonts w:ascii="Arial" w:hAnsi="Arial" w:cs="Arial"/>
          <w:color w:val="222222"/>
          <w:rtl/>
        </w:rPr>
        <w:t>تقسیم</w:t>
      </w:r>
      <w:proofErr w:type="spellEnd"/>
      <w:r w:rsidRPr="00DC1978">
        <w:rPr>
          <w:rFonts w:ascii="Arial" w:hAnsi="Arial" w:cs="Arial"/>
          <w:color w:val="222222"/>
          <w:rtl/>
        </w:rPr>
        <w:t xml:space="preserve"> </w:t>
      </w:r>
      <w:proofErr w:type="spellStart"/>
      <w:r w:rsidRPr="00DC1978">
        <w:rPr>
          <w:rFonts w:ascii="Arial" w:hAnsi="Arial" w:cs="Arial"/>
          <w:color w:val="222222"/>
          <w:rtl/>
        </w:rPr>
        <w:t>شدند</w:t>
      </w:r>
      <w:proofErr w:type="spellEnd"/>
      <w:r w:rsidRPr="00DC1978">
        <w:rPr>
          <w:rFonts w:ascii="Arial" w:hAnsi="Arial" w:cs="Arial"/>
          <w:color w:val="222222"/>
          <w:rtl/>
        </w:rPr>
        <w:t xml:space="preserve">.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اول (</w:t>
      </w:r>
      <w:r w:rsidRPr="00DC1978">
        <w:rPr>
          <w:rFonts w:ascii="Arial" w:hAnsi="Arial" w:cs="Arial"/>
          <w:color w:val="222222"/>
        </w:rPr>
        <w:t>n=50</w:t>
      </w:r>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دوز </w:t>
      </w:r>
      <w:r w:rsidRPr="00DC1978">
        <w:rPr>
          <w:rFonts w:ascii="Arial" w:hAnsi="Arial" w:cs="Arial"/>
          <w:color w:val="222222"/>
          <w:rtl/>
          <w:lang w:bidi="fa-IR"/>
        </w:rPr>
        <w:t>۲۰۰</w:t>
      </w:r>
      <w:r w:rsidRPr="00DC1978">
        <w:rPr>
          <w:rFonts w:ascii="Arial" w:hAnsi="Arial" w:cs="Arial"/>
          <w:color w:val="222222"/>
          <w:rtl/>
        </w:rPr>
        <w:t xml:space="preserve"> </w:t>
      </w:r>
      <w:proofErr w:type="spellStart"/>
      <w:r w:rsidRPr="00DC1978">
        <w:rPr>
          <w:rFonts w:ascii="Arial" w:hAnsi="Arial" w:cs="Arial"/>
          <w:color w:val="222222"/>
          <w:rtl/>
        </w:rPr>
        <w:t>میلی‌گرم</w:t>
      </w:r>
      <w:proofErr w:type="spellEnd"/>
      <w:r w:rsidRPr="00DC1978">
        <w:rPr>
          <w:rFonts w:ascii="Arial" w:hAnsi="Arial" w:cs="Arial"/>
          <w:color w:val="222222"/>
          <w:rtl/>
        </w:rPr>
        <w:t xml:space="preserve">، دو عدد هر </w:t>
      </w:r>
      <w:r w:rsidRPr="00DC1978">
        <w:rPr>
          <w:rFonts w:ascii="Arial" w:hAnsi="Arial" w:cs="Arial"/>
          <w:color w:val="222222"/>
          <w:rtl/>
          <w:lang w:bidi="fa-IR"/>
        </w:rPr>
        <w:t>۸</w:t>
      </w:r>
      <w:r w:rsidRPr="00DC1978">
        <w:rPr>
          <w:rFonts w:ascii="Arial" w:hAnsi="Arial" w:cs="Arial"/>
          <w:color w:val="222222"/>
          <w:rtl/>
        </w:rPr>
        <w:t xml:space="preserve"> </w:t>
      </w:r>
      <w:proofErr w:type="gramStart"/>
      <w:r w:rsidRPr="00DC1978">
        <w:rPr>
          <w:rFonts w:ascii="Arial" w:hAnsi="Arial" w:cs="Arial"/>
          <w:color w:val="222222"/>
          <w:rtl/>
        </w:rPr>
        <w:t>ساعت</w:t>
      </w:r>
      <w:proofErr w:type="gramEnd"/>
      <w:r w:rsidRPr="00DC1978">
        <w:rPr>
          <w:rFonts w:ascii="Arial" w:hAnsi="Arial" w:cs="Arial"/>
          <w:color w:val="222222"/>
          <w:rtl/>
        </w:rPr>
        <w:t xml:space="preserve"> به مدت </w:t>
      </w:r>
      <w:r w:rsidRPr="00DC1978">
        <w:rPr>
          <w:rFonts w:ascii="Arial" w:hAnsi="Arial" w:cs="Arial"/>
          <w:color w:val="222222"/>
          <w:rtl/>
          <w:lang w:bidi="fa-IR"/>
        </w:rPr>
        <w:t>۱۰</w:t>
      </w:r>
      <w:r w:rsidRPr="00DC1978">
        <w:rPr>
          <w:rFonts w:ascii="Arial" w:hAnsi="Arial" w:cs="Arial"/>
          <w:color w:val="222222"/>
          <w:rtl/>
        </w:rPr>
        <w:t xml:space="preserve"> روز </w:t>
      </w:r>
      <w:proofErr w:type="spellStart"/>
      <w:r w:rsidRPr="00DC1978">
        <w:rPr>
          <w:rFonts w:ascii="Arial" w:hAnsi="Arial" w:cs="Arial"/>
          <w:color w:val="222222"/>
          <w:rtl/>
        </w:rPr>
        <w:t>دریافت</w:t>
      </w:r>
      <w:proofErr w:type="spellEnd"/>
      <w:r w:rsidRPr="00DC1978">
        <w:rPr>
          <w:rFonts w:ascii="Arial" w:hAnsi="Arial" w:cs="Arial"/>
          <w:color w:val="222222"/>
          <w:rtl/>
        </w:rPr>
        <w:t xml:space="preserve"> </w:t>
      </w:r>
      <w:proofErr w:type="spellStart"/>
      <w:r w:rsidRPr="00DC1978">
        <w:rPr>
          <w:rFonts w:ascii="Arial" w:hAnsi="Arial" w:cs="Arial"/>
          <w:color w:val="222222"/>
          <w:rtl/>
        </w:rPr>
        <w:t>کردند</w:t>
      </w:r>
      <w:proofErr w:type="spellEnd"/>
      <w:r w:rsidRPr="00DC1978">
        <w:rPr>
          <w:rFonts w:ascii="Arial" w:hAnsi="Arial" w:cs="Arial"/>
          <w:color w:val="222222"/>
          <w:rtl/>
        </w:rPr>
        <w:t xml:space="preserve">.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دوم (</w:t>
      </w:r>
      <w:r w:rsidRPr="00DC1978">
        <w:rPr>
          <w:rFonts w:ascii="Arial" w:hAnsi="Arial" w:cs="Arial"/>
          <w:color w:val="222222"/>
        </w:rPr>
        <w:t>n=50</w:t>
      </w:r>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دوز </w:t>
      </w:r>
      <w:r w:rsidRPr="00DC1978">
        <w:rPr>
          <w:rFonts w:ascii="Arial" w:hAnsi="Arial" w:cs="Arial"/>
          <w:color w:val="222222"/>
          <w:rtl/>
          <w:lang w:bidi="fa-IR"/>
        </w:rPr>
        <w:t>۲۰۰</w:t>
      </w:r>
      <w:r w:rsidRPr="00DC1978">
        <w:rPr>
          <w:rFonts w:ascii="Arial" w:hAnsi="Arial" w:cs="Arial"/>
          <w:color w:val="222222"/>
          <w:rtl/>
        </w:rPr>
        <w:t xml:space="preserve"> </w:t>
      </w:r>
      <w:proofErr w:type="spellStart"/>
      <w:r w:rsidRPr="00DC1978">
        <w:rPr>
          <w:rFonts w:ascii="Arial" w:hAnsi="Arial" w:cs="Arial"/>
          <w:color w:val="222222"/>
          <w:rtl/>
        </w:rPr>
        <w:t>میلی‌گرم</w:t>
      </w:r>
      <w:proofErr w:type="spellEnd"/>
      <w:r w:rsidRPr="00DC1978">
        <w:rPr>
          <w:rFonts w:ascii="Arial" w:hAnsi="Arial" w:cs="Arial"/>
          <w:color w:val="222222"/>
          <w:rtl/>
        </w:rPr>
        <w:t xml:space="preserve">، دو بار در روز به مدت </w:t>
      </w:r>
      <w:r w:rsidRPr="00DC1978">
        <w:rPr>
          <w:rFonts w:ascii="Arial" w:hAnsi="Arial" w:cs="Arial"/>
          <w:color w:val="222222"/>
          <w:rtl/>
          <w:lang w:bidi="fa-IR"/>
        </w:rPr>
        <w:t>۱۲</w:t>
      </w:r>
      <w:r w:rsidRPr="00DC1978">
        <w:rPr>
          <w:rFonts w:ascii="Arial" w:hAnsi="Arial" w:cs="Arial"/>
          <w:color w:val="222222"/>
          <w:rtl/>
        </w:rPr>
        <w:t xml:space="preserve"> هفته مصرف </w:t>
      </w:r>
      <w:proofErr w:type="spellStart"/>
      <w:r w:rsidRPr="00DC1978">
        <w:rPr>
          <w:rFonts w:ascii="Arial" w:hAnsi="Arial" w:cs="Arial"/>
          <w:color w:val="222222"/>
          <w:rtl/>
        </w:rPr>
        <w:t>نمودند</w:t>
      </w:r>
      <w:proofErr w:type="spellEnd"/>
      <w:r w:rsidRPr="00DC1978">
        <w:rPr>
          <w:rFonts w:ascii="Arial" w:hAnsi="Arial" w:cs="Arial"/>
          <w:color w:val="222222"/>
          <w:rtl/>
        </w:rPr>
        <w:t xml:space="preserve">. در طول دوره درمان،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تحت </w:t>
      </w:r>
      <w:proofErr w:type="spellStart"/>
      <w:r w:rsidRPr="00DC1978">
        <w:rPr>
          <w:rFonts w:ascii="Arial" w:hAnsi="Arial" w:cs="Arial"/>
          <w:color w:val="222222"/>
          <w:rtl/>
        </w:rPr>
        <w:t>پایش</w:t>
      </w:r>
      <w:proofErr w:type="spellEnd"/>
      <w:r w:rsidRPr="00DC1978">
        <w:rPr>
          <w:rFonts w:ascii="Arial" w:hAnsi="Arial" w:cs="Arial"/>
          <w:color w:val="222222"/>
          <w:rtl/>
        </w:rPr>
        <w:t xml:space="preserve"> از نظر مصرف دارو، بروز عوارض </w:t>
      </w:r>
      <w:proofErr w:type="spellStart"/>
      <w:r w:rsidRPr="00DC1978">
        <w:rPr>
          <w:rFonts w:ascii="Arial" w:hAnsi="Arial" w:cs="Arial"/>
          <w:color w:val="222222"/>
          <w:rtl/>
        </w:rPr>
        <w:t>جانبی</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پایبندی</w:t>
      </w:r>
      <w:proofErr w:type="spellEnd"/>
      <w:proofErr w:type="gramEnd"/>
      <w:r w:rsidRPr="00DC1978">
        <w:rPr>
          <w:rFonts w:ascii="Arial" w:hAnsi="Arial" w:cs="Arial"/>
          <w:color w:val="222222"/>
          <w:rtl/>
        </w:rPr>
        <w:t xml:space="preserve"> به درمان قرار </w:t>
      </w:r>
      <w:proofErr w:type="spellStart"/>
      <w:r w:rsidRPr="00DC1978">
        <w:rPr>
          <w:rFonts w:ascii="Arial" w:hAnsi="Arial" w:cs="Arial"/>
          <w:color w:val="222222"/>
          <w:rtl/>
        </w:rPr>
        <w:t>گرفتند</w:t>
      </w:r>
      <w:proofErr w:type="spellEnd"/>
      <w:r w:rsidRPr="00DC1978">
        <w:rPr>
          <w:rFonts w:ascii="Arial" w:hAnsi="Arial" w:cs="Arial"/>
          <w:color w:val="222222"/>
          <w:rtl/>
        </w:rPr>
        <w:t>.</w:t>
      </w:r>
    </w:p>
    <w:p w:rsidR="003E1A26" w:rsidRPr="00DC1978" w:rsidRDefault="003E1A26" w:rsidP="003E1A26">
      <w:pPr>
        <w:pStyle w:val="NormalWeb"/>
        <w:bidi/>
        <w:rPr>
          <w:rFonts w:ascii="Arial" w:hAnsi="Arial" w:cs="Arial"/>
          <w:color w:val="222222"/>
          <w:rtl/>
        </w:rPr>
      </w:pPr>
      <w:proofErr w:type="spellStart"/>
      <w:r w:rsidRPr="00DC1978">
        <w:rPr>
          <w:rFonts w:ascii="Arial" w:hAnsi="Arial" w:cs="Arial"/>
          <w:color w:val="222222"/>
          <w:rtl/>
        </w:rPr>
        <w:t>ارزیابی</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گوارشی</w:t>
      </w:r>
      <w:proofErr w:type="spellEnd"/>
      <w:r w:rsidRPr="00DC1978">
        <w:rPr>
          <w:rFonts w:ascii="Arial" w:hAnsi="Arial" w:cs="Arial"/>
          <w:color w:val="222222"/>
          <w:rtl/>
        </w:rPr>
        <w:t xml:space="preserve"> شامل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نفخ، </w:t>
      </w:r>
      <w:proofErr w:type="spellStart"/>
      <w:r w:rsidRPr="00DC1978">
        <w:rPr>
          <w:rFonts w:ascii="Arial" w:hAnsi="Arial" w:cs="Arial"/>
          <w:color w:val="222222"/>
          <w:rtl/>
        </w:rPr>
        <w:t>گاز</w:t>
      </w:r>
      <w:proofErr w:type="spellEnd"/>
      <w:r w:rsidRPr="00DC1978">
        <w:rPr>
          <w:rFonts w:ascii="Arial" w:hAnsi="Arial" w:cs="Arial"/>
          <w:color w:val="222222"/>
          <w:rtl/>
        </w:rPr>
        <w:t xml:space="preserve">، تهوع </w:t>
      </w:r>
      <w:proofErr w:type="gramStart"/>
      <w:r w:rsidRPr="00DC1978">
        <w:rPr>
          <w:rFonts w:ascii="Arial" w:hAnsi="Arial" w:cs="Arial"/>
          <w:color w:val="222222"/>
          <w:rtl/>
        </w:rPr>
        <w:t>و استفراغ</w:t>
      </w:r>
      <w:proofErr w:type="gram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از </w:t>
      </w:r>
      <w:proofErr w:type="spellStart"/>
      <w:r w:rsidRPr="00DC1978">
        <w:rPr>
          <w:rFonts w:ascii="Arial" w:hAnsi="Arial" w:cs="Arial"/>
          <w:color w:val="222222"/>
          <w:rtl/>
        </w:rPr>
        <w:t>پرسشنامه</w:t>
      </w:r>
      <w:proofErr w:type="spellEnd"/>
      <w:r w:rsidRPr="00DC1978">
        <w:rPr>
          <w:rFonts w:ascii="Arial" w:hAnsi="Arial" w:cs="Arial"/>
          <w:color w:val="222222"/>
          <w:rtl/>
        </w:rPr>
        <w:t xml:space="preserve"> </w:t>
      </w:r>
      <w:proofErr w:type="spellStart"/>
      <w:r w:rsidRPr="00DC1978">
        <w:rPr>
          <w:rFonts w:ascii="Arial" w:hAnsi="Arial" w:cs="Arial"/>
          <w:color w:val="222222"/>
          <w:rtl/>
        </w:rPr>
        <w:t>استاندارد</w:t>
      </w:r>
      <w:proofErr w:type="spellEnd"/>
      <w:r w:rsidRPr="00DC1978">
        <w:rPr>
          <w:rFonts w:ascii="Arial" w:hAnsi="Arial" w:cs="Arial"/>
          <w:color w:val="222222"/>
          <w:rtl/>
        </w:rPr>
        <w:t xml:space="preserve"> </w:t>
      </w:r>
      <w:r w:rsidRPr="00DC1978">
        <w:rPr>
          <w:rFonts w:ascii="Arial" w:hAnsi="Arial" w:cs="Arial"/>
          <w:color w:val="222222"/>
        </w:rPr>
        <w:t>IBS-Symptom Severity Score (IBS-SSS</w:t>
      </w:r>
      <w:r w:rsidRPr="00DC1978">
        <w:rPr>
          <w:rFonts w:ascii="Arial" w:hAnsi="Arial" w:cs="Arial"/>
          <w:color w:val="222222"/>
          <w:rtl/>
        </w:rPr>
        <w:t xml:space="preserve">) </w:t>
      </w:r>
      <w:proofErr w:type="spellStart"/>
      <w:r w:rsidRPr="00DC1978">
        <w:rPr>
          <w:rFonts w:ascii="Arial" w:hAnsi="Arial" w:cs="Arial"/>
          <w:color w:val="222222"/>
          <w:rtl/>
        </w:rPr>
        <w:t>پیش</w:t>
      </w:r>
      <w:proofErr w:type="spellEnd"/>
      <w:r w:rsidRPr="00DC1978">
        <w:rPr>
          <w:rFonts w:ascii="Arial" w:hAnsi="Arial" w:cs="Arial"/>
          <w:color w:val="222222"/>
          <w:rtl/>
        </w:rPr>
        <w:t xml:space="preserve"> و </w:t>
      </w:r>
      <w:proofErr w:type="spellStart"/>
      <w:r w:rsidRPr="00DC1978">
        <w:rPr>
          <w:rFonts w:ascii="Arial" w:hAnsi="Arial" w:cs="Arial"/>
          <w:color w:val="222222"/>
          <w:rtl/>
        </w:rPr>
        <w:t>پس</w:t>
      </w:r>
      <w:proofErr w:type="spellEnd"/>
      <w:r w:rsidRPr="00DC1978">
        <w:rPr>
          <w:rFonts w:ascii="Arial" w:hAnsi="Arial" w:cs="Arial"/>
          <w:color w:val="222222"/>
          <w:rtl/>
        </w:rPr>
        <w:t xml:space="preserve"> از مداخله انجام شد. </w:t>
      </w:r>
      <w:proofErr w:type="spellStart"/>
      <w:r w:rsidRPr="00DC1978">
        <w:rPr>
          <w:rFonts w:ascii="Arial" w:hAnsi="Arial" w:cs="Arial"/>
          <w:color w:val="222222"/>
          <w:rtl/>
        </w:rPr>
        <w:t>نمرات</w:t>
      </w:r>
      <w:proofErr w:type="spellEnd"/>
      <w:r w:rsidRPr="00DC1978">
        <w:rPr>
          <w:rFonts w:ascii="Arial" w:hAnsi="Arial" w:cs="Arial"/>
          <w:color w:val="222222"/>
          <w:rtl/>
        </w:rPr>
        <w:t xml:space="preserve"> هر </w:t>
      </w:r>
      <w:proofErr w:type="spellStart"/>
      <w:r w:rsidRPr="00DC1978">
        <w:rPr>
          <w:rFonts w:ascii="Arial" w:hAnsi="Arial" w:cs="Arial"/>
          <w:color w:val="222222"/>
          <w:rtl/>
        </w:rPr>
        <w:t>علامت</w:t>
      </w:r>
      <w:proofErr w:type="spellEnd"/>
      <w:r w:rsidRPr="00DC1978">
        <w:rPr>
          <w:rFonts w:ascii="Arial" w:hAnsi="Arial" w:cs="Arial"/>
          <w:color w:val="222222"/>
          <w:rtl/>
        </w:rPr>
        <w:t xml:space="preserve"> بر اساس </w:t>
      </w:r>
      <w:proofErr w:type="spellStart"/>
      <w:r w:rsidRPr="00DC1978">
        <w:rPr>
          <w:rFonts w:ascii="Arial" w:hAnsi="Arial" w:cs="Arial"/>
          <w:color w:val="222222"/>
          <w:rtl/>
        </w:rPr>
        <w:t>مقیاس</w:t>
      </w:r>
      <w:proofErr w:type="spellEnd"/>
      <w:r w:rsidRPr="00DC1978">
        <w:rPr>
          <w:rFonts w:ascii="Arial" w:hAnsi="Arial" w:cs="Arial"/>
          <w:color w:val="222222"/>
          <w:rtl/>
        </w:rPr>
        <w:t xml:space="preserve"> </w:t>
      </w:r>
      <w:proofErr w:type="spellStart"/>
      <w:r w:rsidRPr="00DC1978">
        <w:rPr>
          <w:rFonts w:ascii="Arial" w:hAnsi="Arial" w:cs="Arial"/>
          <w:color w:val="222222"/>
          <w:rtl/>
        </w:rPr>
        <w:t>پنج‌درجه‌ای</w:t>
      </w:r>
      <w:proofErr w:type="spellEnd"/>
      <w:r w:rsidRPr="00DC1978">
        <w:rPr>
          <w:rFonts w:ascii="Arial" w:hAnsi="Arial" w:cs="Arial"/>
          <w:color w:val="222222"/>
          <w:rtl/>
        </w:rPr>
        <w:t xml:space="preserve"> از </w:t>
      </w:r>
      <w:r w:rsidRPr="00DC1978">
        <w:rPr>
          <w:rFonts w:ascii="Arial" w:hAnsi="Arial" w:cs="Arial"/>
          <w:color w:val="222222"/>
          <w:rtl/>
          <w:lang w:bidi="fa-IR"/>
        </w:rPr>
        <w:t>۰</w:t>
      </w:r>
      <w:r w:rsidRPr="00DC1978">
        <w:rPr>
          <w:rFonts w:ascii="Arial" w:hAnsi="Arial" w:cs="Arial"/>
          <w:color w:val="222222"/>
          <w:rtl/>
        </w:rPr>
        <w:t xml:space="preserve"> تا </w:t>
      </w:r>
      <w:r w:rsidRPr="00DC1978">
        <w:rPr>
          <w:rFonts w:ascii="Arial" w:hAnsi="Arial" w:cs="Arial"/>
          <w:color w:val="222222"/>
          <w:rtl/>
          <w:lang w:bidi="fa-IR"/>
        </w:rPr>
        <w:t>۵</w:t>
      </w:r>
      <w:r w:rsidRPr="00DC1978">
        <w:rPr>
          <w:rFonts w:ascii="Arial" w:hAnsi="Arial" w:cs="Arial"/>
          <w:color w:val="222222"/>
          <w:rtl/>
        </w:rPr>
        <w:t xml:space="preserve"> محاسبه </w:t>
      </w:r>
      <w:proofErr w:type="gramStart"/>
      <w:r w:rsidRPr="00DC1978">
        <w:rPr>
          <w:rFonts w:ascii="Arial" w:hAnsi="Arial" w:cs="Arial"/>
          <w:color w:val="222222"/>
          <w:rtl/>
        </w:rPr>
        <w:t xml:space="preserve">و </w:t>
      </w:r>
      <w:proofErr w:type="spellStart"/>
      <w:r w:rsidRPr="00DC1978">
        <w:rPr>
          <w:rFonts w:ascii="Arial" w:hAnsi="Arial" w:cs="Arial"/>
          <w:color w:val="222222"/>
          <w:rtl/>
        </w:rPr>
        <w:t>تغییرات</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میانگین</w:t>
      </w:r>
      <w:proofErr w:type="spellEnd"/>
      <w:r w:rsidRPr="00DC1978">
        <w:rPr>
          <w:rFonts w:ascii="Arial" w:hAnsi="Arial" w:cs="Arial"/>
          <w:color w:val="222222"/>
          <w:rtl/>
        </w:rPr>
        <w:t xml:space="preserve"> </w:t>
      </w:r>
      <w:proofErr w:type="spellStart"/>
      <w:r w:rsidRPr="00DC1978">
        <w:rPr>
          <w:rFonts w:ascii="Arial" w:hAnsi="Arial" w:cs="Arial"/>
          <w:color w:val="222222"/>
          <w:rtl/>
        </w:rPr>
        <w:t>نمرات</w:t>
      </w:r>
      <w:proofErr w:type="spellEnd"/>
      <w:r w:rsidRPr="00DC1978">
        <w:rPr>
          <w:rFonts w:ascii="Arial" w:hAnsi="Arial" w:cs="Arial"/>
          <w:color w:val="222222"/>
          <w:rtl/>
        </w:rPr>
        <w:t xml:space="preserve"> قبل و بعد از درمان در دو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مقایسه</w:t>
      </w:r>
      <w:proofErr w:type="spellEnd"/>
      <w:r w:rsidRPr="00DC1978">
        <w:rPr>
          <w:rFonts w:ascii="Arial" w:hAnsi="Arial" w:cs="Arial"/>
          <w:color w:val="222222"/>
          <w:rtl/>
        </w:rPr>
        <w:t xml:space="preserve"> </w:t>
      </w:r>
      <w:proofErr w:type="spellStart"/>
      <w:r w:rsidRPr="00DC1978">
        <w:rPr>
          <w:rFonts w:ascii="Arial" w:hAnsi="Arial" w:cs="Arial"/>
          <w:color w:val="222222"/>
          <w:rtl/>
        </w:rPr>
        <w:t>گردید</w:t>
      </w:r>
      <w:proofErr w:type="spellEnd"/>
      <w:r w:rsidRPr="00DC1978">
        <w:rPr>
          <w:rFonts w:ascii="Arial" w:hAnsi="Arial" w:cs="Arial"/>
          <w:color w:val="222222"/>
          <w:rtl/>
        </w:rPr>
        <w:t>.</w:t>
      </w:r>
    </w:p>
    <w:p w:rsidR="003E1A26" w:rsidRPr="00DC1978" w:rsidRDefault="003E1A26" w:rsidP="003E1A26">
      <w:pPr>
        <w:pStyle w:val="NormalWeb"/>
        <w:bidi/>
        <w:rPr>
          <w:rFonts w:ascii="Arial" w:hAnsi="Arial" w:cs="Arial"/>
          <w:color w:val="222222"/>
          <w:rtl/>
        </w:rPr>
      </w:pPr>
      <w:r w:rsidRPr="00DC1978">
        <w:rPr>
          <w:rFonts w:ascii="Arial" w:hAnsi="Arial" w:cs="Arial"/>
          <w:color w:val="222222"/>
          <w:rtl/>
        </w:rPr>
        <w:t xml:space="preserve">تمام اطلاعات </w:t>
      </w:r>
      <w:proofErr w:type="spellStart"/>
      <w:r w:rsidRPr="00DC1978">
        <w:rPr>
          <w:rFonts w:ascii="Arial" w:hAnsi="Arial" w:cs="Arial"/>
          <w:color w:val="222222"/>
          <w:rtl/>
        </w:rPr>
        <w:t>جمع‌آوری‌شده</w:t>
      </w:r>
      <w:proofErr w:type="spellEnd"/>
      <w:r w:rsidRPr="00DC1978">
        <w:rPr>
          <w:rFonts w:ascii="Arial" w:hAnsi="Arial" w:cs="Arial"/>
          <w:color w:val="222222"/>
          <w:rtl/>
        </w:rPr>
        <w:t xml:space="preserve"> در </w:t>
      </w:r>
      <w:proofErr w:type="spellStart"/>
      <w:r w:rsidRPr="00DC1978">
        <w:rPr>
          <w:rFonts w:ascii="Arial" w:hAnsi="Arial" w:cs="Arial"/>
          <w:color w:val="222222"/>
          <w:rtl/>
        </w:rPr>
        <w:t>فرم‌های</w:t>
      </w:r>
      <w:proofErr w:type="spellEnd"/>
      <w:r w:rsidRPr="00DC1978">
        <w:rPr>
          <w:rFonts w:ascii="Arial" w:hAnsi="Arial" w:cs="Arial"/>
          <w:color w:val="222222"/>
          <w:rtl/>
        </w:rPr>
        <w:t xml:space="preserve"> </w:t>
      </w:r>
      <w:proofErr w:type="spellStart"/>
      <w:r w:rsidRPr="00DC1978">
        <w:rPr>
          <w:rFonts w:ascii="Arial" w:hAnsi="Arial" w:cs="Arial"/>
          <w:color w:val="222222"/>
          <w:rtl/>
        </w:rPr>
        <w:t>کدگذاری‌شده</w:t>
      </w:r>
      <w:proofErr w:type="spellEnd"/>
      <w:r w:rsidRPr="00DC1978">
        <w:rPr>
          <w:rFonts w:ascii="Arial" w:hAnsi="Arial" w:cs="Arial"/>
          <w:color w:val="222222"/>
          <w:rtl/>
        </w:rPr>
        <w:t xml:space="preserve"> ثبت </w:t>
      </w:r>
      <w:proofErr w:type="gramStart"/>
      <w:r w:rsidRPr="00DC1978">
        <w:rPr>
          <w:rFonts w:ascii="Arial" w:hAnsi="Arial" w:cs="Arial"/>
          <w:color w:val="222222"/>
          <w:rtl/>
        </w:rPr>
        <w:t xml:space="preserve">و </w:t>
      </w:r>
      <w:proofErr w:type="spellStart"/>
      <w:r w:rsidRPr="00DC1978">
        <w:rPr>
          <w:rFonts w:ascii="Arial" w:hAnsi="Arial" w:cs="Arial"/>
          <w:color w:val="222222"/>
          <w:rtl/>
        </w:rPr>
        <w:t>سپس</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از </w:t>
      </w:r>
      <w:proofErr w:type="spellStart"/>
      <w:r w:rsidRPr="00DC1978">
        <w:rPr>
          <w:rFonts w:ascii="Arial" w:hAnsi="Arial" w:cs="Arial"/>
          <w:color w:val="222222"/>
          <w:rtl/>
        </w:rPr>
        <w:t>نرم‌افزار</w:t>
      </w:r>
      <w:proofErr w:type="spellEnd"/>
      <w:r w:rsidRPr="00DC1978">
        <w:rPr>
          <w:rFonts w:ascii="Arial" w:hAnsi="Arial" w:cs="Arial"/>
          <w:color w:val="222222"/>
          <w:rtl/>
        </w:rPr>
        <w:t xml:space="preserve"> </w:t>
      </w:r>
      <w:proofErr w:type="spellStart"/>
      <w:r w:rsidRPr="00DC1978">
        <w:rPr>
          <w:rFonts w:ascii="Arial" w:hAnsi="Arial" w:cs="Arial"/>
          <w:color w:val="222222"/>
          <w:rtl/>
        </w:rPr>
        <w:t>آماری</w:t>
      </w:r>
      <w:proofErr w:type="spellEnd"/>
      <w:r w:rsidRPr="00DC1978">
        <w:rPr>
          <w:rFonts w:ascii="Arial" w:hAnsi="Arial" w:cs="Arial"/>
          <w:color w:val="222222"/>
          <w:rtl/>
        </w:rPr>
        <w:t xml:space="preserve"> </w:t>
      </w:r>
      <w:r w:rsidRPr="00DC1978">
        <w:rPr>
          <w:rFonts w:ascii="Arial" w:hAnsi="Arial" w:cs="Arial"/>
          <w:color w:val="222222"/>
        </w:rPr>
        <w:t>SPSS</w:t>
      </w:r>
      <w:r w:rsidRPr="00DC1978">
        <w:rPr>
          <w:rFonts w:ascii="Arial" w:hAnsi="Arial" w:cs="Arial"/>
          <w:color w:val="222222"/>
          <w:rtl/>
        </w:rPr>
        <w:t xml:space="preserve"> نسخه </w:t>
      </w:r>
      <w:r w:rsidRPr="00DC1978">
        <w:rPr>
          <w:rFonts w:ascii="Arial" w:hAnsi="Arial" w:cs="Arial"/>
          <w:color w:val="222222"/>
          <w:rtl/>
          <w:lang w:bidi="fa-IR"/>
        </w:rPr>
        <w:t>۲۲</w:t>
      </w:r>
      <w:r w:rsidRPr="00DC1978">
        <w:rPr>
          <w:rFonts w:ascii="Arial" w:hAnsi="Arial" w:cs="Arial"/>
          <w:color w:val="222222"/>
          <w:rtl/>
        </w:rPr>
        <w:t xml:space="preserve"> مورد </w:t>
      </w:r>
      <w:proofErr w:type="spellStart"/>
      <w:r w:rsidRPr="00DC1978">
        <w:rPr>
          <w:rFonts w:ascii="Arial" w:hAnsi="Arial" w:cs="Arial"/>
          <w:color w:val="222222"/>
          <w:rtl/>
        </w:rPr>
        <w:t>تحلیل</w:t>
      </w:r>
      <w:proofErr w:type="spellEnd"/>
      <w:r w:rsidRPr="00DC1978">
        <w:rPr>
          <w:rFonts w:ascii="Arial" w:hAnsi="Arial" w:cs="Arial"/>
          <w:color w:val="222222"/>
          <w:rtl/>
        </w:rPr>
        <w:t xml:space="preserve"> قرار </w:t>
      </w:r>
      <w:proofErr w:type="spellStart"/>
      <w:r w:rsidRPr="00DC1978">
        <w:rPr>
          <w:rFonts w:ascii="Arial" w:hAnsi="Arial" w:cs="Arial"/>
          <w:color w:val="222222"/>
          <w:rtl/>
        </w:rPr>
        <w:t>گرفت</w:t>
      </w:r>
      <w:proofErr w:type="spellEnd"/>
      <w:r w:rsidRPr="00DC1978">
        <w:rPr>
          <w:rFonts w:ascii="Arial" w:hAnsi="Arial" w:cs="Arial"/>
          <w:color w:val="222222"/>
          <w:rtl/>
        </w:rPr>
        <w:t xml:space="preserve">. </w:t>
      </w:r>
      <w:proofErr w:type="spellStart"/>
      <w:r w:rsidRPr="00DC1978">
        <w:rPr>
          <w:rFonts w:ascii="Arial" w:hAnsi="Arial" w:cs="Arial"/>
          <w:color w:val="222222"/>
          <w:rtl/>
        </w:rPr>
        <w:t>داده‌های</w:t>
      </w:r>
      <w:proofErr w:type="spellEnd"/>
      <w:r w:rsidRPr="00DC1978">
        <w:rPr>
          <w:rFonts w:ascii="Arial" w:hAnsi="Arial" w:cs="Arial"/>
          <w:color w:val="222222"/>
          <w:rtl/>
        </w:rPr>
        <w:t xml:space="preserve"> </w:t>
      </w:r>
      <w:proofErr w:type="spellStart"/>
      <w:r w:rsidRPr="00DC1978">
        <w:rPr>
          <w:rFonts w:ascii="Arial" w:hAnsi="Arial" w:cs="Arial"/>
          <w:color w:val="222222"/>
          <w:rtl/>
        </w:rPr>
        <w:t>کمی</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آزمون</w:t>
      </w:r>
      <w:proofErr w:type="spellEnd"/>
      <w:r w:rsidRPr="00DC1978">
        <w:rPr>
          <w:rFonts w:ascii="Arial" w:hAnsi="Arial" w:cs="Arial"/>
          <w:color w:val="222222"/>
          <w:rtl/>
        </w:rPr>
        <w:t xml:space="preserve"> </w:t>
      </w:r>
      <w:r w:rsidRPr="00DC1978">
        <w:rPr>
          <w:rFonts w:ascii="Arial" w:hAnsi="Arial" w:cs="Arial"/>
          <w:color w:val="222222"/>
        </w:rPr>
        <w:t>T</w:t>
      </w:r>
      <w:r w:rsidRPr="00DC1978">
        <w:rPr>
          <w:rFonts w:ascii="Arial" w:hAnsi="Arial" w:cs="Arial"/>
          <w:color w:val="222222"/>
          <w:rtl/>
        </w:rPr>
        <w:t xml:space="preserve"> مستقل </w:t>
      </w:r>
      <w:proofErr w:type="gramStart"/>
      <w:r w:rsidRPr="00DC1978">
        <w:rPr>
          <w:rFonts w:ascii="Arial" w:hAnsi="Arial" w:cs="Arial"/>
          <w:color w:val="222222"/>
          <w:rtl/>
        </w:rPr>
        <w:t xml:space="preserve">و </w:t>
      </w:r>
      <w:proofErr w:type="spellStart"/>
      <w:r w:rsidRPr="00DC1978">
        <w:rPr>
          <w:rFonts w:ascii="Arial" w:hAnsi="Arial" w:cs="Arial"/>
          <w:color w:val="222222"/>
          <w:rtl/>
        </w:rPr>
        <w:t>داده‌های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کیفی</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آزمون</w:t>
      </w:r>
      <w:proofErr w:type="spellEnd"/>
      <w:r w:rsidRPr="00DC1978">
        <w:rPr>
          <w:rFonts w:ascii="Arial" w:hAnsi="Arial" w:cs="Arial"/>
          <w:color w:val="222222"/>
          <w:rtl/>
        </w:rPr>
        <w:t xml:space="preserve"> </w:t>
      </w:r>
      <w:proofErr w:type="spellStart"/>
      <w:r w:rsidRPr="00DC1978">
        <w:rPr>
          <w:rFonts w:ascii="Arial" w:hAnsi="Arial" w:cs="Arial"/>
          <w:color w:val="222222"/>
          <w:rtl/>
        </w:rPr>
        <w:t>کای‌دو</w:t>
      </w:r>
      <w:proofErr w:type="spellEnd"/>
      <w:r w:rsidRPr="00DC1978">
        <w:rPr>
          <w:rFonts w:ascii="Arial" w:hAnsi="Arial" w:cs="Arial"/>
          <w:color w:val="222222"/>
          <w:rtl/>
        </w:rPr>
        <w:t xml:space="preserve"> </w:t>
      </w:r>
      <w:proofErr w:type="spellStart"/>
      <w:r w:rsidRPr="00DC1978">
        <w:rPr>
          <w:rFonts w:ascii="Arial" w:hAnsi="Arial" w:cs="Arial"/>
          <w:color w:val="222222"/>
          <w:rtl/>
        </w:rPr>
        <w:t>بررسی</w:t>
      </w:r>
      <w:proofErr w:type="spellEnd"/>
      <w:r w:rsidRPr="00DC1978">
        <w:rPr>
          <w:rFonts w:ascii="Arial" w:hAnsi="Arial" w:cs="Arial"/>
          <w:color w:val="222222"/>
          <w:rtl/>
        </w:rPr>
        <w:t xml:space="preserve"> </w:t>
      </w:r>
      <w:proofErr w:type="spellStart"/>
      <w:r w:rsidRPr="00DC1978">
        <w:rPr>
          <w:rFonts w:ascii="Arial" w:hAnsi="Arial" w:cs="Arial"/>
          <w:color w:val="222222"/>
          <w:rtl/>
        </w:rPr>
        <w:t>شدند</w:t>
      </w:r>
      <w:proofErr w:type="spellEnd"/>
      <w:r w:rsidRPr="00DC1978">
        <w:rPr>
          <w:rFonts w:ascii="Arial" w:hAnsi="Arial" w:cs="Arial"/>
          <w:color w:val="222222"/>
          <w:rtl/>
        </w:rPr>
        <w:t xml:space="preserve">.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ارزیابی</w:t>
      </w:r>
      <w:proofErr w:type="spellEnd"/>
      <w:r w:rsidRPr="00DC1978">
        <w:rPr>
          <w:rFonts w:ascii="Arial" w:hAnsi="Arial" w:cs="Arial"/>
          <w:color w:val="222222"/>
          <w:rtl/>
        </w:rPr>
        <w:t xml:space="preserve"> ارتباط </w:t>
      </w:r>
      <w:proofErr w:type="spellStart"/>
      <w:r w:rsidRPr="00DC1978">
        <w:rPr>
          <w:rFonts w:ascii="Arial" w:hAnsi="Arial" w:cs="Arial"/>
          <w:color w:val="222222"/>
          <w:rtl/>
        </w:rPr>
        <w:t>بین</w:t>
      </w:r>
      <w:proofErr w:type="spellEnd"/>
      <w:r w:rsidRPr="00DC1978">
        <w:rPr>
          <w:rFonts w:ascii="Arial" w:hAnsi="Arial" w:cs="Arial"/>
          <w:color w:val="222222"/>
          <w:rtl/>
        </w:rPr>
        <w:t xml:space="preserve"> </w:t>
      </w:r>
      <w:proofErr w:type="spellStart"/>
      <w:r w:rsidRPr="00DC1978">
        <w:rPr>
          <w:rFonts w:ascii="Arial" w:hAnsi="Arial" w:cs="Arial"/>
          <w:color w:val="222222"/>
          <w:rtl/>
        </w:rPr>
        <w:t>متغیرها</w:t>
      </w:r>
      <w:proofErr w:type="spellEnd"/>
      <w:r w:rsidRPr="00DC1978">
        <w:rPr>
          <w:rFonts w:ascii="Arial" w:hAnsi="Arial" w:cs="Arial"/>
          <w:color w:val="222222"/>
          <w:rtl/>
        </w:rPr>
        <w:t xml:space="preserve"> از </w:t>
      </w:r>
      <w:proofErr w:type="spellStart"/>
      <w:r w:rsidRPr="00DC1978">
        <w:rPr>
          <w:rFonts w:ascii="Arial" w:hAnsi="Arial" w:cs="Arial"/>
          <w:color w:val="222222"/>
          <w:rtl/>
        </w:rPr>
        <w:t>رگرسیون</w:t>
      </w:r>
      <w:proofErr w:type="spellEnd"/>
      <w:r w:rsidRPr="00DC1978">
        <w:rPr>
          <w:rFonts w:ascii="Arial" w:hAnsi="Arial" w:cs="Arial"/>
          <w:color w:val="222222"/>
          <w:rtl/>
        </w:rPr>
        <w:t xml:space="preserve"> </w:t>
      </w:r>
      <w:proofErr w:type="spellStart"/>
      <w:r w:rsidRPr="00DC1978">
        <w:rPr>
          <w:rFonts w:ascii="Arial" w:hAnsi="Arial" w:cs="Arial"/>
          <w:color w:val="222222"/>
          <w:rtl/>
        </w:rPr>
        <w:t>لجستیک</w:t>
      </w:r>
      <w:proofErr w:type="spellEnd"/>
      <w:r w:rsidRPr="00DC1978">
        <w:rPr>
          <w:rFonts w:ascii="Arial" w:hAnsi="Arial" w:cs="Arial"/>
          <w:color w:val="222222"/>
          <w:rtl/>
        </w:rPr>
        <w:t xml:space="preserve"> </w:t>
      </w:r>
      <w:proofErr w:type="gramStart"/>
      <w:r w:rsidRPr="00DC1978">
        <w:rPr>
          <w:rFonts w:ascii="Arial" w:hAnsi="Arial" w:cs="Arial"/>
          <w:color w:val="222222"/>
          <w:rtl/>
        </w:rPr>
        <w:t>و سطح</w:t>
      </w:r>
      <w:proofErr w:type="gramEnd"/>
      <w:r w:rsidRPr="00DC1978">
        <w:rPr>
          <w:rFonts w:ascii="Arial" w:hAnsi="Arial" w:cs="Arial"/>
          <w:color w:val="222222"/>
          <w:rtl/>
        </w:rPr>
        <w:t xml:space="preserve"> </w:t>
      </w:r>
      <w:proofErr w:type="spellStart"/>
      <w:r w:rsidRPr="00DC1978">
        <w:rPr>
          <w:rFonts w:ascii="Arial" w:hAnsi="Arial" w:cs="Arial"/>
          <w:color w:val="222222"/>
          <w:rtl/>
        </w:rPr>
        <w:t>معنی‌داری</w:t>
      </w:r>
      <w:proofErr w:type="spellEnd"/>
      <w:r w:rsidRPr="00DC1978">
        <w:rPr>
          <w:rFonts w:ascii="Arial" w:hAnsi="Arial" w:cs="Arial"/>
          <w:color w:val="222222"/>
          <w:rtl/>
        </w:rPr>
        <w:t xml:space="preserve"> </w:t>
      </w:r>
      <w:proofErr w:type="spellStart"/>
      <w:r w:rsidRPr="00DC1978">
        <w:rPr>
          <w:rFonts w:ascii="Arial" w:hAnsi="Arial" w:cs="Arial"/>
          <w:color w:val="222222"/>
          <w:rtl/>
        </w:rPr>
        <w:t>کمتر</w:t>
      </w:r>
      <w:proofErr w:type="spellEnd"/>
      <w:r w:rsidRPr="00DC1978">
        <w:rPr>
          <w:rFonts w:ascii="Arial" w:hAnsi="Arial" w:cs="Arial"/>
          <w:color w:val="222222"/>
          <w:rtl/>
        </w:rPr>
        <w:t xml:space="preserve"> از </w:t>
      </w:r>
      <w:r w:rsidRPr="00DC1978">
        <w:rPr>
          <w:rFonts w:ascii="Arial" w:hAnsi="Arial" w:cs="Arial"/>
          <w:color w:val="222222"/>
          <w:rtl/>
          <w:lang w:bidi="fa-IR"/>
        </w:rPr>
        <w:t>۰</w:t>
      </w:r>
      <w:r w:rsidRPr="00DC1978">
        <w:rPr>
          <w:rFonts w:ascii="Arial" w:hAnsi="Arial" w:cs="Arial"/>
          <w:color w:val="222222"/>
          <w:rtl/>
        </w:rPr>
        <w:t>٫</w:t>
      </w:r>
      <w:r w:rsidRPr="00DC1978">
        <w:rPr>
          <w:rFonts w:ascii="Arial" w:hAnsi="Arial" w:cs="Arial"/>
          <w:color w:val="222222"/>
          <w:rtl/>
          <w:lang w:bidi="fa-IR"/>
        </w:rPr>
        <w:t>۰۵</w:t>
      </w:r>
      <w:r w:rsidRPr="00DC1978">
        <w:rPr>
          <w:rFonts w:ascii="Arial" w:hAnsi="Arial" w:cs="Arial"/>
          <w:color w:val="222222"/>
          <w:rtl/>
        </w:rPr>
        <w:t xml:space="preserve">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w:t>
      </w:r>
      <w:proofErr w:type="spellStart"/>
      <w:r w:rsidRPr="00DC1978">
        <w:rPr>
          <w:rFonts w:ascii="Arial" w:hAnsi="Arial" w:cs="Arial"/>
          <w:color w:val="222222"/>
          <w:rtl/>
        </w:rPr>
        <w:t>گردید</w:t>
      </w:r>
      <w:proofErr w:type="spellEnd"/>
      <w:r w:rsidRPr="00DC1978">
        <w:rPr>
          <w:rFonts w:ascii="Arial" w:hAnsi="Arial" w:cs="Arial"/>
          <w:color w:val="222222"/>
          <w:rtl/>
        </w:rPr>
        <w:t>.</w:t>
      </w:r>
    </w:p>
    <w:p w:rsidR="003E1A26" w:rsidRPr="00DC1978" w:rsidRDefault="003E1A26" w:rsidP="003E1A26">
      <w:pPr>
        <w:pStyle w:val="NormalWeb"/>
        <w:bidi/>
        <w:rPr>
          <w:rFonts w:ascii="Arial" w:hAnsi="Arial" w:cs="Arial"/>
          <w:color w:val="222222"/>
        </w:rPr>
      </w:pPr>
      <w:proofErr w:type="spellStart"/>
      <w:r w:rsidRPr="00DC1978">
        <w:rPr>
          <w:rFonts w:ascii="Arial" w:hAnsi="Arial" w:cs="Arial"/>
          <w:color w:val="222222"/>
          <w:rtl/>
        </w:rPr>
        <w:t>پروتکل</w:t>
      </w:r>
      <w:proofErr w:type="spellEnd"/>
      <w:r w:rsidRPr="00DC1978">
        <w:rPr>
          <w:rFonts w:ascii="Arial" w:hAnsi="Arial" w:cs="Arial"/>
          <w:color w:val="222222"/>
          <w:rtl/>
        </w:rPr>
        <w:t xml:space="preserve"> مطالعه </w:t>
      </w:r>
      <w:proofErr w:type="spellStart"/>
      <w:r w:rsidRPr="00DC1978">
        <w:rPr>
          <w:rFonts w:ascii="Arial" w:hAnsi="Arial" w:cs="Arial"/>
          <w:color w:val="222222"/>
          <w:rtl/>
        </w:rPr>
        <w:t>پس</w:t>
      </w:r>
      <w:proofErr w:type="spellEnd"/>
      <w:r w:rsidRPr="00DC1978">
        <w:rPr>
          <w:rFonts w:ascii="Arial" w:hAnsi="Arial" w:cs="Arial"/>
          <w:color w:val="222222"/>
          <w:rtl/>
        </w:rPr>
        <w:t xml:space="preserve"> از </w:t>
      </w:r>
      <w:proofErr w:type="spellStart"/>
      <w:r w:rsidRPr="00DC1978">
        <w:rPr>
          <w:rFonts w:ascii="Arial" w:hAnsi="Arial" w:cs="Arial"/>
          <w:color w:val="222222"/>
          <w:rtl/>
        </w:rPr>
        <w:t>تصویب</w:t>
      </w:r>
      <w:proofErr w:type="spellEnd"/>
      <w:r w:rsidRPr="00DC1978">
        <w:rPr>
          <w:rFonts w:ascii="Arial" w:hAnsi="Arial" w:cs="Arial"/>
          <w:color w:val="222222"/>
          <w:rtl/>
        </w:rPr>
        <w:t xml:space="preserve"> در </w:t>
      </w:r>
      <w:proofErr w:type="spellStart"/>
      <w:r w:rsidRPr="00DC1978">
        <w:rPr>
          <w:rFonts w:ascii="Arial" w:hAnsi="Arial" w:cs="Arial"/>
          <w:color w:val="222222"/>
          <w:rtl/>
        </w:rPr>
        <w:t>کمیته</w:t>
      </w:r>
      <w:proofErr w:type="spellEnd"/>
      <w:r w:rsidRPr="00DC1978">
        <w:rPr>
          <w:rFonts w:ascii="Arial" w:hAnsi="Arial" w:cs="Arial"/>
          <w:color w:val="222222"/>
          <w:rtl/>
        </w:rPr>
        <w:t xml:space="preserve"> اخلاق </w:t>
      </w:r>
      <w:proofErr w:type="spellStart"/>
      <w:r w:rsidRPr="00DC1978">
        <w:rPr>
          <w:rFonts w:ascii="Arial" w:hAnsi="Arial" w:cs="Arial"/>
          <w:color w:val="222222"/>
          <w:rtl/>
        </w:rPr>
        <w:t>دانشگاه</w:t>
      </w:r>
      <w:proofErr w:type="spellEnd"/>
      <w:r w:rsidRPr="00DC1978">
        <w:rPr>
          <w:rFonts w:ascii="Arial" w:hAnsi="Arial" w:cs="Arial"/>
          <w:color w:val="222222"/>
          <w:rtl/>
        </w:rPr>
        <w:t xml:space="preserve"> آزاد </w:t>
      </w:r>
      <w:proofErr w:type="spellStart"/>
      <w:r w:rsidRPr="00DC1978">
        <w:rPr>
          <w:rFonts w:ascii="Arial" w:hAnsi="Arial" w:cs="Arial"/>
          <w:color w:val="222222"/>
          <w:rtl/>
        </w:rPr>
        <w:t>اسلامی</w:t>
      </w:r>
      <w:proofErr w:type="spellEnd"/>
      <w:r w:rsidRPr="00DC1978">
        <w:rPr>
          <w:rFonts w:ascii="Arial" w:hAnsi="Arial" w:cs="Arial"/>
          <w:color w:val="222222"/>
          <w:rtl/>
        </w:rPr>
        <w:t xml:space="preserve"> واحد علوم </w:t>
      </w:r>
      <w:proofErr w:type="spellStart"/>
      <w:r w:rsidRPr="00DC1978">
        <w:rPr>
          <w:rFonts w:ascii="Arial" w:hAnsi="Arial" w:cs="Arial"/>
          <w:color w:val="222222"/>
          <w:rtl/>
        </w:rPr>
        <w:t>پزشکی</w:t>
      </w:r>
      <w:proofErr w:type="spellEnd"/>
      <w:r w:rsidRPr="00DC1978">
        <w:rPr>
          <w:rFonts w:ascii="Arial" w:hAnsi="Arial" w:cs="Arial"/>
          <w:color w:val="222222"/>
          <w:rtl/>
        </w:rPr>
        <w:t xml:space="preserve"> تهران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کد</w:t>
      </w:r>
      <w:proofErr w:type="spellEnd"/>
      <w:r w:rsidRPr="00DC1978">
        <w:rPr>
          <w:rFonts w:ascii="Arial" w:hAnsi="Arial" w:cs="Arial"/>
          <w:color w:val="222222"/>
          <w:rtl/>
        </w:rPr>
        <w:t xml:space="preserve"> اخلاق </w:t>
      </w:r>
      <w:r w:rsidRPr="00DC1978">
        <w:rPr>
          <w:rFonts w:ascii="Arial" w:hAnsi="Arial" w:cs="Arial"/>
          <w:color w:val="222222"/>
        </w:rPr>
        <w:t>IR.IAU.TMU.REC.1399.455</w:t>
      </w:r>
      <w:r w:rsidRPr="00DC1978">
        <w:rPr>
          <w:rFonts w:ascii="Arial" w:hAnsi="Arial" w:cs="Arial"/>
          <w:color w:val="222222"/>
          <w:rtl/>
        </w:rPr>
        <w:t xml:space="preserve"> اجرا شد. </w:t>
      </w:r>
      <w:proofErr w:type="spellStart"/>
      <w:r w:rsidRPr="00DC1978">
        <w:rPr>
          <w:rFonts w:ascii="Arial" w:hAnsi="Arial" w:cs="Arial"/>
          <w:color w:val="222222"/>
          <w:rtl/>
        </w:rPr>
        <w:t>کلیه</w:t>
      </w:r>
      <w:proofErr w:type="spellEnd"/>
      <w:r w:rsidRPr="00DC1978">
        <w:rPr>
          <w:rFonts w:ascii="Arial" w:hAnsi="Arial" w:cs="Arial"/>
          <w:color w:val="222222"/>
          <w:rtl/>
        </w:rPr>
        <w:t xml:space="preserve"> اطلاعات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محرمانه</w:t>
      </w:r>
      <w:proofErr w:type="spellEnd"/>
      <w:r w:rsidRPr="00DC1978">
        <w:rPr>
          <w:rFonts w:ascii="Arial" w:hAnsi="Arial" w:cs="Arial"/>
          <w:color w:val="222222"/>
          <w:rtl/>
        </w:rPr>
        <w:t xml:space="preserve"> </w:t>
      </w:r>
      <w:proofErr w:type="spellStart"/>
      <w:r w:rsidRPr="00DC1978">
        <w:rPr>
          <w:rFonts w:ascii="Arial" w:hAnsi="Arial" w:cs="Arial"/>
          <w:color w:val="222222"/>
          <w:rtl/>
        </w:rPr>
        <w:t>باقی</w:t>
      </w:r>
      <w:proofErr w:type="spellEnd"/>
      <w:r w:rsidRPr="00DC1978">
        <w:rPr>
          <w:rFonts w:ascii="Arial" w:hAnsi="Arial" w:cs="Arial"/>
          <w:color w:val="222222"/>
          <w:rtl/>
        </w:rPr>
        <w:t xml:space="preserve"> ماند </w:t>
      </w:r>
      <w:proofErr w:type="gramStart"/>
      <w:r w:rsidRPr="00DC1978">
        <w:rPr>
          <w:rFonts w:ascii="Arial" w:hAnsi="Arial" w:cs="Arial"/>
          <w:color w:val="222222"/>
          <w:rtl/>
        </w:rPr>
        <w:t xml:space="preserve">و </w:t>
      </w:r>
      <w:proofErr w:type="spellStart"/>
      <w:r w:rsidRPr="00DC1978">
        <w:rPr>
          <w:rFonts w:ascii="Arial" w:hAnsi="Arial" w:cs="Arial"/>
          <w:color w:val="222222"/>
          <w:rtl/>
        </w:rPr>
        <w:t>نتایج</w:t>
      </w:r>
      <w:proofErr w:type="spellEnd"/>
      <w:proofErr w:type="gramEnd"/>
      <w:r w:rsidRPr="00DC1978">
        <w:rPr>
          <w:rFonts w:ascii="Arial" w:hAnsi="Arial" w:cs="Arial"/>
          <w:color w:val="222222"/>
          <w:rtl/>
        </w:rPr>
        <w:t xml:space="preserve"> تنها در قالب </w:t>
      </w:r>
      <w:proofErr w:type="spellStart"/>
      <w:r w:rsidRPr="00DC1978">
        <w:rPr>
          <w:rFonts w:ascii="Arial" w:hAnsi="Arial" w:cs="Arial"/>
          <w:color w:val="222222"/>
          <w:rtl/>
        </w:rPr>
        <w:t>داده‌های</w:t>
      </w:r>
      <w:proofErr w:type="spellEnd"/>
      <w:r w:rsidRPr="00DC1978">
        <w:rPr>
          <w:rFonts w:ascii="Arial" w:hAnsi="Arial" w:cs="Arial"/>
          <w:color w:val="222222"/>
          <w:rtl/>
        </w:rPr>
        <w:t xml:space="preserve"> </w:t>
      </w:r>
      <w:proofErr w:type="spellStart"/>
      <w:r w:rsidRPr="00DC1978">
        <w:rPr>
          <w:rFonts w:ascii="Arial" w:hAnsi="Arial" w:cs="Arial"/>
          <w:color w:val="222222"/>
          <w:rtl/>
        </w:rPr>
        <w:t>گروهی</w:t>
      </w:r>
      <w:proofErr w:type="spellEnd"/>
      <w:r w:rsidRPr="00DC1978">
        <w:rPr>
          <w:rFonts w:ascii="Arial" w:hAnsi="Arial" w:cs="Arial"/>
          <w:color w:val="222222"/>
          <w:rtl/>
        </w:rPr>
        <w:t xml:space="preserve"> </w:t>
      </w:r>
      <w:proofErr w:type="spellStart"/>
      <w:r w:rsidRPr="00DC1978">
        <w:rPr>
          <w:rFonts w:ascii="Arial" w:hAnsi="Arial" w:cs="Arial"/>
          <w:color w:val="222222"/>
          <w:rtl/>
        </w:rPr>
        <w:t>گزارش</w:t>
      </w:r>
      <w:proofErr w:type="spellEnd"/>
      <w:r w:rsidRPr="00DC1978">
        <w:rPr>
          <w:rFonts w:ascii="Arial" w:hAnsi="Arial" w:cs="Arial"/>
          <w:color w:val="222222"/>
          <w:rtl/>
        </w:rPr>
        <w:t xml:space="preserve"> </w:t>
      </w:r>
      <w:proofErr w:type="spellStart"/>
      <w:r w:rsidRPr="00DC1978">
        <w:rPr>
          <w:rFonts w:ascii="Arial" w:hAnsi="Arial" w:cs="Arial"/>
          <w:color w:val="222222"/>
          <w:rtl/>
        </w:rPr>
        <w:t>گردید</w:t>
      </w:r>
      <w:proofErr w:type="spellEnd"/>
    </w:p>
    <w:p w:rsidR="00A172AB" w:rsidRPr="00DC1978" w:rsidRDefault="00A172AB" w:rsidP="003E5B41">
      <w:pPr>
        <w:rPr>
          <w:sz w:val="24"/>
          <w:szCs w:val="24"/>
          <w:rtl/>
        </w:rPr>
      </w:pPr>
    </w:p>
    <w:p w:rsidR="00A55AE4" w:rsidRPr="00DC1978" w:rsidRDefault="00101ACA" w:rsidP="00A55AE4">
      <w:pPr>
        <w:jc w:val="right"/>
        <w:rPr>
          <w:b/>
          <w:bCs/>
          <w:sz w:val="24"/>
          <w:szCs w:val="24"/>
        </w:rPr>
      </w:pPr>
      <w:proofErr w:type="spellStart"/>
      <w:r w:rsidRPr="00DC1978">
        <w:rPr>
          <w:rFonts w:hint="cs"/>
          <w:b/>
          <w:bCs/>
          <w:sz w:val="24"/>
          <w:szCs w:val="24"/>
          <w:rtl/>
        </w:rPr>
        <w:t>تجزیه</w:t>
      </w:r>
      <w:proofErr w:type="spellEnd"/>
      <w:r w:rsidRPr="00DC1978">
        <w:rPr>
          <w:rFonts w:hint="cs"/>
          <w:b/>
          <w:bCs/>
          <w:sz w:val="24"/>
          <w:szCs w:val="24"/>
          <w:rtl/>
        </w:rPr>
        <w:t xml:space="preserve"> </w:t>
      </w:r>
      <w:proofErr w:type="gramStart"/>
      <w:r w:rsidRPr="00DC1978">
        <w:rPr>
          <w:rFonts w:hint="cs"/>
          <w:b/>
          <w:bCs/>
          <w:sz w:val="24"/>
          <w:szCs w:val="24"/>
          <w:rtl/>
        </w:rPr>
        <w:t xml:space="preserve">و </w:t>
      </w:r>
      <w:proofErr w:type="spellStart"/>
      <w:r w:rsidRPr="00DC1978">
        <w:rPr>
          <w:rFonts w:hint="cs"/>
          <w:b/>
          <w:bCs/>
          <w:sz w:val="24"/>
          <w:szCs w:val="24"/>
          <w:rtl/>
        </w:rPr>
        <w:t>تحلیل</w:t>
      </w:r>
      <w:proofErr w:type="spellEnd"/>
      <w:proofErr w:type="gramEnd"/>
      <w:r w:rsidRPr="00DC1978">
        <w:rPr>
          <w:rFonts w:hint="cs"/>
          <w:b/>
          <w:bCs/>
          <w:sz w:val="24"/>
          <w:szCs w:val="24"/>
          <w:rtl/>
        </w:rPr>
        <w:t xml:space="preserve"> </w:t>
      </w:r>
      <w:proofErr w:type="spellStart"/>
      <w:r w:rsidRPr="00DC1978">
        <w:rPr>
          <w:rFonts w:hint="cs"/>
          <w:b/>
          <w:bCs/>
          <w:sz w:val="24"/>
          <w:szCs w:val="24"/>
          <w:rtl/>
        </w:rPr>
        <w:t>آماری</w:t>
      </w:r>
      <w:proofErr w:type="spellEnd"/>
      <w:r w:rsidRPr="00DC1978">
        <w:rPr>
          <w:rFonts w:hint="cs"/>
          <w:b/>
          <w:bCs/>
          <w:sz w:val="24"/>
          <w:szCs w:val="24"/>
          <w:rtl/>
        </w:rPr>
        <w:t xml:space="preserve"> داده ها:</w:t>
      </w:r>
    </w:p>
    <w:p w:rsidR="00B3465C" w:rsidRPr="00DC1978" w:rsidRDefault="00B3465C" w:rsidP="00B3465C">
      <w:pPr>
        <w:pStyle w:val="NormalWeb"/>
        <w:bidi/>
        <w:rPr>
          <w:rFonts w:ascii="Arial" w:hAnsi="Arial" w:cs="Arial"/>
          <w:color w:val="222222"/>
          <w:rtl/>
        </w:rPr>
      </w:pPr>
      <w:proofErr w:type="spellStart"/>
      <w:r w:rsidRPr="00DC1978">
        <w:rPr>
          <w:rFonts w:ascii="Arial" w:hAnsi="Arial" w:cs="Arial"/>
          <w:color w:val="222222"/>
          <w:rtl/>
        </w:rPr>
        <w:t>کلیه</w:t>
      </w:r>
      <w:proofErr w:type="spellEnd"/>
      <w:r w:rsidRPr="00DC1978">
        <w:rPr>
          <w:rFonts w:ascii="Arial" w:hAnsi="Arial" w:cs="Arial"/>
          <w:color w:val="222222"/>
          <w:rtl/>
        </w:rPr>
        <w:t xml:space="preserve"> </w:t>
      </w:r>
      <w:proofErr w:type="spellStart"/>
      <w:r w:rsidRPr="00DC1978">
        <w:rPr>
          <w:rFonts w:ascii="Arial" w:hAnsi="Arial" w:cs="Arial"/>
          <w:color w:val="222222"/>
          <w:rtl/>
        </w:rPr>
        <w:t>داده‌های</w:t>
      </w:r>
      <w:proofErr w:type="spellEnd"/>
      <w:r w:rsidRPr="00DC1978">
        <w:rPr>
          <w:rFonts w:ascii="Arial" w:hAnsi="Arial" w:cs="Arial"/>
          <w:color w:val="222222"/>
          <w:rtl/>
        </w:rPr>
        <w:t xml:space="preserve"> </w:t>
      </w:r>
      <w:proofErr w:type="spellStart"/>
      <w:r w:rsidRPr="00DC1978">
        <w:rPr>
          <w:rFonts w:ascii="Arial" w:hAnsi="Arial" w:cs="Arial"/>
          <w:color w:val="222222"/>
          <w:rtl/>
        </w:rPr>
        <w:t>جمع‌آوری‌شده</w:t>
      </w:r>
      <w:proofErr w:type="spellEnd"/>
      <w:r w:rsidRPr="00DC1978">
        <w:rPr>
          <w:rFonts w:ascii="Arial" w:hAnsi="Arial" w:cs="Arial"/>
          <w:color w:val="222222"/>
          <w:rtl/>
        </w:rPr>
        <w:t xml:space="preserve"> </w:t>
      </w:r>
      <w:proofErr w:type="spellStart"/>
      <w:r w:rsidRPr="00DC1978">
        <w:rPr>
          <w:rFonts w:ascii="Arial" w:hAnsi="Arial" w:cs="Arial"/>
          <w:color w:val="222222"/>
          <w:rtl/>
        </w:rPr>
        <w:t>پس</w:t>
      </w:r>
      <w:proofErr w:type="spellEnd"/>
      <w:r w:rsidRPr="00DC1978">
        <w:rPr>
          <w:rFonts w:ascii="Arial" w:hAnsi="Arial" w:cs="Arial"/>
          <w:color w:val="222222"/>
          <w:rtl/>
        </w:rPr>
        <w:t xml:space="preserve"> از </w:t>
      </w:r>
      <w:proofErr w:type="spellStart"/>
      <w:r w:rsidRPr="00DC1978">
        <w:rPr>
          <w:rFonts w:ascii="Arial" w:hAnsi="Arial" w:cs="Arial"/>
          <w:color w:val="222222"/>
          <w:rtl/>
        </w:rPr>
        <w:t>کدگذاری</w:t>
      </w:r>
      <w:proofErr w:type="spellEnd"/>
      <w:r w:rsidRPr="00DC1978">
        <w:rPr>
          <w:rFonts w:ascii="Arial" w:hAnsi="Arial" w:cs="Arial"/>
          <w:color w:val="222222"/>
          <w:rtl/>
        </w:rPr>
        <w:t xml:space="preserve"> وارد </w:t>
      </w:r>
      <w:proofErr w:type="spellStart"/>
      <w:r w:rsidRPr="00DC1978">
        <w:rPr>
          <w:rFonts w:ascii="Arial" w:hAnsi="Arial" w:cs="Arial"/>
          <w:color w:val="222222"/>
          <w:rtl/>
        </w:rPr>
        <w:t>نرم‌افزار</w:t>
      </w:r>
      <w:proofErr w:type="spellEnd"/>
      <w:r w:rsidRPr="00DC1978">
        <w:rPr>
          <w:rFonts w:ascii="Arial" w:hAnsi="Arial" w:cs="Arial"/>
          <w:color w:val="222222"/>
          <w:rtl/>
        </w:rPr>
        <w:t xml:space="preserve"> </w:t>
      </w:r>
      <w:proofErr w:type="spellStart"/>
      <w:r w:rsidRPr="00DC1978">
        <w:rPr>
          <w:rFonts w:ascii="Arial" w:hAnsi="Arial" w:cs="Arial"/>
          <w:color w:val="222222"/>
          <w:rtl/>
        </w:rPr>
        <w:t>آماری</w:t>
      </w:r>
      <w:proofErr w:type="spellEnd"/>
      <w:r w:rsidRPr="00DC1978">
        <w:rPr>
          <w:rFonts w:ascii="Arial" w:hAnsi="Arial" w:cs="Arial"/>
          <w:color w:val="222222"/>
          <w:rtl/>
        </w:rPr>
        <w:t xml:space="preserve"> </w:t>
      </w:r>
      <w:r w:rsidRPr="00DC1978">
        <w:rPr>
          <w:rFonts w:ascii="Arial" w:hAnsi="Arial" w:cs="Arial"/>
          <w:color w:val="222222"/>
        </w:rPr>
        <w:t>SPSS</w:t>
      </w:r>
      <w:r w:rsidRPr="00DC1978">
        <w:rPr>
          <w:rFonts w:ascii="Arial" w:hAnsi="Arial" w:cs="Arial"/>
          <w:color w:val="222222"/>
          <w:rtl/>
        </w:rPr>
        <w:t xml:space="preserve"> نسخه </w:t>
      </w:r>
      <w:r w:rsidRPr="00DC1978">
        <w:rPr>
          <w:rFonts w:ascii="Arial" w:hAnsi="Arial" w:cs="Arial"/>
          <w:color w:val="222222"/>
          <w:rtl/>
          <w:lang w:bidi="fa-IR"/>
        </w:rPr>
        <w:t>۲۲</w:t>
      </w:r>
      <w:r w:rsidRPr="00DC1978">
        <w:rPr>
          <w:rFonts w:ascii="Arial" w:hAnsi="Arial" w:cs="Arial"/>
          <w:color w:val="222222"/>
          <w:rtl/>
        </w:rPr>
        <w:t xml:space="preserve"> </w:t>
      </w:r>
      <w:proofErr w:type="spellStart"/>
      <w:r w:rsidRPr="00DC1978">
        <w:rPr>
          <w:rFonts w:ascii="Arial" w:hAnsi="Arial" w:cs="Arial"/>
          <w:color w:val="222222"/>
          <w:rtl/>
        </w:rPr>
        <w:t>گردید</w:t>
      </w:r>
      <w:proofErr w:type="spellEnd"/>
      <w:r w:rsidRPr="00DC1978">
        <w:rPr>
          <w:rFonts w:ascii="Arial" w:hAnsi="Arial" w:cs="Arial"/>
          <w:color w:val="222222"/>
          <w:rtl/>
        </w:rPr>
        <w:t xml:space="preserve">.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توصیف</w:t>
      </w:r>
      <w:proofErr w:type="spellEnd"/>
      <w:r w:rsidRPr="00DC1978">
        <w:rPr>
          <w:rFonts w:ascii="Arial" w:hAnsi="Arial" w:cs="Arial"/>
          <w:color w:val="222222"/>
          <w:rtl/>
        </w:rPr>
        <w:t xml:space="preserve"> </w:t>
      </w:r>
      <w:proofErr w:type="spellStart"/>
      <w:r w:rsidRPr="00DC1978">
        <w:rPr>
          <w:rFonts w:ascii="Arial" w:hAnsi="Arial" w:cs="Arial"/>
          <w:color w:val="222222"/>
          <w:rtl/>
        </w:rPr>
        <w:t>ویژگی‌های</w:t>
      </w:r>
      <w:proofErr w:type="spellEnd"/>
      <w:r w:rsidRPr="00DC1978">
        <w:rPr>
          <w:rFonts w:ascii="Arial" w:hAnsi="Arial" w:cs="Arial"/>
          <w:color w:val="222222"/>
          <w:rtl/>
        </w:rPr>
        <w:t xml:space="preserve"> </w:t>
      </w:r>
      <w:proofErr w:type="spellStart"/>
      <w:r w:rsidRPr="00DC1978">
        <w:rPr>
          <w:rFonts w:ascii="Arial" w:hAnsi="Arial" w:cs="Arial"/>
          <w:color w:val="222222"/>
          <w:rtl/>
        </w:rPr>
        <w:t>پایه</w:t>
      </w:r>
      <w:proofErr w:type="spellEnd"/>
      <w:r w:rsidRPr="00DC1978">
        <w:rPr>
          <w:rFonts w:ascii="Arial" w:hAnsi="Arial" w:cs="Arial"/>
          <w:color w:val="222222"/>
          <w:rtl/>
        </w:rPr>
        <w:t xml:space="preserve"> </w:t>
      </w:r>
      <w:proofErr w:type="spellStart"/>
      <w:r w:rsidRPr="00DC1978">
        <w:rPr>
          <w:rFonts w:ascii="Arial" w:hAnsi="Arial" w:cs="Arial"/>
          <w:color w:val="222222"/>
          <w:rtl/>
        </w:rPr>
        <w:t>شرکت‌کنندگان</w:t>
      </w:r>
      <w:proofErr w:type="spellEnd"/>
      <w:r w:rsidRPr="00DC1978">
        <w:rPr>
          <w:rFonts w:ascii="Arial" w:hAnsi="Arial" w:cs="Arial"/>
          <w:color w:val="222222"/>
          <w:rtl/>
        </w:rPr>
        <w:t xml:space="preserve">، از </w:t>
      </w:r>
      <w:proofErr w:type="spellStart"/>
      <w:r w:rsidRPr="00DC1978">
        <w:rPr>
          <w:rFonts w:ascii="Arial" w:hAnsi="Arial" w:cs="Arial"/>
          <w:color w:val="222222"/>
          <w:rtl/>
        </w:rPr>
        <w:t>آمار</w:t>
      </w:r>
      <w:proofErr w:type="spellEnd"/>
      <w:r w:rsidRPr="00DC1978">
        <w:rPr>
          <w:rFonts w:ascii="Arial" w:hAnsi="Arial" w:cs="Arial"/>
          <w:color w:val="222222"/>
          <w:rtl/>
        </w:rPr>
        <w:t xml:space="preserve"> </w:t>
      </w:r>
      <w:proofErr w:type="spellStart"/>
      <w:r w:rsidRPr="00DC1978">
        <w:rPr>
          <w:rFonts w:ascii="Arial" w:hAnsi="Arial" w:cs="Arial"/>
          <w:color w:val="222222"/>
          <w:rtl/>
        </w:rPr>
        <w:t>توصیفی</w:t>
      </w:r>
      <w:proofErr w:type="spellEnd"/>
      <w:r w:rsidRPr="00DC1978">
        <w:rPr>
          <w:rFonts w:ascii="Arial" w:hAnsi="Arial" w:cs="Arial"/>
          <w:color w:val="222222"/>
          <w:rtl/>
        </w:rPr>
        <w:t xml:space="preserve"> شامل </w:t>
      </w:r>
      <w:proofErr w:type="spellStart"/>
      <w:r w:rsidRPr="00DC1978">
        <w:rPr>
          <w:rFonts w:ascii="Arial" w:hAnsi="Arial" w:cs="Arial"/>
          <w:color w:val="222222"/>
          <w:rtl/>
        </w:rPr>
        <w:t>میانگین</w:t>
      </w:r>
      <w:proofErr w:type="spellEnd"/>
      <w:r w:rsidRPr="00DC1978">
        <w:rPr>
          <w:rFonts w:ascii="Arial" w:hAnsi="Arial" w:cs="Arial"/>
          <w:color w:val="222222"/>
          <w:rtl/>
        </w:rPr>
        <w:t xml:space="preserve">، انحراف </w:t>
      </w:r>
      <w:proofErr w:type="spellStart"/>
      <w:r w:rsidRPr="00DC1978">
        <w:rPr>
          <w:rFonts w:ascii="Arial" w:hAnsi="Arial" w:cs="Arial"/>
          <w:color w:val="222222"/>
          <w:rtl/>
        </w:rPr>
        <w:t>معیار</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توزیع</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فراوانی</w:t>
      </w:r>
      <w:proofErr w:type="spellEnd"/>
      <w:r w:rsidRPr="00DC1978">
        <w:rPr>
          <w:rFonts w:ascii="Arial" w:hAnsi="Arial" w:cs="Arial"/>
          <w:color w:val="222222"/>
          <w:rtl/>
        </w:rPr>
        <w:t xml:space="preserve">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شد. </w:t>
      </w:r>
      <w:proofErr w:type="gramStart"/>
      <w:r w:rsidRPr="00DC1978">
        <w:rPr>
          <w:rFonts w:ascii="Arial" w:hAnsi="Arial" w:cs="Arial"/>
          <w:color w:val="222222"/>
          <w:rtl/>
        </w:rPr>
        <w:t>جهت</w:t>
      </w:r>
      <w:proofErr w:type="gramEnd"/>
      <w:r w:rsidRPr="00DC1978">
        <w:rPr>
          <w:rFonts w:ascii="Arial" w:hAnsi="Arial" w:cs="Arial"/>
          <w:color w:val="222222"/>
          <w:rtl/>
        </w:rPr>
        <w:t xml:space="preserve"> </w:t>
      </w:r>
      <w:proofErr w:type="spellStart"/>
      <w:r w:rsidRPr="00DC1978">
        <w:rPr>
          <w:rFonts w:ascii="Arial" w:hAnsi="Arial" w:cs="Arial"/>
          <w:color w:val="222222"/>
          <w:rtl/>
        </w:rPr>
        <w:t>مقایسه</w:t>
      </w:r>
      <w:proofErr w:type="spellEnd"/>
      <w:r w:rsidRPr="00DC1978">
        <w:rPr>
          <w:rFonts w:ascii="Arial" w:hAnsi="Arial" w:cs="Arial"/>
          <w:color w:val="222222"/>
          <w:rtl/>
        </w:rPr>
        <w:t xml:space="preserve"> </w:t>
      </w:r>
      <w:proofErr w:type="spellStart"/>
      <w:r w:rsidRPr="00DC1978">
        <w:rPr>
          <w:rFonts w:ascii="Arial" w:hAnsi="Arial" w:cs="Arial"/>
          <w:color w:val="222222"/>
          <w:rtl/>
        </w:rPr>
        <w:t>متغیرهای</w:t>
      </w:r>
      <w:proofErr w:type="spellEnd"/>
      <w:r w:rsidRPr="00DC1978">
        <w:rPr>
          <w:rFonts w:ascii="Arial" w:hAnsi="Arial" w:cs="Arial"/>
          <w:color w:val="222222"/>
          <w:rtl/>
        </w:rPr>
        <w:t xml:space="preserve"> </w:t>
      </w:r>
      <w:proofErr w:type="spellStart"/>
      <w:r w:rsidRPr="00DC1978">
        <w:rPr>
          <w:rFonts w:ascii="Arial" w:hAnsi="Arial" w:cs="Arial"/>
          <w:color w:val="222222"/>
          <w:rtl/>
        </w:rPr>
        <w:t>کمی</w:t>
      </w:r>
      <w:proofErr w:type="spellEnd"/>
      <w:r w:rsidRPr="00DC1978">
        <w:rPr>
          <w:rFonts w:ascii="Arial" w:hAnsi="Arial" w:cs="Arial"/>
          <w:color w:val="222222"/>
          <w:rtl/>
        </w:rPr>
        <w:t xml:space="preserve"> </w:t>
      </w:r>
      <w:proofErr w:type="spellStart"/>
      <w:r w:rsidRPr="00DC1978">
        <w:rPr>
          <w:rFonts w:ascii="Arial" w:hAnsi="Arial" w:cs="Arial"/>
          <w:color w:val="222222"/>
          <w:rtl/>
        </w:rPr>
        <w:t>بین</w:t>
      </w:r>
      <w:proofErr w:type="spellEnd"/>
      <w:r w:rsidRPr="00DC1978">
        <w:rPr>
          <w:rFonts w:ascii="Arial" w:hAnsi="Arial" w:cs="Arial"/>
          <w:color w:val="222222"/>
          <w:rtl/>
        </w:rPr>
        <w:t xml:space="preserve"> دو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و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از </w:t>
      </w:r>
      <w:proofErr w:type="spellStart"/>
      <w:r w:rsidRPr="00DC1978">
        <w:rPr>
          <w:rFonts w:ascii="Arial" w:hAnsi="Arial" w:cs="Arial"/>
          <w:color w:val="222222"/>
          <w:rtl/>
        </w:rPr>
        <w:t>آزمون</w:t>
      </w:r>
      <w:proofErr w:type="spellEnd"/>
      <w:r w:rsidRPr="00DC1978">
        <w:rPr>
          <w:rFonts w:ascii="Arial" w:hAnsi="Arial" w:cs="Arial"/>
          <w:color w:val="222222"/>
          <w:rtl/>
        </w:rPr>
        <w:t xml:space="preserve"> </w:t>
      </w:r>
      <w:r w:rsidRPr="00DC1978">
        <w:rPr>
          <w:rFonts w:ascii="Arial" w:hAnsi="Arial" w:cs="Arial"/>
          <w:color w:val="222222"/>
        </w:rPr>
        <w:t>T</w:t>
      </w:r>
      <w:r w:rsidRPr="00DC1978">
        <w:rPr>
          <w:rFonts w:ascii="Arial" w:hAnsi="Arial" w:cs="Arial"/>
          <w:color w:val="222222"/>
          <w:rtl/>
        </w:rPr>
        <w:t xml:space="preserve"> مستقل و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مقایسه</w:t>
      </w:r>
      <w:proofErr w:type="spellEnd"/>
      <w:r w:rsidRPr="00DC1978">
        <w:rPr>
          <w:rFonts w:ascii="Arial" w:hAnsi="Arial" w:cs="Arial"/>
          <w:color w:val="222222"/>
          <w:rtl/>
        </w:rPr>
        <w:t xml:space="preserve"> </w:t>
      </w:r>
      <w:proofErr w:type="spellStart"/>
      <w:r w:rsidRPr="00DC1978">
        <w:rPr>
          <w:rFonts w:ascii="Arial" w:hAnsi="Arial" w:cs="Arial"/>
          <w:color w:val="222222"/>
          <w:rtl/>
        </w:rPr>
        <w:t>متغیرهای</w:t>
      </w:r>
      <w:proofErr w:type="spellEnd"/>
      <w:r w:rsidRPr="00DC1978">
        <w:rPr>
          <w:rFonts w:ascii="Arial" w:hAnsi="Arial" w:cs="Arial"/>
          <w:color w:val="222222"/>
          <w:rtl/>
        </w:rPr>
        <w:t xml:space="preserve"> </w:t>
      </w:r>
      <w:proofErr w:type="spellStart"/>
      <w:r w:rsidRPr="00DC1978">
        <w:rPr>
          <w:rFonts w:ascii="Arial" w:hAnsi="Arial" w:cs="Arial"/>
          <w:color w:val="222222"/>
          <w:rtl/>
        </w:rPr>
        <w:t>کیفی</w:t>
      </w:r>
      <w:proofErr w:type="spellEnd"/>
      <w:r w:rsidRPr="00DC1978">
        <w:rPr>
          <w:rFonts w:ascii="Arial" w:hAnsi="Arial" w:cs="Arial"/>
          <w:color w:val="222222"/>
          <w:rtl/>
        </w:rPr>
        <w:t xml:space="preserve"> از </w:t>
      </w:r>
      <w:proofErr w:type="spellStart"/>
      <w:r w:rsidRPr="00DC1978">
        <w:rPr>
          <w:rFonts w:ascii="Arial" w:hAnsi="Arial" w:cs="Arial"/>
          <w:color w:val="222222"/>
          <w:rtl/>
        </w:rPr>
        <w:t>آزمون</w:t>
      </w:r>
      <w:proofErr w:type="spellEnd"/>
      <w:r w:rsidRPr="00DC1978">
        <w:rPr>
          <w:rFonts w:ascii="Arial" w:hAnsi="Arial" w:cs="Arial"/>
          <w:color w:val="222222"/>
          <w:rtl/>
        </w:rPr>
        <w:t xml:space="preserve"> </w:t>
      </w:r>
      <w:proofErr w:type="spellStart"/>
      <w:r w:rsidRPr="00DC1978">
        <w:rPr>
          <w:rFonts w:ascii="Arial" w:hAnsi="Arial" w:cs="Arial"/>
          <w:color w:val="222222"/>
          <w:rtl/>
        </w:rPr>
        <w:t>کای‌دو</w:t>
      </w:r>
      <w:proofErr w:type="spellEnd"/>
      <w:r w:rsidRPr="00DC1978">
        <w:rPr>
          <w:rFonts w:ascii="Arial" w:hAnsi="Arial" w:cs="Arial"/>
          <w:color w:val="222222"/>
          <w:rtl/>
        </w:rPr>
        <w:t xml:space="preserve">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شد.</w:t>
      </w:r>
    </w:p>
    <w:p w:rsidR="00B3465C" w:rsidRPr="00DC1978" w:rsidRDefault="00B3465C" w:rsidP="00B3465C">
      <w:pPr>
        <w:pStyle w:val="NormalWeb"/>
        <w:bidi/>
        <w:rPr>
          <w:rFonts w:ascii="Arial" w:hAnsi="Arial" w:cs="Arial"/>
          <w:color w:val="222222"/>
        </w:rPr>
      </w:pPr>
      <w:proofErr w:type="spellStart"/>
      <w:r w:rsidRPr="00DC1978">
        <w:rPr>
          <w:rFonts w:ascii="Arial" w:hAnsi="Arial" w:cs="Arial"/>
          <w:color w:val="222222"/>
          <w:rtl/>
        </w:rPr>
        <w:t>به‌منظور</w:t>
      </w:r>
      <w:proofErr w:type="spellEnd"/>
      <w:r w:rsidRPr="00DC1978">
        <w:rPr>
          <w:rFonts w:ascii="Arial" w:hAnsi="Arial" w:cs="Arial"/>
          <w:color w:val="222222"/>
          <w:rtl/>
        </w:rPr>
        <w:t xml:space="preserve"> </w:t>
      </w:r>
      <w:proofErr w:type="spellStart"/>
      <w:r w:rsidRPr="00DC1978">
        <w:rPr>
          <w:rFonts w:ascii="Arial" w:hAnsi="Arial" w:cs="Arial"/>
          <w:color w:val="222222"/>
          <w:rtl/>
        </w:rPr>
        <w:t>بررسی</w:t>
      </w:r>
      <w:proofErr w:type="spellEnd"/>
      <w:r w:rsidRPr="00DC1978">
        <w:rPr>
          <w:rFonts w:ascii="Arial" w:hAnsi="Arial" w:cs="Arial"/>
          <w:color w:val="222222"/>
          <w:rtl/>
        </w:rPr>
        <w:t xml:space="preserve"> ارتباط </w:t>
      </w:r>
      <w:proofErr w:type="spellStart"/>
      <w:r w:rsidRPr="00DC1978">
        <w:rPr>
          <w:rFonts w:ascii="Arial" w:hAnsi="Arial" w:cs="Arial"/>
          <w:color w:val="222222"/>
          <w:rtl/>
        </w:rPr>
        <w:t>بین</w:t>
      </w:r>
      <w:proofErr w:type="spellEnd"/>
      <w:r w:rsidRPr="00DC1978">
        <w:rPr>
          <w:rFonts w:ascii="Arial" w:hAnsi="Arial" w:cs="Arial"/>
          <w:color w:val="222222"/>
          <w:rtl/>
        </w:rPr>
        <w:t xml:space="preserve"> نوع درمان </w:t>
      </w:r>
      <w:proofErr w:type="gramStart"/>
      <w:r w:rsidRPr="00DC1978">
        <w:rPr>
          <w:rFonts w:ascii="Arial" w:hAnsi="Arial" w:cs="Arial"/>
          <w:color w:val="222222"/>
          <w:rtl/>
        </w:rPr>
        <w:t xml:space="preserve">و </w:t>
      </w:r>
      <w:proofErr w:type="spellStart"/>
      <w:r w:rsidRPr="00DC1978">
        <w:rPr>
          <w:rFonts w:ascii="Arial" w:hAnsi="Arial" w:cs="Arial"/>
          <w:color w:val="222222"/>
          <w:rtl/>
        </w:rPr>
        <w:t>بهبود</w:t>
      </w:r>
      <w:proofErr w:type="spellEnd"/>
      <w:proofErr w:type="gramEnd"/>
      <w:r w:rsidRPr="00DC1978">
        <w:rPr>
          <w:rFonts w:ascii="Arial" w:hAnsi="Arial" w:cs="Arial"/>
          <w:color w:val="222222"/>
          <w:rtl/>
        </w:rPr>
        <w:t xml:space="preserve"> علائم </w:t>
      </w:r>
      <w:proofErr w:type="spellStart"/>
      <w:r w:rsidRPr="00DC1978">
        <w:rPr>
          <w:rFonts w:ascii="Arial" w:hAnsi="Arial" w:cs="Arial"/>
          <w:color w:val="222222"/>
          <w:rtl/>
        </w:rPr>
        <w:t>بالینی</w:t>
      </w:r>
      <w:proofErr w:type="spellEnd"/>
      <w:r w:rsidRPr="00DC1978">
        <w:rPr>
          <w:rFonts w:ascii="Arial" w:hAnsi="Arial" w:cs="Arial"/>
          <w:color w:val="222222"/>
          <w:rtl/>
        </w:rPr>
        <w:t xml:space="preserve">، </w:t>
      </w:r>
      <w:proofErr w:type="spellStart"/>
      <w:r w:rsidRPr="00DC1978">
        <w:rPr>
          <w:rFonts w:ascii="Arial" w:hAnsi="Arial" w:cs="Arial"/>
          <w:color w:val="222222"/>
          <w:rtl/>
        </w:rPr>
        <w:t>رگرسیون</w:t>
      </w:r>
      <w:proofErr w:type="spellEnd"/>
      <w:r w:rsidRPr="00DC1978">
        <w:rPr>
          <w:rFonts w:ascii="Arial" w:hAnsi="Arial" w:cs="Arial"/>
          <w:color w:val="222222"/>
          <w:rtl/>
        </w:rPr>
        <w:t xml:space="preserve"> </w:t>
      </w:r>
      <w:proofErr w:type="spellStart"/>
      <w:r w:rsidRPr="00DC1978">
        <w:rPr>
          <w:rFonts w:ascii="Arial" w:hAnsi="Arial" w:cs="Arial"/>
          <w:color w:val="222222"/>
          <w:rtl/>
        </w:rPr>
        <w:t>لجستیک</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در نظر </w:t>
      </w:r>
      <w:proofErr w:type="spellStart"/>
      <w:r w:rsidRPr="00DC1978">
        <w:rPr>
          <w:rFonts w:ascii="Arial" w:hAnsi="Arial" w:cs="Arial"/>
          <w:color w:val="222222"/>
          <w:rtl/>
        </w:rPr>
        <w:t>گرفتن</w:t>
      </w:r>
      <w:proofErr w:type="spellEnd"/>
      <w:r w:rsidRPr="00DC1978">
        <w:rPr>
          <w:rFonts w:ascii="Arial" w:hAnsi="Arial" w:cs="Arial"/>
          <w:color w:val="222222"/>
          <w:rtl/>
        </w:rPr>
        <w:t xml:space="preserve"> عوامل </w:t>
      </w:r>
      <w:proofErr w:type="spellStart"/>
      <w:r w:rsidRPr="00DC1978">
        <w:rPr>
          <w:rFonts w:ascii="Arial" w:hAnsi="Arial" w:cs="Arial"/>
          <w:color w:val="222222"/>
          <w:rtl/>
        </w:rPr>
        <w:t>مداخله‌گر</w:t>
      </w:r>
      <w:proofErr w:type="spellEnd"/>
      <w:r w:rsidRPr="00DC1978">
        <w:rPr>
          <w:rFonts w:ascii="Arial" w:hAnsi="Arial" w:cs="Arial"/>
          <w:color w:val="222222"/>
          <w:rtl/>
        </w:rPr>
        <w:t xml:space="preserve"> </w:t>
      </w:r>
      <w:proofErr w:type="spellStart"/>
      <w:r w:rsidRPr="00DC1978">
        <w:rPr>
          <w:rFonts w:ascii="Arial" w:hAnsi="Arial" w:cs="Arial"/>
          <w:color w:val="222222"/>
          <w:rtl/>
        </w:rPr>
        <w:t>احتمالی</w:t>
      </w:r>
      <w:proofErr w:type="spellEnd"/>
      <w:r w:rsidRPr="00DC1978">
        <w:rPr>
          <w:rFonts w:ascii="Arial" w:hAnsi="Arial" w:cs="Arial"/>
          <w:color w:val="222222"/>
          <w:rtl/>
        </w:rPr>
        <w:t xml:space="preserve"> به </w:t>
      </w:r>
      <w:proofErr w:type="spellStart"/>
      <w:r w:rsidRPr="00DC1978">
        <w:rPr>
          <w:rFonts w:ascii="Arial" w:hAnsi="Arial" w:cs="Arial"/>
          <w:color w:val="222222"/>
          <w:rtl/>
        </w:rPr>
        <w:t>کار</w:t>
      </w:r>
      <w:proofErr w:type="spellEnd"/>
      <w:r w:rsidRPr="00DC1978">
        <w:rPr>
          <w:rFonts w:ascii="Arial" w:hAnsi="Arial" w:cs="Arial"/>
          <w:color w:val="222222"/>
          <w:rtl/>
        </w:rPr>
        <w:t xml:space="preserve"> </w:t>
      </w:r>
      <w:proofErr w:type="spellStart"/>
      <w:r w:rsidRPr="00DC1978">
        <w:rPr>
          <w:rFonts w:ascii="Arial" w:hAnsi="Arial" w:cs="Arial"/>
          <w:color w:val="222222"/>
          <w:rtl/>
        </w:rPr>
        <w:t>گرفته</w:t>
      </w:r>
      <w:proofErr w:type="spellEnd"/>
      <w:r w:rsidRPr="00DC1978">
        <w:rPr>
          <w:rFonts w:ascii="Arial" w:hAnsi="Arial" w:cs="Arial"/>
          <w:color w:val="222222"/>
          <w:rtl/>
        </w:rPr>
        <w:t xml:space="preserve"> شد. سطح </w:t>
      </w:r>
      <w:proofErr w:type="spellStart"/>
      <w:r w:rsidRPr="00DC1978">
        <w:rPr>
          <w:rFonts w:ascii="Arial" w:hAnsi="Arial" w:cs="Arial"/>
          <w:color w:val="222222"/>
          <w:rtl/>
        </w:rPr>
        <w:t>معنی‌داری</w:t>
      </w:r>
      <w:proofErr w:type="spellEnd"/>
      <w:r w:rsidRPr="00DC1978">
        <w:rPr>
          <w:rFonts w:ascii="Arial" w:hAnsi="Arial" w:cs="Arial"/>
          <w:color w:val="222222"/>
          <w:rtl/>
        </w:rPr>
        <w:t xml:space="preserve"> در </w:t>
      </w:r>
      <w:proofErr w:type="spellStart"/>
      <w:r w:rsidRPr="00DC1978">
        <w:rPr>
          <w:rFonts w:ascii="Arial" w:hAnsi="Arial" w:cs="Arial"/>
          <w:color w:val="222222"/>
          <w:rtl/>
        </w:rPr>
        <w:t>تمامی</w:t>
      </w:r>
      <w:proofErr w:type="spellEnd"/>
      <w:r w:rsidRPr="00DC1978">
        <w:rPr>
          <w:rFonts w:ascii="Arial" w:hAnsi="Arial" w:cs="Arial"/>
          <w:color w:val="222222"/>
          <w:rtl/>
        </w:rPr>
        <w:t xml:space="preserve"> </w:t>
      </w:r>
      <w:proofErr w:type="spellStart"/>
      <w:r w:rsidRPr="00DC1978">
        <w:rPr>
          <w:rFonts w:ascii="Arial" w:hAnsi="Arial" w:cs="Arial"/>
          <w:color w:val="222222"/>
          <w:rtl/>
        </w:rPr>
        <w:t>آزمون‌ها</w:t>
      </w:r>
      <w:proofErr w:type="spellEnd"/>
      <w:r w:rsidRPr="00DC1978">
        <w:rPr>
          <w:rFonts w:ascii="Arial" w:hAnsi="Arial" w:cs="Arial"/>
          <w:color w:val="222222"/>
          <w:rtl/>
        </w:rPr>
        <w:t xml:space="preserve"> </w:t>
      </w:r>
      <w:r w:rsidRPr="00DC1978">
        <w:rPr>
          <w:rFonts w:ascii="Arial" w:hAnsi="Arial" w:cs="Arial"/>
          <w:color w:val="222222"/>
          <w:rtl/>
          <w:lang w:bidi="fa-IR"/>
        </w:rPr>
        <w:t>۰</w:t>
      </w:r>
      <w:r w:rsidRPr="00DC1978">
        <w:rPr>
          <w:rFonts w:ascii="Arial" w:hAnsi="Arial" w:cs="Arial"/>
          <w:color w:val="222222"/>
          <w:rtl/>
        </w:rPr>
        <w:t>٫</w:t>
      </w:r>
      <w:r w:rsidRPr="00DC1978">
        <w:rPr>
          <w:rFonts w:ascii="Arial" w:hAnsi="Arial" w:cs="Arial"/>
          <w:color w:val="222222"/>
          <w:rtl/>
          <w:lang w:bidi="fa-IR"/>
        </w:rPr>
        <w:t>۰۵ (</w:t>
      </w:r>
      <w:r w:rsidRPr="00DC1978">
        <w:rPr>
          <w:rFonts w:ascii="Arial" w:hAnsi="Arial" w:cs="Arial"/>
          <w:color w:val="222222"/>
        </w:rPr>
        <w:t>p</w:t>
      </w:r>
      <w:r w:rsidRPr="00DC1978">
        <w:rPr>
          <w:rFonts w:ascii="Arial" w:hAnsi="Arial" w:cs="Arial"/>
          <w:color w:val="222222"/>
          <w:rtl/>
        </w:rPr>
        <w:t xml:space="preserve">&lt;0.05) در نظر </w:t>
      </w:r>
      <w:proofErr w:type="spellStart"/>
      <w:r w:rsidRPr="00DC1978">
        <w:rPr>
          <w:rFonts w:ascii="Arial" w:hAnsi="Arial" w:cs="Arial"/>
          <w:color w:val="222222"/>
          <w:rtl/>
        </w:rPr>
        <w:t>گرفته</w:t>
      </w:r>
      <w:proofErr w:type="spellEnd"/>
      <w:r w:rsidRPr="00DC1978">
        <w:rPr>
          <w:rFonts w:ascii="Arial" w:hAnsi="Arial" w:cs="Arial"/>
          <w:color w:val="222222"/>
          <w:rtl/>
        </w:rPr>
        <w:t xml:space="preserve"> شد </w:t>
      </w:r>
      <w:proofErr w:type="gramStart"/>
      <w:r w:rsidRPr="00DC1978">
        <w:rPr>
          <w:rFonts w:ascii="Arial" w:hAnsi="Arial" w:cs="Arial"/>
          <w:color w:val="222222"/>
          <w:rtl/>
        </w:rPr>
        <w:t xml:space="preserve">و </w:t>
      </w:r>
      <w:proofErr w:type="spellStart"/>
      <w:r w:rsidRPr="00DC1978">
        <w:rPr>
          <w:rFonts w:ascii="Arial" w:hAnsi="Arial" w:cs="Arial"/>
          <w:color w:val="222222"/>
          <w:rtl/>
        </w:rPr>
        <w:t>تمامی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آزمون‌ها</w:t>
      </w:r>
      <w:proofErr w:type="spellEnd"/>
      <w:r w:rsidRPr="00DC1978">
        <w:rPr>
          <w:rFonts w:ascii="Arial" w:hAnsi="Arial" w:cs="Arial"/>
          <w:color w:val="222222"/>
          <w:rtl/>
        </w:rPr>
        <w:t xml:space="preserve"> به صورت </w:t>
      </w:r>
      <w:proofErr w:type="spellStart"/>
      <w:r w:rsidRPr="00DC1978">
        <w:rPr>
          <w:rFonts w:ascii="Arial" w:hAnsi="Arial" w:cs="Arial"/>
          <w:color w:val="222222"/>
          <w:rtl/>
        </w:rPr>
        <w:t>دوطرفه</w:t>
      </w:r>
      <w:proofErr w:type="spellEnd"/>
      <w:r w:rsidRPr="00DC1978">
        <w:rPr>
          <w:rFonts w:ascii="Arial" w:hAnsi="Arial" w:cs="Arial"/>
          <w:color w:val="222222"/>
          <w:rtl/>
        </w:rPr>
        <w:t xml:space="preserve"> انجام </w:t>
      </w:r>
      <w:proofErr w:type="spellStart"/>
      <w:r w:rsidRPr="00DC1978">
        <w:rPr>
          <w:rFonts w:ascii="Arial" w:hAnsi="Arial" w:cs="Arial"/>
          <w:color w:val="222222"/>
          <w:rtl/>
        </w:rPr>
        <w:t>شدند</w:t>
      </w:r>
      <w:proofErr w:type="spellEnd"/>
      <w:r w:rsidRPr="00DC1978">
        <w:rPr>
          <w:rFonts w:ascii="Arial" w:hAnsi="Arial" w:cs="Arial"/>
          <w:color w:val="222222"/>
          <w:rtl/>
        </w:rPr>
        <w:t xml:space="preserve">.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متغیرهای</w:t>
      </w:r>
      <w:proofErr w:type="spellEnd"/>
      <w:r w:rsidRPr="00DC1978">
        <w:rPr>
          <w:rFonts w:ascii="Arial" w:hAnsi="Arial" w:cs="Arial"/>
          <w:color w:val="222222"/>
          <w:rtl/>
        </w:rPr>
        <w:t xml:space="preserve"> </w:t>
      </w:r>
      <w:proofErr w:type="spellStart"/>
      <w:r w:rsidRPr="00DC1978">
        <w:rPr>
          <w:rFonts w:ascii="Arial" w:hAnsi="Arial" w:cs="Arial"/>
          <w:color w:val="222222"/>
          <w:rtl/>
        </w:rPr>
        <w:t>کمی</w:t>
      </w:r>
      <w:proofErr w:type="spellEnd"/>
      <w:r w:rsidRPr="00DC1978">
        <w:rPr>
          <w:rFonts w:ascii="Arial" w:hAnsi="Arial" w:cs="Arial"/>
          <w:color w:val="222222"/>
          <w:rtl/>
        </w:rPr>
        <w:t xml:space="preserve"> به صورت </w:t>
      </w:r>
      <w:proofErr w:type="spellStart"/>
      <w:r w:rsidRPr="00DC1978">
        <w:rPr>
          <w:rFonts w:ascii="Arial" w:hAnsi="Arial" w:cs="Arial"/>
          <w:color w:val="222222"/>
          <w:rtl/>
        </w:rPr>
        <w:t>میانگین</w:t>
      </w:r>
      <w:proofErr w:type="spellEnd"/>
      <w:r w:rsidRPr="00DC1978">
        <w:rPr>
          <w:rFonts w:ascii="Arial" w:hAnsi="Arial" w:cs="Arial"/>
          <w:color w:val="222222"/>
          <w:rtl/>
        </w:rPr>
        <w:t xml:space="preserve"> ± انحراف </w:t>
      </w:r>
      <w:proofErr w:type="spellStart"/>
      <w:r w:rsidRPr="00DC1978">
        <w:rPr>
          <w:rFonts w:ascii="Arial" w:hAnsi="Arial" w:cs="Arial"/>
          <w:color w:val="222222"/>
          <w:rtl/>
        </w:rPr>
        <w:t>معیار</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برای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متغیرهای</w:t>
      </w:r>
      <w:proofErr w:type="spellEnd"/>
      <w:r w:rsidRPr="00DC1978">
        <w:rPr>
          <w:rFonts w:ascii="Arial" w:hAnsi="Arial" w:cs="Arial"/>
          <w:color w:val="222222"/>
          <w:rtl/>
        </w:rPr>
        <w:t xml:space="preserve"> </w:t>
      </w:r>
      <w:proofErr w:type="spellStart"/>
      <w:r w:rsidRPr="00DC1978">
        <w:rPr>
          <w:rFonts w:ascii="Arial" w:hAnsi="Arial" w:cs="Arial"/>
          <w:color w:val="222222"/>
          <w:rtl/>
        </w:rPr>
        <w:t>کیفی</w:t>
      </w:r>
      <w:proofErr w:type="spellEnd"/>
      <w:r w:rsidRPr="00DC1978">
        <w:rPr>
          <w:rFonts w:ascii="Arial" w:hAnsi="Arial" w:cs="Arial"/>
          <w:color w:val="222222"/>
          <w:rtl/>
        </w:rPr>
        <w:t xml:space="preserve"> به صورت </w:t>
      </w:r>
      <w:proofErr w:type="spellStart"/>
      <w:r w:rsidRPr="00DC1978">
        <w:rPr>
          <w:rFonts w:ascii="Arial" w:hAnsi="Arial" w:cs="Arial"/>
          <w:color w:val="222222"/>
          <w:rtl/>
        </w:rPr>
        <w:t>درصد</w:t>
      </w:r>
      <w:proofErr w:type="spellEnd"/>
      <w:r w:rsidRPr="00DC1978">
        <w:rPr>
          <w:rFonts w:ascii="Arial" w:hAnsi="Arial" w:cs="Arial"/>
          <w:color w:val="222222"/>
          <w:rtl/>
        </w:rPr>
        <w:t xml:space="preserve"> </w:t>
      </w:r>
      <w:proofErr w:type="spellStart"/>
      <w:r w:rsidRPr="00DC1978">
        <w:rPr>
          <w:rFonts w:ascii="Arial" w:hAnsi="Arial" w:cs="Arial"/>
          <w:color w:val="222222"/>
          <w:rtl/>
        </w:rPr>
        <w:t>فراوانی</w:t>
      </w:r>
      <w:proofErr w:type="spellEnd"/>
      <w:r w:rsidRPr="00DC1978">
        <w:rPr>
          <w:rFonts w:ascii="Arial" w:hAnsi="Arial" w:cs="Arial"/>
          <w:color w:val="222222"/>
          <w:rtl/>
        </w:rPr>
        <w:t xml:space="preserve"> </w:t>
      </w:r>
      <w:proofErr w:type="spellStart"/>
      <w:r w:rsidRPr="00DC1978">
        <w:rPr>
          <w:rFonts w:ascii="Arial" w:hAnsi="Arial" w:cs="Arial"/>
          <w:color w:val="222222"/>
          <w:rtl/>
        </w:rPr>
        <w:t>گزارش</w:t>
      </w:r>
      <w:proofErr w:type="spellEnd"/>
      <w:r w:rsidRPr="00DC1978">
        <w:rPr>
          <w:rFonts w:ascii="Arial" w:hAnsi="Arial" w:cs="Arial"/>
          <w:color w:val="222222"/>
          <w:rtl/>
        </w:rPr>
        <w:t xml:space="preserve"> </w:t>
      </w:r>
      <w:proofErr w:type="spellStart"/>
      <w:r w:rsidRPr="00DC1978">
        <w:rPr>
          <w:rFonts w:ascii="Arial" w:hAnsi="Arial" w:cs="Arial"/>
          <w:color w:val="222222"/>
          <w:rtl/>
        </w:rPr>
        <w:t>گردید</w:t>
      </w:r>
      <w:proofErr w:type="spellEnd"/>
      <w:r w:rsidRPr="00DC1978">
        <w:rPr>
          <w:rFonts w:ascii="Arial" w:hAnsi="Arial" w:cs="Arial"/>
          <w:color w:val="222222"/>
          <w:rtl/>
        </w:rPr>
        <w:t xml:space="preserve">. </w:t>
      </w:r>
      <w:proofErr w:type="spellStart"/>
      <w:r w:rsidRPr="00DC1978">
        <w:rPr>
          <w:rFonts w:ascii="Arial" w:hAnsi="Arial" w:cs="Arial"/>
          <w:color w:val="222222"/>
          <w:rtl/>
        </w:rPr>
        <w:t>همچنین</w:t>
      </w:r>
      <w:proofErr w:type="spellEnd"/>
      <w:r w:rsidRPr="00DC1978">
        <w:rPr>
          <w:rFonts w:ascii="Arial" w:hAnsi="Arial" w:cs="Arial"/>
          <w:color w:val="222222"/>
          <w:rtl/>
        </w:rPr>
        <w:t xml:space="preserve"> در موارد لازم نسبت </w:t>
      </w:r>
      <w:proofErr w:type="spellStart"/>
      <w:r w:rsidRPr="00DC1978">
        <w:rPr>
          <w:rFonts w:ascii="Arial" w:hAnsi="Arial" w:cs="Arial"/>
          <w:color w:val="222222"/>
          <w:rtl/>
        </w:rPr>
        <w:t>شانس</w:t>
      </w:r>
      <w:proofErr w:type="spellEnd"/>
      <w:r w:rsidRPr="00DC1978">
        <w:rPr>
          <w:rFonts w:ascii="Arial" w:hAnsi="Arial" w:cs="Arial"/>
          <w:color w:val="222222"/>
          <w:rtl/>
        </w:rPr>
        <w:t xml:space="preserve"> (</w:t>
      </w:r>
      <w:r w:rsidRPr="00DC1978">
        <w:rPr>
          <w:rFonts w:ascii="Arial" w:hAnsi="Arial" w:cs="Arial"/>
          <w:color w:val="222222"/>
        </w:rPr>
        <w:t>Odds Ratio</w:t>
      </w:r>
      <w:r w:rsidRPr="00DC1978">
        <w:rPr>
          <w:rFonts w:ascii="Arial" w:hAnsi="Arial" w:cs="Arial"/>
          <w:color w:val="222222"/>
          <w:rtl/>
        </w:rPr>
        <w:t xml:space="preserve">) </w:t>
      </w:r>
      <w:proofErr w:type="gramStart"/>
      <w:r w:rsidRPr="00DC1978">
        <w:rPr>
          <w:rFonts w:ascii="Arial" w:hAnsi="Arial" w:cs="Arial"/>
          <w:color w:val="222222"/>
          <w:rtl/>
        </w:rPr>
        <w:t>و فاصله</w:t>
      </w:r>
      <w:proofErr w:type="gramEnd"/>
      <w:r w:rsidRPr="00DC1978">
        <w:rPr>
          <w:rFonts w:ascii="Arial" w:hAnsi="Arial" w:cs="Arial"/>
          <w:color w:val="222222"/>
          <w:rtl/>
        </w:rPr>
        <w:t xml:space="preserve"> </w:t>
      </w:r>
      <w:proofErr w:type="spellStart"/>
      <w:r w:rsidRPr="00DC1978">
        <w:rPr>
          <w:rFonts w:ascii="Arial" w:hAnsi="Arial" w:cs="Arial"/>
          <w:color w:val="222222"/>
          <w:rtl/>
        </w:rPr>
        <w:t>اطمینان</w:t>
      </w:r>
      <w:proofErr w:type="spellEnd"/>
      <w:r w:rsidRPr="00DC1978">
        <w:rPr>
          <w:rFonts w:ascii="Arial" w:hAnsi="Arial" w:cs="Arial"/>
          <w:color w:val="222222"/>
          <w:rtl/>
        </w:rPr>
        <w:t xml:space="preserve"> </w:t>
      </w:r>
      <w:r w:rsidRPr="00DC1978">
        <w:rPr>
          <w:rFonts w:ascii="Arial" w:hAnsi="Arial" w:cs="Arial"/>
          <w:color w:val="222222"/>
          <w:rtl/>
          <w:lang w:bidi="fa-IR"/>
        </w:rPr>
        <w:t>۹۵</w:t>
      </w:r>
      <w:r w:rsidRPr="00DC1978">
        <w:rPr>
          <w:rFonts w:ascii="Arial" w:hAnsi="Arial" w:cs="Arial"/>
          <w:color w:val="222222"/>
          <w:rtl/>
        </w:rPr>
        <w:t xml:space="preserve"> </w:t>
      </w:r>
      <w:proofErr w:type="spellStart"/>
      <w:r w:rsidRPr="00DC1978">
        <w:rPr>
          <w:rFonts w:ascii="Arial" w:hAnsi="Arial" w:cs="Arial"/>
          <w:color w:val="222222"/>
          <w:rtl/>
        </w:rPr>
        <w:t>درصد</w:t>
      </w:r>
      <w:proofErr w:type="spellEnd"/>
      <w:r w:rsidRPr="00DC1978">
        <w:rPr>
          <w:rFonts w:ascii="Arial" w:hAnsi="Arial" w:cs="Arial"/>
          <w:color w:val="222222"/>
          <w:rtl/>
        </w:rPr>
        <w:t xml:space="preserve"> محاسبه و </w:t>
      </w:r>
      <w:proofErr w:type="spellStart"/>
      <w:r w:rsidRPr="00DC1978">
        <w:rPr>
          <w:rFonts w:ascii="Arial" w:hAnsi="Arial" w:cs="Arial"/>
          <w:color w:val="222222"/>
          <w:rtl/>
        </w:rPr>
        <w:t>ارائه</w:t>
      </w:r>
      <w:proofErr w:type="spellEnd"/>
      <w:r w:rsidRPr="00DC1978">
        <w:rPr>
          <w:rFonts w:ascii="Arial" w:hAnsi="Arial" w:cs="Arial"/>
          <w:color w:val="222222"/>
          <w:rtl/>
        </w:rPr>
        <w:t xml:space="preserve"> شد.</w:t>
      </w:r>
    </w:p>
    <w:p w:rsidR="00CA7A18" w:rsidRPr="00DC1978" w:rsidRDefault="00000000" w:rsidP="00AC5FC0">
      <w:pPr>
        <w:jc w:val="right"/>
        <w:rPr>
          <w:sz w:val="24"/>
          <w:szCs w:val="24"/>
        </w:rPr>
      </w:pPr>
      <w:r w:rsidRPr="00DC1978">
        <w:rPr>
          <w:sz w:val="24"/>
          <w:szCs w:val="24"/>
        </w:rPr>
        <w:t>.</w:t>
      </w:r>
    </w:p>
    <w:p w:rsidR="0057323F" w:rsidRPr="00DC1978" w:rsidRDefault="00000000" w:rsidP="0057323F">
      <w:pPr>
        <w:jc w:val="right"/>
        <w:rPr>
          <w:b/>
          <w:bCs/>
          <w:sz w:val="24"/>
          <w:szCs w:val="24"/>
        </w:rPr>
      </w:pPr>
      <w:proofErr w:type="spellStart"/>
      <w:r w:rsidRPr="00DC1978">
        <w:rPr>
          <w:rFonts w:ascii="Times New Roman" w:hAnsi="Times New Roman" w:cs="Times New Roman"/>
          <w:b/>
          <w:bCs/>
          <w:sz w:val="24"/>
          <w:szCs w:val="24"/>
        </w:rPr>
        <w:t>نتایج</w:t>
      </w:r>
      <w:proofErr w:type="spellEnd"/>
    </w:p>
    <w:p w:rsidR="0057323F" w:rsidRPr="00DC1978" w:rsidRDefault="0057323F" w:rsidP="0057323F">
      <w:pPr>
        <w:pStyle w:val="NormalWeb"/>
        <w:bidi/>
        <w:rPr>
          <w:rFonts w:ascii="Arial" w:hAnsi="Arial" w:cs="Arial"/>
          <w:color w:val="222222"/>
          <w:rtl/>
        </w:rPr>
      </w:pPr>
      <w:r w:rsidRPr="00DC1978">
        <w:rPr>
          <w:rFonts w:ascii="Arial" w:hAnsi="Arial" w:cs="Arial"/>
          <w:color w:val="222222"/>
          <w:rtl/>
        </w:rPr>
        <w:t xml:space="preserve">در </w:t>
      </w:r>
      <w:proofErr w:type="spellStart"/>
      <w:r w:rsidRPr="00DC1978">
        <w:rPr>
          <w:rFonts w:ascii="Arial" w:hAnsi="Arial" w:cs="Arial"/>
          <w:color w:val="222222"/>
          <w:rtl/>
        </w:rPr>
        <w:t>این</w:t>
      </w:r>
      <w:proofErr w:type="spellEnd"/>
      <w:r w:rsidRPr="00DC1978">
        <w:rPr>
          <w:rFonts w:ascii="Arial" w:hAnsi="Arial" w:cs="Arial"/>
          <w:color w:val="222222"/>
          <w:rtl/>
        </w:rPr>
        <w:t xml:space="preserve"> مطالعه، مجموعاً </w:t>
      </w:r>
      <w:r w:rsidRPr="00DC1978">
        <w:rPr>
          <w:rFonts w:ascii="Arial" w:hAnsi="Arial" w:cs="Arial"/>
          <w:color w:val="222222"/>
          <w:rtl/>
          <w:lang w:bidi="fa-IR"/>
        </w:rPr>
        <w:t>۱۰۰</w:t>
      </w:r>
      <w:r w:rsidRPr="00DC1978">
        <w:rPr>
          <w:rFonts w:ascii="Arial" w:hAnsi="Arial" w:cs="Arial"/>
          <w:color w:val="222222"/>
          <w:rtl/>
        </w:rPr>
        <w:t xml:space="preserve"> </w:t>
      </w:r>
      <w:proofErr w:type="spellStart"/>
      <w:r w:rsidRPr="00DC1978">
        <w:rPr>
          <w:rFonts w:ascii="Arial" w:hAnsi="Arial" w:cs="Arial"/>
          <w:color w:val="222222"/>
          <w:rtl/>
        </w:rPr>
        <w:t>بیمار</w:t>
      </w:r>
      <w:proofErr w:type="spellEnd"/>
      <w:r w:rsidRPr="00DC1978">
        <w:rPr>
          <w:rFonts w:ascii="Arial" w:hAnsi="Arial" w:cs="Arial"/>
          <w:color w:val="222222"/>
          <w:rtl/>
        </w:rPr>
        <w:t xml:space="preserve"> مبتلا به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بر اساس </w:t>
      </w:r>
      <w:proofErr w:type="spellStart"/>
      <w:r w:rsidRPr="00DC1978">
        <w:rPr>
          <w:rFonts w:ascii="Arial" w:hAnsi="Arial" w:cs="Arial"/>
          <w:color w:val="222222"/>
          <w:rtl/>
        </w:rPr>
        <w:t>معیار</w:t>
      </w:r>
      <w:proofErr w:type="spellEnd"/>
      <w:r w:rsidRPr="00DC1978">
        <w:rPr>
          <w:rFonts w:ascii="Arial" w:hAnsi="Arial" w:cs="Arial"/>
          <w:color w:val="222222"/>
          <w:rtl/>
        </w:rPr>
        <w:t xml:space="preserve"> رم </w:t>
      </w:r>
      <w:r w:rsidRPr="00DC1978">
        <w:rPr>
          <w:rFonts w:ascii="Arial" w:hAnsi="Arial" w:cs="Arial"/>
          <w:color w:val="222222"/>
        </w:rPr>
        <w:t>IV</w:t>
      </w:r>
      <w:r w:rsidRPr="00DC1978">
        <w:rPr>
          <w:rFonts w:ascii="Arial" w:hAnsi="Arial" w:cs="Arial"/>
          <w:color w:val="222222"/>
          <w:rtl/>
        </w:rPr>
        <w:t xml:space="preserve"> مورد </w:t>
      </w:r>
      <w:proofErr w:type="spellStart"/>
      <w:r w:rsidRPr="00DC1978">
        <w:rPr>
          <w:rFonts w:ascii="Arial" w:hAnsi="Arial" w:cs="Arial"/>
          <w:color w:val="222222"/>
          <w:rtl/>
        </w:rPr>
        <w:t>بررسی</w:t>
      </w:r>
      <w:proofErr w:type="spellEnd"/>
      <w:r w:rsidRPr="00DC1978">
        <w:rPr>
          <w:rFonts w:ascii="Arial" w:hAnsi="Arial" w:cs="Arial"/>
          <w:color w:val="222222"/>
          <w:rtl/>
        </w:rPr>
        <w:t xml:space="preserve"> قرار </w:t>
      </w:r>
      <w:proofErr w:type="spellStart"/>
      <w:r w:rsidRPr="00DC1978">
        <w:rPr>
          <w:rFonts w:ascii="Arial" w:hAnsi="Arial" w:cs="Arial"/>
          <w:color w:val="222222"/>
          <w:rtl/>
        </w:rPr>
        <w:t>گرفتند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به‌صورت</w:t>
      </w:r>
      <w:proofErr w:type="spellEnd"/>
      <w:r w:rsidRPr="00DC1978">
        <w:rPr>
          <w:rFonts w:ascii="Arial" w:hAnsi="Arial" w:cs="Arial"/>
          <w:color w:val="222222"/>
          <w:rtl/>
        </w:rPr>
        <w:t xml:space="preserve"> </w:t>
      </w:r>
      <w:proofErr w:type="spellStart"/>
      <w:r w:rsidRPr="00DC1978">
        <w:rPr>
          <w:rFonts w:ascii="Arial" w:hAnsi="Arial" w:cs="Arial"/>
          <w:color w:val="222222"/>
          <w:rtl/>
        </w:rPr>
        <w:t>تصادفی</w:t>
      </w:r>
      <w:proofErr w:type="spellEnd"/>
      <w:r w:rsidRPr="00DC1978">
        <w:rPr>
          <w:rFonts w:ascii="Arial" w:hAnsi="Arial" w:cs="Arial"/>
          <w:color w:val="222222"/>
          <w:rtl/>
        </w:rPr>
        <w:t xml:space="preserve"> در دو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مساوی</w:t>
      </w:r>
      <w:proofErr w:type="spellEnd"/>
      <w:r w:rsidRPr="00DC1978">
        <w:rPr>
          <w:rFonts w:ascii="Arial" w:hAnsi="Arial" w:cs="Arial"/>
          <w:color w:val="222222"/>
          <w:rtl/>
        </w:rPr>
        <w:t xml:space="preserve"> </w:t>
      </w:r>
      <w:proofErr w:type="spellStart"/>
      <w:r w:rsidRPr="00DC1978">
        <w:rPr>
          <w:rFonts w:ascii="Arial" w:hAnsi="Arial" w:cs="Arial"/>
          <w:color w:val="222222"/>
          <w:rtl/>
        </w:rPr>
        <w:t>دریافت‌کننده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r w:rsidRPr="00DC1978">
        <w:rPr>
          <w:rFonts w:ascii="Arial" w:hAnsi="Arial" w:cs="Arial"/>
          <w:color w:val="222222"/>
          <w:rtl/>
          <w:lang w:bidi="fa-IR"/>
        </w:rPr>
        <w:t>۵۰</w:t>
      </w:r>
      <w:r w:rsidRPr="00DC1978">
        <w:rPr>
          <w:rFonts w:ascii="Arial" w:hAnsi="Arial" w:cs="Arial"/>
          <w:color w:val="222222"/>
          <w:rtl/>
        </w:rPr>
        <w:t xml:space="preserve"> نفر) </w:t>
      </w:r>
      <w:proofErr w:type="gramStart"/>
      <w:r w:rsidRPr="00DC1978">
        <w:rPr>
          <w:rFonts w:ascii="Arial" w:hAnsi="Arial" w:cs="Arial"/>
          <w:color w:val="222222"/>
          <w:rtl/>
        </w:rPr>
        <w:t xml:space="preserve">و </w:t>
      </w:r>
      <w:proofErr w:type="spellStart"/>
      <w:r w:rsidRPr="00DC1978">
        <w:rPr>
          <w:rFonts w:ascii="Arial" w:hAnsi="Arial" w:cs="Arial"/>
          <w:color w:val="222222"/>
          <w:rtl/>
        </w:rPr>
        <w:t>مبورین</w:t>
      </w:r>
      <w:proofErr w:type="spellEnd"/>
      <w:proofErr w:type="gramEnd"/>
      <w:r w:rsidRPr="00DC1978">
        <w:rPr>
          <w:rFonts w:ascii="Arial" w:hAnsi="Arial" w:cs="Arial"/>
          <w:color w:val="222222"/>
          <w:rtl/>
        </w:rPr>
        <w:t xml:space="preserve"> (</w:t>
      </w:r>
      <w:r w:rsidRPr="00DC1978">
        <w:rPr>
          <w:rFonts w:ascii="Arial" w:hAnsi="Arial" w:cs="Arial"/>
          <w:color w:val="222222"/>
          <w:rtl/>
          <w:lang w:bidi="fa-IR"/>
        </w:rPr>
        <w:t>۵۰</w:t>
      </w:r>
      <w:r w:rsidRPr="00DC1978">
        <w:rPr>
          <w:rFonts w:ascii="Arial" w:hAnsi="Arial" w:cs="Arial"/>
          <w:color w:val="222222"/>
          <w:rtl/>
        </w:rPr>
        <w:t xml:space="preserve"> نفر) </w:t>
      </w:r>
      <w:proofErr w:type="spellStart"/>
      <w:r w:rsidRPr="00DC1978">
        <w:rPr>
          <w:rFonts w:ascii="Arial" w:hAnsi="Arial" w:cs="Arial"/>
          <w:color w:val="222222"/>
          <w:rtl/>
        </w:rPr>
        <w:t>تقسیم</w:t>
      </w:r>
      <w:proofErr w:type="spellEnd"/>
      <w:r w:rsidRPr="00DC1978">
        <w:rPr>
          <w:rFonts w:ascii="Arial" w:hAnsi="Arial" w:cs="Arial"/>
          <w:color w:val="222222"/>
          <w:rtl/>
        </w:rPr>
        <w:t xml:space="preserve"> </w:t>
      </w:r>
      <w:proofErr w:type="spellStart"/>
      <w:r w:rsidRPr="00DC1978">
        <w:rPr>
          <w:rFonts w:ascii="Arial" w:hAnsi="Arial" w:cs="Arial"/>
          <w:color w:val="222222"/>
          <w:rtl/>
        </w:rPr>
        <w:t>شدند</w:t>
      </w:r>
      <w:proofErr w:type="spellEnd"/>
      <w:r w:rsidRPr="00DC1978">
        <w:rPr>
          <w:rFonts w:ascii="Arial" w:hAnsi="Arial" w:cs="Arial"/>
          <w:color w:val="222222"/>
          <w:rtl/>
        </w:rPr>
        <w:t xml:space="preserve">. </w:t>
      </w:r>
      <w:proofErr w:type="spellStart"/>
      <w:r w:rsidRPr="00DC1978">
        <w:rPr>
          <w:rFonts w:ascii="Arial" w:hAnsi="Arial" w:cs="Arial"/>
          <w:color w:val="222222"/>
          <w:rtl/>
        </w:rPr>
        <w:t>میانگین</w:t>
      </w:r>
      <w:proofErr w:type="spellEnd"/>
      <w:r w:rsidRPr="00DC1978">
        <w:rPr>
          <w:rFonts w:ascii="Arial" w:hAnsi="Arial" w:cs="Arial"/>
          <w:color w:val="222222"/>
          <w:rtl/>
        </w:rPr>
        <w:t xml:space="preserve"> </w:t>
      </w:r>
      <w:proofErr w:type="spellStart"/>
      <w:r w:rsidRPr="00DC1978">
        <w:rPr>
          <w:rFonts w:ascii="Arial" w:hAnsi="Arial" w:cs="Arial"/>
          <w:color w:val="222222"/>
          <w:rtl/>
        </w:rPr>
        <w:t>سنی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35.2±8.4 </w:t>
      </w:r>
      <w:proofErr w:type="gramStart"/>
      <w:r w:rsidRPr="00DC1978">
        <w:rPr>
          <w:rFonts w:ascii="Arial" w:hAnsi="Arial" w:cs="Arial"/>
          <w:color w:val="222222"/>
          <w:rtl/>
        </w:rPr>
        <w:t>و در</w:t>
      </w:r>
      <w:proofErr w:type="gramEnd"/>
      <w:r w:rsidRPr="00DC1978">
        <w:rPr>
          <w:rFonts w:ascii="Arial" w:hAnsi="Arial" w:cs="Arial"/>
          <w:color w:val="222222"/>
          <w:rtl/>
        </w:rPr>
        <w:t xml:space="preserve">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34.7±7.9 سال بود و از نظر سن، جنس، شاخص توده </w:t>
      </w:r>
      <w:proofErr w:type="spellStart"/>
      <w:r w:rsidRPr="00DC1978">
        <w:rPr>
          <w:rFonts w:ascii="Arial" w:hAnsi="Arial" w:cs="Arial"/>
          <w:color w:val="222222"/>
          <w:rtl/>
        </w:rPr>
        <w:t>بدنی</w:t>
      </w:r>
      <w:proofErr w:type="spellEnd"/>
      <w:r w:rsidRPr="00DC1978">
        <w:rPr>
          <w:rFonts w:ascii="Arial" w:hAnsi="Arial" w:cs="Arial"/>
          <w:color w:val="222222"/>
          <w:rtl/>
        </w:rPr>
        <w:t xml:space="preserve"> و مدت ابتلا به </w:t>
      </w:r>
      <w:proofErr w:type="spellStart"/>
      <w:r w:rsidRPr="00DC1978">
        <w:rPr>
          <w:rFonts w:ascii="Arial" w:hAnsi="Arial" w:cs="Arial"/>
          <w:color w:val="222222"/>
          <w:rtl/>
        </w:rPr>
        <w:t>بیماری</w:t>
      </w:r>
      <w:proofErr w:type="spellEnd"/>
      <w:r w:rsidRPr="00DC1978">
        <w:rPr>
          <w:rFonts w:ascii="Arial" w:hAnsi="Arial" w:cs="Arial"/>
          <w:color w:val="222222"/>
          <w:rtl/>
        </w:rPr>
        <w:t xml:space="preserve">، تفاوت </w:t>
      </w:r>
      <w:proofErr w:type="spellStart"/>
      <w:r w:rsidRPr="00DC1978">
        <w:rPr>
          <w:rFonts w:ascii="Arial" w:hAnsi="Arial" w:cs="Arial"/>
          <w:color w:val="222222"/>
          <w:rtl/>
        </w:rPr>
        <w:t>معنی‌داری</w:t>
      </w:r>
      <w:proofErr w:type="spellEnd"/>
      <w:r w:rsidRPr="00DC1978">
        <w:rPr>
          <w:rFonts w:ascii="Arial" w:hAnsi="Arial" w:cs="Arial"/>
          <w:color w:val="222222"/>
          <w:rtl/>
        </w:rPr>
        <w:t xml:space="preserve"> </w:t>
      </w:r>
      <w:proofErr w:type="spellStart"/>
      <w:r w:rsidRPr="00DC1978">
        <w:rPr>
          <w:rFonts w:ascii="Arial" w:hAnsi="Arial" w:cs="Arial"/>
          <w:color w:val="222222"/>
          <w:rtl/>
        </w:rPr>
        <w:t>بین</w:t>
      </w:r>
      <w:proofErr w:type="spellEnd"/>
      <w:r w:rsidRPr="00DC1978">
        <w:rPr>
          <w:rFonts w:ascii="Arial" w:hAnsi="Arial" w:cs="Arial"/>
          <w:color w:val="222222"/>
          <w:rtl/>
        </w:rPr>
        <w:t xml:space="preserve"> دو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مشاهده نشد (</w:t>
      </w:r>
      <w:r w:rsidRPr="00DC1978">
        <w:rPr>
          <w:rFonts w:ascii="Arial" w:hAnsi="Arial" w:cs="Arial"/>
          <w:color w:val="222222"/>
        </w:rPr>
        <w:t>p</w:t>
      </w:r>
      <w:r w:rsidRPr="00DC1978">
        <w:rPr>
          <w:rFonts w:ascii="Arial" w:hAnsi="Arial" w:cs="Arial"/>
          <w:color w:val="222222"/>
          <w:rtl/>
        </w:rPr>
        <w:t xml:space="preserve">&gt;0.05). نسبت </w:t>
      </w:r>
      <w:proofErr w:type="spellStart"/>
      <w:r w:rsidRPr="00DC1978">
        <w:rPr>
          <w:rFonts w:ascii="Arial" w:hAnsi="Arial" w:cs="Arial"/>
          <w:color w:val="222222"/>
          <w:rtl/>
        </w:rPr>
        <w:t>جنسیتی</w:t>
      </w:r>
      <w:proofErr w:type="spellEnd"/>
      <w:r w:rsidRPr="00DC1978">
        <w:rPr>
          <w:rFonts w:ascii="Arial" w:hAnsi="Arial" w:cs="Arial"/>
          <w:color w:val="222222"/>
          <w:rtl/>
        </w:rPr>
        <w:t xml:space="preserve"> در هر دو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تقریباً</w:t>
      </w:r>
      <w:proofErr w:type="spellEnd"/>
      <w:r w:rsidRPr="00DC1978">
        <w:rPr>
          <w:rFonts w:ascii="Arial" w:hAnsi="Arial" w:cs="Arial"/>
          <w:color w:val="222222"/>
          <w:rtl/>
        </w:rPr>
        <w:t xml:space="preserve"> برابر بود (</w:t>
      </w:r>
      <w:r w:rsidRPr="00DC1978">
        <w:rPr>
          <w:rFonts w:ascii="Arial" w:hAnsi="Arial" w:cs="Arial"/>
          <w:color w:val="222222"/>
          <w:rtl/>
          <w:lang w:bidi="fa-IR"/>
        </w:rPr>
        <w:t>۲۸</w:t>
      </w:r>
      <w:r w:rsidRPr="00DC1978">
        <w:rPr>
          <w:rFonts w:ascii="Arial" w:hAnsi="Arial" w:cs="Arial"/>
          <w:color w:val="222222"/>
          <w:rtl/>
        </w:rPr>
        <w:t xml:space="preserve"> زن </w:t>
      </w:r>
      <w:proofErr w:type="gramStart"/>
      <w:r w:rsidRPr="00DC1978">
        <w:rPr>
          <w:rFonts w:ascii="Arial" w:hAnsi="Arial" w:cs="Arial"/>
          <w:color w:val="222222"/>
          <w:rtl/>
        </w:rPr>
        <w:t xml:space="preserve">و </w:t>
      </w:r>
      <w:r w:rsidRPr="00DC1978">
        <w:rPr>
          <w:rFonts w:ascii="Arial" w:hAnsi="Arial" w:cs="Arial"/>
          <w:color w:val="222222"/>
          <w:rtl/>
          <w:lang w:bidi="fa-IR"/>
        </w:rPr>
        <w:t>۲۲</w:t>
      </w:r>
      <w:proofErr w:type="gramEnd"/>
      <w:r w:rsidRPr="00DC1978">
        <w:rPr>
          <w:rFonts w:ascii="Arial" w:hAnsi="Arial" w:cs="Arial"/>
          <w:color w:val="222222"/>
          <w:rtl/>
        </w:rPr>
        <w:t xml:space="preserve"> مرد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در مقابل </w:t>
      </w:r>
      <w:r w:rsidRPr="00DC1978">
        <w:rPr>
          <w:rFonts w:ascii="Arial" w:hAnsi="Arial" w:cs="Arial"/>
          <w:color w:val="222222"/>
          <w:rtl/>
          <w:lang w:bidi="fa-IR"/>
        </w:rPr>
        <w:t>۲۷</w:t>
      </w:r>
      <w:r w:rsidRPr="00DC1978">
        <w:rPr>
          <w:rFonts w:ascii="Arial" w:hAnsi="Arial" w:cs="Arial"/>
          <w:color w:val="222222"/>
          <w:rtl/>
        </w:rPr>
        <w:t xml:space="preserve"> زن و </w:t>
      </w:r>
      <w:r w:rsidRPr="00DC1978">
        <w:rPr>
          <w:rFonts w:ascii="Arial" w:hAnsi="Arial" w:cs="Arial"/>
          <w:color w:val="222222"/>
          <w:rtl/>
          <w:lang w:bidi="fa-IR"/>
        </w:rPr>
        <w:t>۲۳</w:t>
      </w:r>
      <w:r w:rsidRPr="00DC1978">
        <w:rPr>
          <w:rFonts w:ascii="Arial" w:hAnsi="Arial" w:cs="Arial"/>
          <w:color w:val="222222"/>
          <w:rtl/>
        </w:rPr>
        <w:t xml:space="preserve"> مرد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w:t>
      </w:r>
    </w:p>
    <w:p w:rsidR="0057323F" w:rsidRPr="00DC1978" w:rsidRDefault="0057323F" w:rsidP="0057323F">
      <w:pPr>
        <w:pStyle w:val="NormalWeb"/>
        <w:bidi/>
        <w:rPr>
          <w:rFonts w:ascii="Arial" w:hAnsi="Arial" w:cs="Arial"/>
          <w:color w:val="222222"/>
          <w:rtl/>
        </w:rPr>
      </w:pPr>
      <w:proofErr w:type="spellStart"/>
      <w:r w:rsidRPr="00DC1978">
        <w:rPr>
          <w:rFonts w:ascii="Arial" w:hAnsi="Arial" w:cs="Arial"/>
          <w:color w:val="222222"/>
          <w:rtl/>
        </w:rPr>
        <w:lastRenderedPageBreak/>
        <w:t>پس</w:t>
      </w:r>
      <w:proofErr w:type="spellEnd"/>
      <w:r w:rsidRPr="00DC1978">
        <w:rPr>
          <w:rFonts w:ascii="Arial" w:hAnsi="Arial" w:cs="Arial"/>
          <w:color w:val="222222"/>
          <w:rtl/>
        </w:rPr>
        <w:t xml:space="preserve"> از مداخله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w:t>
      </w:r>
      <w:proofErr w:type="spellStart"/>
      <w:r w:rsidRPr="00DC1978">
        <w:rPr>
          <w:rFonts w:ascii="Arial" w:hAnsi="Arial" w:cs="Arial"/>
          <w:color w:val="222222"/>
          <w:rtl/>
        </w:rPr>
        <w:t>میانگین</w:t>
      </w:r>
      <w:proofErr w:type="spellEnd"/>
      <w:r w:rsidRPr="00DC1978">
        <w:rPr>
          <w:rFonts w:ascii="Arial" w:hAnsi="Arial" w:cs="Arial"/>
          <w:color w:val="222222"/>
          <w:rtl/>
        </w:rPr>
        <w:t xml:space="preserve"> شدت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از 4.2±0.8 به 1.8±0.7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یافت</w:t>
      </w:r>
      <w:proofErr w:type="spellEnd"/>
      <w:r w:rsidRPr="00DC1978">
        <w:rPr>
          <w:rFonts w:ascii="Arial" w:hAnsi="Arial" w:cs="Arial"/>
          <w:color w:val="222222"/>
          <w:rtl/>
        </w:rPr>
        <w:t xml:space="preserve">، در </w:t>
      </w:r>
      <w:proofErr w:type="spellStart"/>
      <w:r w:rsidRPr="00DC1978">
        <w:rPr>
          <w:rFonts w:ascii="Arial" w:hAnsi="Arial" w:cs="Arial"/>
          <w:color w:val="222222"/>
          <w:rtl/>
        </w:rPr>
        <w:t>حالی</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از 4.1±0.9 به 2.9±0.8 </w:t>
      </w:r>
      <w:proofErr w:type="spellStart"/>
      <w:r w:rsidRPr="00DC1978">
        <w:rPr>
          <w:rFonts w:ascii="Arial" w:hAnsi="Arial" w:cs="Arial"/>
          <w:color w:val="222222"/>
          <w:rtl/>
        </w:rPr>
        <w:t>رسید</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تفاوت از نظر </w:t>
      </w:r>
      <w:proofErr w:type="spellStart"/>
      <w:r w:rsidRPr="00DC1978">
        <w:rPr>
          <w:rFonts w:ascii="Arial" w:hAnsi="Arial" w:cs="Arial"/>
          <w:color w:val="222222"/>
          <w:rtl/>
        </w:rPr>
        <w:t>آماری</w:t>
      </w:r>
      <w:proofErr w:type="spellEnd"/>
      <w:r w:rsidRPr="00DC1978">
        <w:rPr>
          <w:rFonts w:ascii="Arial" w:hAnsi="Arial" w:cs="Arial"/>
          <w:color w:val="222222"/>
          <w:rtl/>
        </w:rPr>
        <w:t xml:space="preserve"> </w:t>
      </w:r>
      <w:proofErr w:type="spellStart"/>
      <w:r w:rsidRPr="00DC1978">
        <w:rPr>
          <w:rFonts w:ascii="Arial" w:hAnsi="Arial" w:cs="Arial"/>
          <w:color w:val="222222"/>
          <w:rtl/>
        </w:rPr>
        <w:t>معنی‌دار</w:t>
      </w:r>
      <w:proofErr w:type="spellEnd"/>
      <w:r w:rsidRPr="00DC1978">
        <w:rPr>
          <w:rFonts w:ascii="Arial" w:hAnsi="Arial" w:cs="Arial"/>
          <w:color w:val="222222"/>
          <w:rtl/>
        </w:rPr>
        <w:t xml:space="preserve"> بود (</w:t>
      </w:r>
      <w:r w:rsidRPr="00DC1978">
        <w:rPr>
          <w:rFonts w:ascii="Arial" w:hAnsi="Arial" w:cs="Arial"/>
          <w:color w:val="222222"/>
        </w:rPr>
        <w:t>p=0.01</w:t>
      </w:r>
      <w:r w:rsidRPr="00DC1978">
        <w:rPr>
          <w:rFonts w:ascii="Arial" w:hAnsi="Arial" w:cs="Arial"/>
          <w:color w:val="222222"/>
          <w:rtl/>
        </w:rPr>
        <w:t xml:space="preserve">). </w:t>
      </w:r>
      <w:proofErr w:type="spellStart"/>
      <w:r w:rsidRPr="00DC1978">
        <w:rPr>
          <w:rFonts w:ascii="Arial" w:hAnsi="Arial" w:cs="Arial"/>
          <w:color w:val="222222"/>
          <w:rtl/>
        </w:rPr>
        <w:t>همچنین</w:t>
      </w:r>
      <w:proofErr w:type="spellEnd"/>
      <w:r w:rsidRPr="00DC1978">
        <w:rPr>
          <w:rFonts w:ascii="Arial" w:hAnsi="Arial" w:cs="Arial"/>
          <w:color w:val="222222"/>
          <w:rtl/>
        </w:rPr>
        <w:t xml:space="preserve"> شدت نفخ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از 4.0±0.7 به 1.5±0.6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یافت</w:t>
      </w:r>
      <w:proofErr w:type="spellEnd"/>
      <w:r w:rsidRPr="00DC1978">
        <w:rPr>
          <w:rFonts w:ascii="Arial" w:hAnsi="Arial" w:cs="Arial"/>
          <w:color w:val="222222"/>
          <w:rtl/>
        </w:rPr>
        <w:t xml:space="preserve">، در مقابل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از 3.9±0.8 به 2.8±0.7 </w:t>
      </w:r>
      <w:proofErr w:type="spellStart"/>
      <w:r w:rsidRPr="00DC1978">
        <w:rPr>
          <w:rFonts w:ascii="Arial" w:hAnsi="Arial" w:cs="Arial"/>
          <w:color w:val="222222"/>
          <w:rtl/>
        </w:rPr>
        <w:t>رسید</w:t>
      </w:r>
      <w:proofErr w:type="spellEnd"/>
      <w:r w:rsidRPr="00DC1978">
        <w:rPr>
          <w:rFonts w:ascii="Arial" w:hAnsi="Arial" w:cs="Arial"/>
          <w:color w:val="222222"/>
          <w:rtl/>
        </w:rPr>
        <w:t xml:space="preserve"> (</w:t>
      </w:r>
      <w:r w:rsidRPr="00DC1978">
        <w:rPr>
          <w:rFonts w:ascii="Arial" w:hAnsi="Arial" w:cs="Arial"/>
          <w:color w:val="222222"/>
        </w:rPr>
        <w:t>p=0.02</w:t>
      </w:r>
      <w:r w:rsidRPr="00DC1978">
        <w:rPr>
          <w:rFonts w:ascii="Arial" w:hAnsi="Arial" w:cs="Arial"/>
          <w:color w:val="222222"/>
          <w:rtl/>
        </w:rPr>
        <w:t xml:space="preserve">). </w:t>
      </w:r>
      <w:proofErr w:type="spellStart"/>
      <w:r w:rsidRPr="00DC1978">
        <w:rPr>
          <w:rFonts w:ascii="Arial" w:hAnsi="Arial" w:cs="Arial"/>
          <w:color w:val="222222"/>
          <w:rtl/>
        </w:rPr>
        <w:t>میزان</w:t>
      </w:r>
      <w:proofErr w:type="spellEnd"/>
      <w:r w:rsidRPr="00DC1978">
        <w:rPr>
          <w:rFonts w:ascii="Arial" w:hAnsi="Arial" w:cs="Arial"/>
          <w:color w:val="222222"/>
          <w:rtl/>
        </w:rPr>
        <w:t xml:space="preserve"> اتساع </w:t>
      </w:r>
      <w:proofErr w:type="spellStart"/>
      <w:r w:rsidRPr="00DC1978">
        <w:rPr>
          <w:rFonts w:ascii="Arial" w:hAnsi="Arial" w:cs="Arial"/>
          <w:color w:val="222222"/>
          <w:rtl/>
        </w:rPr>
        <w:t>شکم</w:t>
      </w:r>
      <w:proofErr w:type="spellEnd"/>
      <w:r w:rsidRPr="00DC1978">
        <w:rPr>
          <w:rFonts w:ascii="Arial" w:hAnsi="Arial" w:cs="Arial"/>
          <w:color w:val="222222"/>
          <w:rtl/>
        </w:rPr>
        <w:t xml:space="preserve"> </w:t>
      </w:r>
      <w:proofErr w:type="spellStart"/>
      <w:r w:rsidRPr="00DC1978">
        <w:rPr>
          <w:rFonts w:ascii="Arial" w:hAnsi="Arial" w:cs="Arial"/>
          <w:color w:val="222222"/>
          <w:rtl/>
        </w:rPr>
        <w:t>نیز</w:t>
      </w:r>
      <w:proofErr w:type="spellEnd"/>
      <w:r w:rsidRPr="00DC1978">
        <w:rPr>
          <w:rFonts w:ascii="Arial" w:hAnsi="Arial" w:cs="Arial"/>
          <w:color w:val="222222"/>
          <w:rtl/>
        </w:rPr>
        <w:t xml:space="preserve">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نسبت به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w:t>
      </w:r>
      <w:proofErr w:type="spellStart"/>
      <w:r w:rsidRPr="00DC1978">
        <w:rPr>
          <w:rFonts w:ascii="Arial" w:hAnsi="Arial" w:cs="Arial"/>
          <w:color w:val="222222"/>
          <w:rtl/>
        </w:rPr>
        <w:t>به‌طور</w:t>
      </w:r>
      <w:proofErr w:type="spellEnd"/>
      <w:r w:rsidRPr="00DC1978">
        <w:rPr>
          <w:rFonts w:ascii="Arial" w:hAnsi="Arial" w:cs="Arial"/>
          <w:color w:val="222222"/>
          <w:rtl/>
        </w:rPr>
        <w:t xml:space="preserve"> </w:t>
      </w:r>
      <w:proofErr w:type="spellStart"/>
      <w:r w:rsidRPr="00DC1978">
        <w:rPr>
          <w:rFonts w:ascii="Arial" w:hAnsi="Arial" w:cs="Arial"/>
          <w:color w:val="222222"/>
          <w:rtl/>
        </w:rPr>
        <w:t>قابل‌توجهی</w:t>
      </w:r>
      <w:proofErr w:type="spellEnd"/>
      <w:r w:rsidRPr="00DC1978">
        <w:rPr>
          <w:rFonts w:ascii="Arial" w:hAnsi="Arial" w:cs="Arial"/>
          <w:color w:val="222222"/>
          <w:rtl/>
        </w:rPr>
        <w:t xml:space="preserve">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بیشتری</w:t>
      </w:r>
      <w:proofErr w:type="spellEnd"/>
      <w:r w:rsidRPr="00DC1978">
        <w:rPr>
          <w:rFonts w:ascii="Arial" w:hAnsi="Arial" w:cs="Arial"/>
          <w:color w:val="222222"/>
          <w:rtl/>
        </w:rPr>
        <w:t xml:space="preserve"> نشان داد (</w:t>
      </w:r>
      <w:r w:rsidRPr="00DC1978">
        <w:rPr>
          <w:rFonts w:ascii="Arial" w:hAnsi="Arial" w:cs="Arial"/>
          <w:color w:val="222222"/>
        </w:rPr>
        <w:t>p=0.03</w:t>
      </w:r>
      <w:r w:rsidRPr="00DC1978">
        <w:rPr>
          <w:rFonts w:ascii="Arial" w:hAnsi="Arial" w:cs="Arial"/>
          <w:color w:val="222222"/>
          <w:rtl/>
        </w:rPr>
        <w:t>).</w:t>
      </w:r>
    </w:p>
    <w:p w:rsidR="0057323F" w:rsidRPr="00DC1978" w:rsidRDefault="0057323F" w:rsidP="0057323F">
      <w:pPr>
        <w:pStyle w:val="NormalWeb"/>
        <w:bidi/>
        <w:rPr>
          <w:rFonts w:ascii="Arial" w:hAnsi="Arial" w:cs="Arial"/>
          <w:color w:val="222222"/>
          <w:rtl/>
        </w:rPr>
      </w:pPr>
      <w:r w:rsidRPr="00DC1978">
        <w:rPr>
          <w:rFonts w:ascii="Arial" w:hAnsi="Arial" w:cs="Arial"/>
          <w:color w:val="222222"/>
          <w:rtl/>
        </w:rPr>
        <w:t xml:space="preserve">در مورد علائم تهوع </w:t>
      </w:r>
      <w:proofErr w:type="gramStart"/>
      <w:r w:rsidRPr="00DC1978">
        <w:rPr>
          <w:rFonts w:ascii="Arial" w:hAnsi="Arial" w:cs="Arial"/>
          <w:color w:val="222222"/>
          <w:rtl/>
        </w:rPr>
        <w:t>و استفراغ</w:t>
      </w:r>
      <w:proofErr w:type="gramEnd"/>
      <w:r w:rsidRPr="00DC1978">
        <w:rPr>
          <w:rFonts w:ascii="Arial" w:hAnsi="Arial" w:cs="Arial"/>
          <w:color w:val="222222"/>
          <w:rtl/>
        </w:rPr>
        <w:t xml:space="preserve">، </w:t>
      </w:r>
      <w:proofErr w:type="spellStart"/>
      <w:r w:rsidRPr="00DC1978">
        <w:rPr>
          <w:rFonts w:ascii="Arial" w:hAnsi="Arial" w:cs="Arial"/>
          <w:color w:val="222222"/>
          <w:rtl/>
        </w:rPr>
        <w:t>هرچند</w:t>
      </w:r>
      <w:proofErr w:type="spellEnd"/>
      <w:r w:rsidRPr="00DC1978">
        <w:rPr>
          <w:rFonts w:ascii="Arial" w:hAnsi="Arial" w:cs="Arial"/>
          <w:color w:val="222222"/>
          <w:rtl/>
        </w:rPr>
        <w:t xml:space="preserve"> هر دو دارو منجر به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خفیف</w:t>
      </w:r>
      <w:proofErr w:type="spellEnd"/>
      <w:r w:rsidRPr="00DC1978">
        <w:rPr>
          <w:rFonts w:ascii="Arial" w:hAnsi="Arial" w:cs="Arial"/>
          <w:color w:val="222222"/>
          <w:rtl/>
        </w:rPr>
        <w:t xml:space="preserve"> در شدت علائم </w:t>
      </w:r>
      <w:proofErr w:type="spellStart"/>
      <w:r w:rsidRPr="00DC1978">
        <w:rPr>
          <w:rFonts w:ascii="Arial" w:hAnsi="Arial" w:cs="Arial"/>
          <w:color w:val="222222"/>
          <w:rtl/>
        </w:rPr>
        <w:t>شدند</w:t>
      </w:r>
      <w:proofErr w:type="spellEnd"/>
      <w:r w:rsidRPr="00DC1978">
        <w:rPr>
          <w:rFonts w:ascii="Arial" w:hAnsi="Arial" w:cs="Arial"/>
          <w:color w:val="222222"/>
          <w:rtl/>
        </w:rPr>
        <w:t xml:space="preserve">، اما اختلاف </w:t>
      </w:r>
      <w:proofErr w:type="spellStart"/>
      <w:r w:rsidRPr="00DC1978">
        <w:rPr>
          <w:rFonts w:ascii="Arial" w:hAnsi="Arial" w:cs="Arial"/>
          <w:color w:val="222222"/>
          <w:rtl/>
        </w:rPr>
        <w:t>بین</w:t>
      </w:r>
      <w:proofErr w:type="spellEnd"/>
      <w:r w:rsidRPr="00DC1978">
        <w:rPr>
          <w:rFonts w:ascii="Arial" w:hAnsi="Arial" w:cs="Arial"/>
          <w:color w:val="222222"/>
          <w:rtl/>
        </w:rPr>
        <w:t xml:space="preserve"> دو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از نظر </w:t>
      </w:r>
      <w:proofErr w:type="spellStart"/>
      <w:r w:rsidRPr="00DC1978">
        <w:rPr>
          <w:rFonts w:ascii="Arial" w:hAnsi="Arial" w:cs="Arial"/>
          <w:color w:val="222222"/>
          <w:rtl/>
        </w:rPr>
        <w:t>آماری</w:t>
      </w:r>
      <w:proofErr w:type="spellEnd"/>
      <w:r w:rsidRPr="00DC1978">
        <w:rPr>
          <w:rFonts w:ascii="Arial" w:hAnsi="Arial" w:cs="Arial"/>
          <w:color w:val="222222"/>
          <w:rtl/>
        </w:rPr>
        <w:t xml:space="preserve"> </w:t>
      </w:r>
      <w:proofErr w:type="spellStart"/>
      <w:r w:rsidRPr="00DC1978">
        <w:rPr>
          <w:rFonts w:ascii="Arial" w:hAnsi="Arial" w:cs="Arial"/>
          <w:color w:val="222222"/>
          <w:rtl/>
        </w:rPr>
        <w:t>معنی‌دار</w:t>
      </w:r>
      <w:proofErr w:type="spellEnd"/>
      <w:r w:rsidRPr="00DC1978">
        <w:rPr>
          <w:rFonts w:ascii="Arial" w:hAnsi="Arial" w:cs="Arial"/>
          <w:color w:val="222222"/>
          <w:rtl/>
        </w:rPr>
        <w:t xml:space="preserve"> </w:t>
      </w:r>
      <w:proofErr w:type="spellStart"/>
      <w:r w:rsidRPr="00DC1978">
        <w:rPr>
          <w:rFonts w:ascii="Arial" w:hAnsi="Arial" w:cs="Arial"/>
          <w:color w:val="222222"/>
          <w:rtl/>
        </w:rPr>
        <w:t>نبود</w:t>
      </w:r>
      <w:proofErr w:type="spellEnd"/>
      <w:r w:rsidRPr="00DC1978">
        <w:rPr>
          <w:rFonts w:ascii="Arial" w:hAnsi="Arial" w:cs="Arial"/>
          <w:color w:val="222222"/>
          <w:rtl/>
        </w:rPr>
        <w:t xml:space="preserve"> (</w:t>
      </w:r>
      <w:proofErr w:type="spellStart"/>
      <w:r w:rsidRPr="00DC1978">
        <w:rPr>
          <w:rFonts w:ascii="Arial" w:hAnsi="Arial" w:cs="Arial"/>
          <w:color w:val="222222"/>
          <w:rtl/>
        </w:rPr>
        <w:t>به‌ترتیب</w:t>
      </w:r>
      <w:proofErr w:type="spellEnd"/>
      <w:r w:rsidRPr="00DC1978">
        <w:rPr>
          <w:rFonts w:ascii="Arial" w:hAnsi="Arial" w:cs="Arial"/>
          <w:color w:val="222222"/>
          <w:rtl/>
        </w:rPr>
        <w:t xml:space="preserve"> </w:t>
      </w:r>
      <w:r w:rsidRPr="00DC1978">
        <w:rPr>
          <w:rFonts w:ascii="Arial" w:hAnsi="Arial" w:cs="Arial"/>
          <w:color w:val="222222"/>
        </w:rPr>
        <w:t>p=0.064</w:t>
      </w:r>
      <w:r w:rsidRPr="00DC1978">
        <w:rPr>
          <w:rFonts w:ascii="Arial" w:hAnsi="Arial" w:cs="Arial"/>
          <w:color w:val="222222"/>
          <w:rtl/>
        </w:rPr>
        <w:t xml:space="preserve"> و </w:t>
      </w:r>
      <w:r w:rsidRPr="00DC1978">
        <w:rPr>
          <w:rFonts w:ascii="Arial" w:hAnsi="Arial" w:cs="Arial"/>
          <w:color w:val="222222"/>
        </w:rPr>
        <w:t>p=0.07</w:t>
      </w:r>
      <w:r w:rsidRPr="00DC1978">
        <w:rPr>
          <w:rFonts w:ascii="Arial" w:hAnsi="Arial" w:cs="Arial"/>
          <w:color w:val="222222"/>
          <w:rtl/>
        </w:rPr>
        <w:t>).</w:t>
      </w:r>
    </w:p>
    <w:p w:rsidR="0057323F" w:rsidRPr="00DC1978" w:rsidRDefault="0057323F" w:rsidP="0057323F">
      <w:pPr>
        <w:pStyle w:val="NormalWeb"/>
        <w:bidi/>
        <w:rPr>
          <w:rFonts w:ascii="Arial" w:hAnsi="Arial" w:cs="Arial"/>
          <w:color w:val="222222"/>
          <w:rtl/>
        </w:rPr>
      </w:pPr>
      <w:proofErr w:type="spellStart"/>
      <w:r w:rsidRPr="00DC1978">
        <w:rPr>
          <w:rFonts w:ascii="Arial" w:hAnsi="Arial" w:cs="Arial"/>
          <w:color w:val="222222"/>
          <w:rtl/>
        </w:rPr>
        <w:t>به‌طور</w:t>
      </w:r>
      <w:proofErr w:type="spellEnd"/>
      <w:r w:rsidRPr="00DC1978">
        <w:rPr>
          <w:rFonts w:ascii="Arial" w:hAnsi="Arial" w:cs="Arial"/>
          <w:color w:val="222222"/>
          <w:rtl/>
        </w:rPr>
        <w:t xml:space="preserve"> </w:t>
      </w:r>
      <w:proofErr w:type="spellStart"/>
      <w:r w:rsidRPr="00DC1978">
        <w:rPr>
          <w:rFonts w:ascii="Arial" w:hAnsi="Arial" w:cs="Arial"/>
          <w:color w:val="222222"/>
          <w:rtl/>
        </w:rPr>
        <w:t>کلی</w:t>
      </w:r>
      <w:proofErr w:type="spellEnd"/>
      <w:r w:rsidRPr="00DC1978">
        <w:rPr>
          <w:rFonts w:ascii="Arial" w:hAnsi="Arial" w:cs="Arial"/>
          <w:color w:val="222222"/>
          <w:rtl/>
        </w:rPr>
        <w:t xml:space="preserve">، </w:t>
      </w:r>
      <w:proofErr w:type="spellStart"/>
      <w:r w:rsidRPr="00DC1978">
        <w:rPr>
          <w:rFonts w:ascii="Arial" w:hAnsi="Arial" w:cs="Arial"/>
          <w:color w:val="222222"/>
          <w:rtl/>
        </w:rPr>
        <w:t>آنالیز</w:t>
      </w:r>
      <w:proofErr w:type="spellEnd"/>
      <w:r w:rsidRPr="00DC1978">
        <w:rPr>
          <w:rFonts w:ascii="Arial" w:hAnsi="Arial" w:cs="Arial"/>
          <w:color w:val="222222"/>
          <w:rtl/>
        </w:rPr>
        <w:t xml:space="preserve"> </w:t>
      </w:r>
      <w:proofErr w:type="spellStart"/>
      <w:r w:rsidRPr="00DC1978">
        <w:rPr>
          <w:rFonts w:ascii="Arial" w:hAnsi="Arial" w:cs="Arial"/>
          <w:color w:val="222222"/>
          <w:rtl/>
        </w:rPr>
        <w:t>آماری</w:t>
      </w:r>
      <w:proofErr w:type="spellEnd"/>
      <w:r w:rsidRPr="00DC1978">
        <w:rPr>
          <w:rFonts w:ascii="Arial" w:hAnsi="Arial" w:cs="Arial"/>
          <w:color w:val="222222"/>
          <w:rtl/>
        </w:rPr>
        <w:t xml:space="preserve"> نشان داد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اصلی</w:t>
      </w:r>
      <w:proofErr w:type="spellEnd"/>
      <w:r w:rsidRPr="00DC1978">
        <w:rPr>
          <w:rFonts w:ascii="Arial" w:hAnsi="Arial" w:cs="Arial"/>
          <w:color w:val="222222"/>
          <w:rtl/>
        </w:rPr>
        <w:t xml:space="preserve">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شامل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نفخ </w:t>
      </w:r>
      <w:proofErr w:type="gramStart"/>
      <w:r w:rsidRPr="00DC1978">
        <w:rPr>
          <w:rFonts w:ascii="Arial" w:hAnsi="Arial" w:cs="Arial"/>
          <w:color w:val="222222"/>
          <w:rtl/>
        </w:rPr>
        <w:t>و اتساع</w:t>
      </w:r>
      <w:proofErr w:type="gramEnd"/>
      <w:r w:rsidRPr="00DC1978">
        <w:rPr>
          <w:rFonts w:ascii="Arial" w:hAnsi="Arial" w:cs="Arial"/>
          <w:color w:val="222222"/>
          <w:rtl/>
        </w:rPr>
        <w:t xml:space="preserve"> </w:t>
      </w:r>
      <w:proofErr w:type="spellStart"/>
      <w:r w:rsidRPr="00DC1978">
        <w:rPr>
          <w:rFonts w:ascii="Arial" w:hAnsi="Arial" w:cs="Arial"/>
          <w:color w:val="222222"/>
          <w:rtl/>
        </w:rPr>
        <w:t>شکم</w:t>
      </w:r>
      <w:proofErr w:type="spellEnd"/>
      <w:r w:rsidRPr="00DC1978">
        <w:rPr>
          <w:rFonts w:ascii="Arial" w:hAnsi="Arial" w:cs="Arial"/>
          <w:color w:val="222222"/>
          <w:rtl/>
        </w:rPr>
        <w:t xml:space="preserve">، </w:t>
      </w:r>
      <w:proofErr w:type="spellStart"/>
      <w:r w:rsidRPr="00DC1978">
        <w:rPr>
          <w:rFonts w:ascii="Arial" w:hAnsi="Arial" w:cs="Arial"/>
          <w:color w:val="222222"/>
          <w:rtl/>
        </w:rPr>
        <w:t>اثربخشی</w:t>
      </w:r>
      <w:proofErr w:type="spellEnd"/>
      <w:r w:rsidRPr="00DC1978">
        <w:rPr>
          <w:rFonts w:ascii="Arial" w:hAnsi="Arial" w:cs="Arial"/>
          <w:color w:val="222222"/>
          <w:rtl/>
        </w:rPr>
        <w:t xml:space="preserve"> قابل </w:t>
      </w:r>
      <w:proofErr w:type="spellStart"/>
      <w:r w:rsidRPr="00DC1978">
        <w:rPr>
          <w:rFonts w:ascii="Arial" w:hAnsi="Arial" w:cs="Arial"/>
          <w:color w:val="222222"/>
          <w:rtl/>
        </w:rPr>
        <w:t>توجهی</w:t>
      </w:r>
      <w:proofErr w:type="spellEnd"/>
      <w:r w:rsidRPr="00DC1978">
        <w:rPr>
          <w:rFonts w:ascii="Arial" w:hAnsi="Arial" w:cs="Arial"/>
          <w:color w:val="222222"/>
          <w:rtl/>
        </w:rPr>
        <w:t xml:space="preserve"> نسبت به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دارد. نسبت </w:t>
      </w:r>
      <w:proofErr w:type="spellStart"/>
      <w:r w:rsidRPr="00DC1978">
        <w:rPr>
          <w:rFonts w:ascii="Arial" w:hAnsi="Arial" w:cs="Arial"/>
          <w:color w:val="222222"/>
          <w:rtl/>
        </w:rPr>
        <w:t>شانس</w:t>
      </w:r>
      <w:proofErr w:type="spellEnd"/>
      <w:r w:rsidRPr="00DC1978">
        <w:rPr>
          <w:rFonts w:ascii="Arial" w:hAnsi="Arial" w:cs="Arial"/>
          <w:color w:val="222222"/>
          <w:rtl/>
        </w:rPr>
        <w:t xml:space="preserve"> (</w:t>
      </w:r>
      <w:r w:rsidRPr="00DC1978">
        <w:rPr>
          <w:rFonts w:ascii="Arial" w:hAnsi="Arial" w:cs="Arial"/>
          <w:color w:val="222222"/>
        </w:rPr>
        <w:t>Odds Ratio</w:t>
      </w:r>
      <w:r w:rsidRPr="00DC1978">
        <w:rPr>
          <w:rFonts w:ascii="Arial" w:hAnsi="Arial" w:cs="Arial"/>
          <w:color w:val="222222"/>
          <w:rtl/>
        </w:rPr>
        <w:t xml:space="preserve">)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w:t>
      </w:r>
      <w:proofErr w:type="spellStart"/>
      <w:r w:rsidRPr="00DC1978">
        <w:rPr>
          <w:rFonts w:ascii="Arial" w:hAnsi="Arial" w:cs="Arial"/>
          <w:color w:val="222222"/>
          <w:rtl/>
        </w:rPr>
        <w:t>کلی</w:t>
      </w:r>
      <w:proofErr w:type="spellEnd"/>
      <w:r w:rsidRPr="00DC1978">
        <w:rPr>
          <w:rFonts w:ascii="Arial" w:hAnsi="Arial" w:cs="Arial"/>
          <w:color w:val="222222"/>
          <w:rtl/>
        </w:rPr>
        <w:t xml:space="preserve"> علائم در </w:t>
      </w:r>
      <w:proofErr w:type="spellStart"/>
      <w:r w:rsidRPr="00DC1978">
        <w:rPr>
          <w:rFonts w:ascii="Arial" w:hAnsi="Arial" w:cs="Arial"/>
          <w:color w:val="222222"/>
          <w:rtl/>
        </w:rPr>
        <w:t>گروه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3.19–1.16 </w:t>
      </w:r>
      <w:proofErr w:type="spellStart"/>
      <w:r w:rsidRPr="00DC1978">
        <w:rPr>
          <w:rFonts w:ascii="Arial" w:hAnsi="Arial" w:cs="Arial"/>
          <w:color w:val="222222"/>
          <w:rtl/>
        </w:rPr>
        <w:t>با</w:t>
      </w:r>
      <w:proofErr w:type="spellEnd"/>
      <w:r w:rsidRPr="00DC1978">
        <w:rPr>
          <w:rFonts w:ascii="Arial" w:hAnsi="Arial" w:cs="Arial"/>
          <w:color w:val="222222"/>
          <w:rtl/>
        </w:rPr>
        <w:t xml:space="preserve"> فاصله </w:t>
      </w:r>
      <w:proofErr w:type="spellStart"/>
      <w:r w:rsidRPr="00DC1978">
        <w:rPr>
          <w:rFonts w:ascii="Arial" w:hAnsi="Arial" w:cs="Arial"/>
          <w:color w:val="222222"/>
          <w:rtl/>
        </w:rPr>
        <w:t>اطمینان</w:t>
      </w:r>
      <w:proofErr w:type="spellEnd"/>
      <w:r w:rsidRPr="00DC1978">
        <w:rPr>
          <w:rFonts w:ascii="Arial" w:hAnsi="Arial" w:cs="Arial"/>
          <w:color w:val="222222"/>
          <w:rtl/>
        </w:rPr>
        <w:t xml:space="preserve"> 95% </w:t>
      </w:r>
      <w:proofErr w:type="gramStart"/>
      <w:r w:rsidRPr="00DC1978">
        <w:rPr>
          <w:rFonts w:ascii="Arial" w:hAnsi="Arial" w:cs="Arial"/>
          <w:color w:val="222222"/>
          <w:rtl/>
        </w:rPr>
        <w:t>و سطح</w:t>
      </w:r>
      <w:proofErr w:type="gramEnd"/>
      <w:r w:rsidRPr="00DC1978">
        <w:rPr>
          <w:rFonts w:ascii="Arial" w:hAnsi="Arial" w:cs="Arial"/>
          <w:color w:val="222222"/>
          <w:rtl/>
        </w:rPr>
        <w:t xml:space="preserve"> </w:t>
      </w:r>
      <w:proofErr w:type="spellStart"/>
      <w:r w:rsidRPr="00DC1978">
        <w:rPr>
          <w:rFonts w:ascii="Arial" w:hAnsi="Arial" w:cs="Arial"/>
          <w:color w:val="222222"/>
          <w:rtl/>
        </w:rPr>
        <w:t>معنی‌داری</w:t>
      </w:r>
      <w:proofErr w:type="spellEnd"/>
      <w:r w:rsidRPr="00DC1978">
        <w:rPr>
          <w:rFonts w:ascii="Arial" w:hAnsi="Arial" w:cs="Arial"/>
          <w:color w:val="222222"/>
          <w:rtl/>
        </w:rPr>
        <w:t xml:space="preserve"> </w:t>
      </w:r>
      <w:proofErr w:type="spellStart"/>
      <w:r w:rsidRPr="00DC1978">
        <w:rPr>
          <w:rFonts w:ascii="Arial" w:hAnsi="Arial" w:cs="Arial"/>
          <w:color w:val="222222"/>
          <w:rtl/>
        </w:rPr>
        <w:t>کمتر</w:t>
      </w:r>
      <w:proofErr w:type="spellEnd"/>
      <w:r w:rsidRPr="00DC1978">
        <w:rPr>
          <w:rFonts w:ascii="Arial" w:hAnsi="Arial" w:cs="Arial"/>
          <w:color w:val="222222"/>
          <w:rtl/>
        </w:rPr>
        <w:t xml:space="preserve"> از 0.05 بود.</w:t>
      </w:r>
    </w:p>
    <w:p w:rsidR="0057323F" w:rsidRPr="00DC1978" w:rsidRDefault="0057323F" w:rsidP="0057323F">
      <w:pPr>
        <w:pStyle w:val="NormalWeb"/>
        <w:bidi/>
        <w:rPr>
          <w:rFonts w:ascii="Arial" w:hAnsi="Arial" w:cs="Arial"/>
          <w:color w:val="222222"/>
          <w:lang w:bidi="fa-IR"/>
        </w:rPr>
      </w:pPr>
      <w:proofErr w:type="spellStart"/>
      <w:r w:rsidRPr="00DC1978">
        <w:rPr>
          <w:rFonts w:ascii="Arial" w:hAnsi="Arial" w:cs="Arial"/>
          <w:color w:val="222222"/>
          <w:rtl/>
        </w:rPr>
        <w:t>هیچ‌یک</w:t>
      </w:r>
      <w:proofErr w:type="spellEnd"/>
      <w:r w:rsidRPr="00DC1978">
        <w:rPr>
          <w:rFonts w:ascii="Arial" w:hAnsi="Arial" w:cs="Arial"/>
          <w:color w:val="222222"/>
          <w:rtl/>
        </w:rPr>
        <w:t xml:space="preserve"> از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در طول مطالعه عارضه </w:t>
      </w:r>
      <w:proofErr w:type="spellStart"/>
      <w:r w:rsidRPr="00DC1978">
        <w:rPr>
          <w:rFonts w:ascii="Arial" w:hAnsi="Arial" w:cs="Arial"/>
          <w:color w:val="222222"/>
          <w:rtl/>
        </w:rPr>
        <w:t>جانبی</w:t>
      </w:r>
      <w:proofErr w:type="spellEnd"/>
      <w:r w:rsidRPr="00DC1978">
        <w:rPr>
          <w:rFonts w:ascii="Arial" w:hAnsi="Arial" w:cs="Arial"/>
          <w:color w:val="222222"/>
          <w:rtl/>
        </w:rPr>
        <w:t xml:space="preserve"> </w:t>
      </w:r>
      <w:proofErr w:type="spellStart"/>
      <w:r w:rsidRPr="00DC1978">
        <w:rPr>
          <w:rFonts w:ascii="Arial" w:hAnsi="Arial" w:cs="Arial"/>
          <w:color w:val="222222"/>
          <w:rtl/>
        </w:rPr>
        <w:t>شدید</w:t>
      </w:r>
      <w:proofErr w:type="spellEnd"/>
      <w:r w:rsidRPr="00DC1978">
        <w:rPr>
          <w:rFonts w:ascii="Arial" w:hAnsi="Arial" w:cs="Arial"/>
          <w:color w:val="222222"/>
          <w:rtl/>
        </w:rPr>
        <w:t xml:space="preserve"> </w:t>
      </w:r>
      <w:proofErr w:type="spellStart"/>
      <w:r w:rsidRPr="00DC1978">
        <w:rPr>
          <w:rFonts w:ascii="Arial" w:hAnsi="Arial" w:cs="Arial"/>
          <w:color w:val="222222"/>
          <w:rtl/>
        </w:rPr>
        <w:t>گزارش</w:t>
      </w:r>
      <w:proofErr w:type="spellEnd"/>
      <w:r w:rsidRPr="00DC1978">
        <w:rPr>
          <w:rFonts w:ascii="Arial" w:hAnsi="Arial" w:cs="Arial"/>
          <w:color w:val="222222"/>
          <w:rtl/>
        </w:rPr>
        <w:t xml:space="preserve"> </w:t>
      </w:r>
      <w:proofErr w:type="spellStart"/>
      <w:r w:rsidRPr="00DC1978">
        <w:rPr>
          <w:rFonts w:ascii="Arial" w:hAnsi="Arial" w:cs="Arial"/>
          <w:color w:val="222222"/>
          <w:rtl/>
        </w:rPr>
        <w:t>نکردند</w:t>
      </w:r>
      <w:proofErr w:type="spellEnd"/>
      <w:r w:rsidRPr="00DC1978">
        <w:rPr>
          <w:rFonts w:ascii="Arial" w:hAnsi="Arial" w:cs="Arial"/>
          <w:color w:val="222222"/>
          <w:rtl/>
        </w:rPr>
        <w:t xml:space="preserve"> </w:t>
      </w:r>
      <w:proofErr w:type="gramStart"/>
      <w:r w:rsidRPr="00DC1978">
        <w:rPr>
          <w:rFonts w:ascii="Arial" w:hAnsi="Arial" w:cs="Arial"/>
          <w:color w:val="222222"/>
          <w:rtl/>
        </w:rPr>
        <w:t>و هر</w:t>
      </w:r>
      <w:proofErr w:type="gramEnd"/>
      <w:r w:rsidRPr="00DC1978">
        <w:rPr>
          <w:rFonts w:ascii="Arial" w:hAnsi="Arial" w:cs="Arial"/>
          <w:color w:val="222222"/>
          <w:rtl/>
        </w:rPr>
        <w:t xml:space="preserve"> دو دارو از نظر </w:t>
      </w:r>
      <w:proofErr w:type="spellStart"/>
      <w:r w:rsidRPr="00DC1978">
        <w:rPr>
          <w:rFonts w:ascii="Arial" w:hAnsi="Arial" w:cs="Arial"/>
          <w:color w:val="222222"/>
          <w:rtl/>
        </w:rPr>
        <w:t>ایمنی</w:t>
      </w:r>
      <w:proofErr w:type="spellEnd"/>
      <w:r w:rsidRPr="00DC1978">
        <w:rPr>
          <w:rFonts w:ascii="Arial" w:hAnsi="Arial" w:cs="Arial"/>
          <w:color w:val="222222"/>
          <w:rtl/>
        </w:rPr>
        <w:t xml:space="preserve"> و </w:t>
      </w:r>
      <w:proofErr w:type="spellStart"/>
      <w:r w:rsidRPr="00DC1978">
        <w:rPr>
          <w:rFonts w:ascii="Arial" w:hAnsi="Arial" w:cs="Arial"/>
          <w:color w:val="222222"/>
          <w:rtl/>
        </w:rPr>
        <w:t>تحمل‌پذیری</w:t>
      </w:r>
      <w:proofErr w:type="spellEnd"/>
      <w:r w:rsidRPr="00DC1978">
        <w:rPr>
          <w:rFonts w:ascii="Arial" w:hAnsi="Arial" w:cs="Arial"/>
          <w:color w:val="222222"/>
          <w:rtl/>
        </w:rPr>
        <w:t xml:space="preserve">، مناسب </w:t>
      </w:r>
      <w:proofErr w:type="spellStart"/>
      <w:r w:rsidRPr="00DC1978">
        <w:rPr>
          <w:rFonts w:ascii="Arial" w:hAnsi="Arial" w:cs="Arial"/>
          <w:color w:val="222222"/>
          <w:rtl/>
        </w:rPr>
        <w:t>ارزیابی</w:t>
      </w:r>
      <w:proofErr w:type="spellEnd"/>
      <w:r w:rsidRPr="00DC1978">
        <w:rPr>
          <w:rFonts w:ascii="Arial" w:hAnsi="Arial" w:cs="Arial"/>
          <w:color w:val="222222"/>
          <w:rtl/>
        </w:rPr>
        <w:t xml:space="preserve"> </w:t>
      </w:r>
      <w:proofErr w:type="spellStart"/>
      <w:r w:rsidRPr="00DC1978">
        <w:rPr>
          <w:rFonts w:ascii="Arial" w:hAnsi="Arial" w:cs="Arial"/>
          <w:color w:val="222222"/>
          <w:rtl/>
        </w:rPr>
        <w:t>شدند</w:t>
      </w:r>
      <w:proofErr w:type="spellEnd"/>
      <w:r w:rsidRPr="00DC1978">
        <w:rPr>
          <w:rFonts w:ascii="Arial" w:hAnsi="Arial" w:cs="Arial"/>
          <w:color w:val="222222"/>
          <w:rtl/>
        </w:rPr>
        <w:t xml:space="preserve">. به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ترتیب</w:t>
      </w:r>
      <w:proofErr w:type="spellEnd"/>
      <w:r w:rsidRPr="00DC1978">
        <w:rPr>
          <w:rFonts w:ascii="Arial" w:hAnsi="Arial" w:cs="Arial"/>
          <w:color w:val="222222"/>
          <w:rtl/>
        </w:rPr>
        <w:t xml:space="preserve">،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پژوهش</w:t>
      </w:r>
      <w:proofErr w:type="spellEnd"/>
      <w:r w:rsidRPr="00DC1978">
        <w:rPr>
          <w:rFonts w:ascii="Arial" w:hAnsi="Arial" w:cs="Arial"/>
          <w:color w:val="222222"/>
          <w:rtl/>
        </w:rPr>
        <w:t xml:space="preserve"> نشان </w:t>
      </w:r>
      <w:proofErr w:type="spellStart"/>
      <w:r w:rsidRPr="00DC1978">
        <w:rPr>
          <w:rFonts w:ascii="Arial" w:hAnsi="Arial" w:cs="Arial"/>
          <w:color w:val="222222"/>
          <w:rtl/>
        </w:rPr>
        <w:t>می‌دهد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نسبت به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گوارشی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مؤثرتر</w:t>
      </w:r>
      <w:proofErr w:type="spellEnd"/>
      <w:r w:rsidRPr="00DC1978">
        <w:rPr>
          <w:rFonts w:ascii="Arial" w:hAnsi="Arial" w:cs="Arial"/>
          <w:color w:val="222222"/>
          <w:rtl/>
        </w:rPr>
        <w:t xml:space="preserve"> است </w:t>
      </w:r>
      <w:proofErr w:type="gramStart"/>
      <w:r w:rsidRPr="00DC1978">
        <w:rPr>
          <w:rFonts w:ascii="Arial" w:hAnsi="Arial" w:cs="Arial"/>
          <w:color w:val="222222"/>
          <w:rtl/>
        </w:rPr>
        <w:t xml:space="preserve">و </w:t>
      </w:r>
      <w:proofErr w:type="spellStart"/>
      <w:r w:rsidRPr="00DC1978">
        <w:rPr>
          <w:rFonts w:ascii="Arial" w:hAnsi="Arial" w:cs="Arial"/>
          <w:color w:val="222222"/>
          <w:rtl/>
        </w:rPr>
        <w:t>می‌تواند</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به‌عنوان</w:t>
      </w:r>
      <w:proofErr w:type="spellEnd"/>
      <w:r w:rsidRPr="00DC1978">
        <w:rPr>
          <w:rFonts w:ascii="Arial" w:hAnsi="Arial" w:cs="Arial"/>
          <w:color w:val="222222"/>
          <w:rtl/>
        </w:rPr>
        <w:t xml:space="preserve"> </w:t>
      </w:r>
      <w:proofErr w:type="spellStart"/>
      <w:r w:rsidRPr="00DC1978">
        <w:rPr>
          <w:rFonts w:ascii="Arial" w:hAnsi="Arial" w:cs="Arial"/>
          <w:color w:val="222222"/>
          <w:rtl/>
        </w:rPr>
        <w:t>یک</w:t>
      </w:r>
      <w:proofErr w:type="spellEnd"/>
      <w:r w:rsidRPr="00DC1978">
        <w:rPr>
          <w:rFonts w:ascii="Arial" w:hAnsi="Arial" w:cs="Arial"/>
          <w:color w:val="222222"/>
          <w:rtl/>
        </w:rPr>
        <w:t xml:space="preserve"> </w:t>
      </w:r>
      <w:proofErr w:type="spellStart"/>
      <w:r w:rsidRPr="00DC1978">
        <w:rPr>
          <w:rFonts w:ascii="Arial" w:hAnsi="Arial" w:cs="Arial"/>
          <w:color w:val="222222"/>
          <w:rtl/>
        </w:rPr>
        <w:t>گزینه</w:t>
      </w:r>
      <w:proofErr w:type="spellEnd"/>
      <w:r w:rsidRPr="00DC1978">
        <w:rPr>
          <w:rFonts w:ascii="Arial" w:hAnsi="Arial" w:cs="Arial"/>
          <w:color w:val="222222"/>
          <w:rtl/>
        </w:rPr>
        <w:t xml:space="preserve">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مطمئن و </w:t>
      </w:r>
      <w:proofErr w:type="spellStart"/>
      <w:r w:rsidRPr="00DC1978">
        <w:rPr>
          <w:rFonts w:ascii="Arial" w:hAnsi="Arial" w:cs="Arial"/>
          <w:color w:val="222222"/>
          <w:rtl/>
        </w:rPr>
        <w:t>با</w:t>
      </w:r>
      <w:proofErr w:type="spellEnd"/>
      <w:r w:rsidRPr="00DC1978">
        <w:rPr>
          <w:rFonts w:ascii="Arial" w:hAnsi="Arial" w:cs="Arial"/>
          <w:color w:val="222222"/>
          <w:rtl/>
        </w:rPr>
        <w:t xml:space="preserve"> عوارض </w:t>
      </w:r>
      <w:proofErr w:type="spellStart"/>
      <w:r w:rsidRPr="00DC1978">
        <w:rPr>
          <w:rFonts w:ascii="Arial" w:hAnsi="Arial" w:cs="Arial"/>
          <w:color w:val="222222"/>
          <w:rtl/>
        </w:rPr>
        <w:t>حداقلی</w:t>
      </w:r>
      <w:proofErr w:type="spellEnd"/>
      <w:r w:rsidRPr="00DC1978">
        <w:rPr>
          <w:rFonts w:ascii="Arial" w:hAnsi="Arial" w:cs="Arial"/>
          <w:color w:val="222222"/>
          <w:rtl/>
        </w:rPr>
        <w:t xml:space="preserve"> در </w:t>
      </w:r>
      <w:proofErr w:type="spellStart"/>
      <w:r w:rsidRPr="00DC1978">
        <w:rPr>
          <w:rFonts w:ascii="Arial" w:hAnsi="Arial" w:cs="Arial"/>
          <w:color w:val="222222"/>
          <w:rtl/>
        </w:rPr>
        <w:t>مدیریت</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مورد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قرار </w:t>
      </w:r>
      <w:proofErr w:type="spellStart"/>
      <w:r w:rsidRPr="00DC1978">
        <w:rPr>
          <w:rFonts w:ascii="Arial" w:hAnsi="Arial" w:cs="Arial"/>
          <w:color w:val="222222"/>
          <w:rtl/>
        </w:rPr>
        <w:t>گی</w:t>
      </w:r>
      <w:proofErr w:type="spellEnd"/>
      <w:r w:rsidRPr="00DC1978">
        <w:rPr>
          <w:rFonts w:ascii="Arial" w:hAnsi="Arial" w:cs="Arial" w:hint="cs"/>
          <w:color w:val="222222"/>
          <w:rtl/>
          <w:lang w:bidi="fa-IR"/>
        </w:rPr>
        <w:t>رد.</w:t>
      </w:r>
    </w:p>
    <w:p w:rsidR="004428D7" w:rsidRPr="00DC1978" w:rsidRDefault="004428D7" w:rsidP="0057323F">
      <w:pPr>
        <w:jc w:val="center"/>
        <w:rPr>
          <w:sz w:val="24"/>
          <w:szCs w:val="24"/>
          <w:rtl/>
        </w:rPr>
      </w:pPr>
    </w:p>
    <w:p w:rsidR="004428D7" w:rsidRPr="00DC1978" w:rsidRDefault="004428D7" w:rsidP="00AC5FC0">
      <w:pPr>
        <w:jc w:val="right"/>
        <w:rPr>
          <w:b/>
          <w:bCs/>
          <w:sz w:val="24"/>
          <w:szCs w:val="24"/>
          <w:rtl/>
        </w:rPr>
      </w:pPr>
      <w:r w:rsidRPr="00DC1978">
        <w:rPr>
          <w:rFonts w:hint="cs"/>
          <w:b/>
          <w:bCs/>
          <w:sz w:val="24"/>
          <w:szCs w:val="24"/>
          <w:rtl/>
        </w:rPr>
        <w:t xml:space="preserve">جدول ۱: </w:t>
      </w:r>
      <w:proofErr w:type="spellStart"/>
      <w:r w:rsidRPr="00DC1978">
        <w:rPr>
          <w:rFonts w:hint="cs"/>
          <w:b/>
          <w:bCs/>
          <w:sz w:val="24"/>
          <w:szCs w:val="24"/>
          <w:rtl/>
        </w:rPr>
        <w:t>ویژگی</w:t>
      </w:r>
      <w:proofErr w:type="spellEnd"/>
      <w:r w:rsidRPr="00DC1978">
        <w:rPr>
          <w:rFonts w:hint="cs"/>
          <w:b/>
          <w:bCs/>
          <w:sz w:val="24"/>
          <w:szCs w:val="24"/>
          <w:rtl/>
        </w:rPr>
        <w:t xml:space="preserve"> </w:t>
      </w:r>
      <w:proofErr w:type="spellStart"/>
      <w:r w:rsidRPr="00DC1978">
        <w:rPr>
          <w:rFonts w:hint="cs"/>
          <w:b/>
          <w:bCs/>
          <w:sz w:val="24"/>
          <w:szCs w:val="24"/>
          <w:rtl/>
        </w:rPr>
        <w:t>های</w:t>
      </w:r>
      <w:proofErr w:type="spellEnd"/>
      <w:r w:rsidRPr="00DC1978">
        <w:rPr>
          <w:rFonts w:hint="cs"/>
          <w:b/>
          <w:bCs/>
          <w:sz w:val="24"/>
          <w:szCs w:val="24"/>
          <w:rtl/>
        </w:rPr>
        <w:t xml:space="preserve"> </w:t>
      </w:r>
      <w:proofErr w:type="spellStart"/>
      <w:r w:rsidRPr="00DC1978">
        <w:rPr>
          <w:rFonts w:hint="cs"/>
          <w:b/>
          <w:bCs/>
          <w:sz w:val="24"/>
          <w:szCs w:val="24"/>
          <w:rtl/>
        </w:rPr>
        <w:t>پایه</w:t>
      </w:r>
      <w:proofErr w:type="spellEnd"/>
      <w:r w:rsidRPr="00DC1978">
        <w:rPr>
          <w:rFonts w:hint="cs"/>
          <w:b/>
          <w:bCs/>
          <w:sz w:val="24"/>
          <w:szCs w:val="24"/>
          <w:rtl/>
        </w:rPr>
        <w:t xml:space="preserve"> </w:t>
      </w:r>
      <w:proofErr w:type="spellStart"/>
      <w:r w:rsidRPr="00DC1978">
        <w:rPr>
          <w:rFonts w:hint="cs"/>
          <w:b/>
          <w:bCs/>
          <w:sz w:val="24"/>
          <w:szCs w:val="24"/>
          <w:rtl/>
        </w:rPr>
        <w:t>بیماران</w:t>
      </w:r>
      <w:proofErr w:type="spellEnd"/>
      <w:r w:rsidRPr="00DC1978">
        <w:rPr>
          <w:rFonts w:hint="cs"/>
          <w:b/>
          <w:bCs/>
          <w:sz w:val="24"/>
          <w:szCs w:val="24"/>
          <w:rtl/>
        </w:rPr>
        <w:t xml:space="preserve"> </w:t>
      </w:r>
    </w:p>
    <w:p w:rsidR="00CA7A18" w:rsidRPr="00DC1978" w:rsidRDefault="00000000" w:rsidP="00AC5FC0">
      <w:pPr>
        <w:jc w:val="right"/>
        <w:rPr>
          <w:sz w:val="24"/>
          <w:szCs w:val="24"/>
        </w:rPr>
      </w:pPr>
      <w:r w:rsidRPr="00DC1978">
        <w:rPr>
          <w:sz w:val="24"/>
          <w:szCs w:val="24"/>
        </w:rPr>
        <w:t>.</w:t>
      </w:r>
    </w:p>
    <w:tbl>
      <w:tblPr>
        <w:tblW w:w="8876" w:type="dxa"/>
        <w:tblLook w:val="04A0" w:firstRow="1" w:lastRow="0" w:firstColumn="1" w:lastColumn="0" w:noHBand="0" w:noVBand="1"/>
      </w:tblPr>
      <w:tblGrid>
        <w:gridCol w:w="2396"/>
        <w:gridCol w:w="2160"/>
        <w:gridCol w:w="2160"/>
        <w:gridCol w:w="2160"/>
      </w:tblGrid>
      <w:tr w:rsidR="00CA7A18" w:rsidRPr="00DC1978" w:rsidTr="00C1591F">
        <w:tc>
          <w:tcPr>
            <w:tcW w:w="2396" w:type="dxa"/>
          </w:tcPr>
          <w:p w:rsidR="00CA7A18" w:rsidRPr="00DC1978" w:rsidRDefault="00C1591F">
            <w:pPr>
              <w:rPr>
                <w:b/>
                <w:bCs/>
                <w:sz w:val="24"/>
                <w:szCs w:val="24"/>
              </w:rPr>
            </w:pPr>
            <w:r w:rsidRPr="00DC1978">
              <w:rPr>
                <w:rFonts w:hint="cs"/>
                <w:b/>
                <w:bCs/>
                <w:sz w:val="24"/>
                <w:szCs w:val="24"/>
                <w:rtl/>
              </w:rPr>
              <w:t>مشخصه</w:t>
            </w:r>
          </w:p>
        </w:tc>
        <w:tc>
          <w:tcPr>
            <w:tcW w:w="2160" w:type="dxa"/>
          </w:tcPr>
          <w:p w:rsidR="00CA7A18" w:rsidRPr="00DC1978" w:rsidRDefault="00C1591F">
            <w:pPr>
              <w:rPr>
                <w:sz w:val="24"/>
                <w:szCs w:val="24"/>
              </w:rPr>
            </w:pPr>
            <w:proofErr w:type="spellStart"/>
            <w:r w:rsidRPr="00DC1978">
              <w:rPr>
                <w:rFonts w:hint="cs"/>
                <w:b/>
                <w:bCs/>
                <w:sz w:val="24"/>
                <w:szCs w:val="24"/>
                <w:rtl/>
              </w:rPr>
              <w:t>گروه</w:t>
            </w:r>
            <w:proofErr w:type="spellEnd"/>
            <w:r w:rsidRPr="00DC1978">
              <w:rPr>
                <w:rFonts w:hint="cs"/>
                <w:b/>
                <w:bCs/>
                <w:sz w:val="24"/>
                <w:szCs w:val="24"/>
                <w:rtl/>
              </w:rPr>
              <w:t xml:space="preserve"> </w:t>
            </w:r>
            <w:proofErr w:type="spellStart"/>
            <w:r w:rsidRPr="00DC1978">
              <w:rPr>
                <w:rFonts w:hint="cs"/>
                <w:b/>
                <w:bCs/>
                <w:sz w:val="24"/>
                <w:szCs w:val="24"/>
                <w:rtl/>
              </w:rPr>
              <w:t>ریفاکسیمین</w:t>
            </w:r>
            <w:proofErr w:type="spellEnd"/>
            <w:r w:rsidRPr="00DC1978">
              <w:rPr>
                <w:sz w:val="24"/>
                <w:szCs w:val="24"/>
              </w:rPr>
              <w:t>(</w:t>
            </w:r>
            <w:r w:rsidRPr="00DC1978">
              <w:rPr>
                <w:b/>
                <w:bCs/>
                <w:sz w:val="24"/>
                <w:szCs w:val="24"/>
              </w:rPr>
              <w:t>n=50)</w:t>
            </w:r>
          </w:p>
        </w:tc>
        <w:tc>
          <w:tcPr>
            <w:tcW w:w="2160" w:type="dxa"/>
          </w:tcPr>
          <w:p w:rsidR="00CA7A18" w:rsidRPr="00DC1978" w:rsidRDefault="00C1591F">
            <w:pPr>
              <w:rPr>
                <w:sz w:val="24"/>
                <w:szCs w:val="24"/>
              </w:rPr>
            </w:pPr>
            <w:proofErr w:type="spellStart"/>
            <w:r w:rsidRPr="00DC1978">
              <w:rPr>
                <w:rFonts w:hint="cs"/>
                <w:b/>
                <w:bCs/>
                <w:sz w:val="24"/>
                <w:szCs w:val="24"/>
                <w:rtl/>
              </w:rPr>
              <w:t>گروه</w:t>
            </w:r>
            <w:proofErr w:type="spellEnd"/>
            <w:r w:rsidRPr="00DC1978">
              <w:rPr>
                <w:rFonts w:hint="cs"/>
                <w:b/>
                <w:bCs/>
                <w:sz w:val="24"/>
                <w:szCs w:val="24"/>
                <w:rtl/>
              </w:rPr>
              <w:t xml:space="preserve"> </w:t>
            </w:r>
            <w:proofErr w:type="spellStart"/>
            <w:r w:rsidRPr="00DC1978">
              <w:rPr>
                <w:rFonts w:hint="cs"/>
                <w:b/>
                <w:bCs/>
                <w:sz w:val="24"/>
                <w:szCs w:val="24"/>
                <w:rtl/>
              </w:rPr>
              <w:t>مبورین</w:t>
            </w:r>
            <w:proofErr w:type="spellEnd"/>
            <w:r w:rsidRPr="00DC1978">
              <w:rPr>
                <w:sz w:val="24"/>
                <w:szCs w:val="24"/>
              </w:rPr>
              <w:t>(</w:t>
            </w:r>
            <w:r w:rsidRPr="00DC1978">
              <w:rPr>
                <w:b/>
                <w:bCs/>
                <w:sz w:val="24"/>
                <w:szCs w:val="24"/>
              </w:rPr>
              <w:t>n=50)</w:t>
            </w:r>
          </w:p>
        </w:tc>
        <w:tc>
          <w:tcPr>
            <w:tcW w:w="2160" w:type="dxa"/>
          </w:tcPr>
          <w:p w:rsidR="00CA7A18" w:rsidRPr="00DC1978" w:rsidRDefault="00000000">
            <w:pPr>
              <w:rPr>
                <w:b/>
                <w:bCs/>
                <w:sz w:val="24"/>
                <w:szCs w:val="24"/>
              </w:rPr>
            </w:pPr>
            <w:r w:rsidRPr="00DC1978">
              <w:rPr>
                <w:b/>
                <w:bCs/>
                <w:sz w:val="24"/>
                <w:szCs w:val="24"/>
              </w:rPr>
              <w:t>p-value</w:t>
            </w:r>
          </w:p>
        </w:tc>
      </w:tr>
      <w:tr w:rsidR="00CA7A18" w:rsidRPr="00DC1978" w:rsidTr="00C1591F">
        <w:tc>
          <w:tcPr>
            <w:tcW w:w="2396" w:type="dxa"/>
          </w:tcPr>
          <w:p w:rsidR="00CA7A18" w:rsidRPr="00DC1978" w:rsidRDefault="006B5BDE">
            <w:pPr>
              <w:rPr>
                <w:sz w:val="24"/>
                <w:szCs w:val="24"/>
              </w:rPr>
            </w:pPr>
            <w:proofErr w:type="gramStart"/>
            <w:r w:rsidRPr="00DC1978">
              <w:rPr>
                <w:rFonts w:hint="cs"/>
                <w:sz w:val="24"/>
                <w:szCs w:val="24"/>
                <w:rtl/>
              </w:rPr>
              <w:t>سن</w:t>
            </w:r>
            <w:r w:rsidRPr="00DC1978">
              <w:rPr>
                <w:sz w:val="24"/>
                <w:szCs w:val="24"/>
              </w:rPr>
              <w:t>(</w:t>
            </w:r>
            <w:proofErr w:type="gramEnd"/>
            <w:r w:rsidRPr="00DC1978">
              <w:rPr>
                <w:rFonts w:hint="cs"/>
                <w:sz w:val="24"/>
                <w:szCs w:val="24"/>
                <w:rtl/>
              </w:rPr>
              <w:t>سال</w:t>
            </w:r>
            <w:r w:rsidRPr="00DC1978">
              <w:rPr>
                <w:sz w:val="24"/>
                <w:szCs w:val="24"/>
              </w:rPr>
              <w:t xml:space="preserve">, </w:t>
            </w:r>
            <w:proofErr w:type="spellStart"/>
            <w:r w:rsidRPr="00DC1978">
              <w:rPr>
                <w:rFonts w:hint="cs"/>
                <w:sz w:val="24"/>
                <w:szCs w:val="24"/>
                <w:rtl/>
              </w:rPr>
              <w:t>میانگین</w:t>
            </w:r>
            <w:proofErr w:type="spellEnd"/>
            <w:r w:rsidRPr="00DC1978">
              <w:rPr>
                <w:sz w:val="24"/>
                <w:szCs w:val="24"/>
              </w:rPr>
              <w:t xml:space="preserve"> ± SD)</w:t>
            </w:r>
          </w:p>
        </w:tc>
        <w:tc>
          <w:tcPr>
            <w:tcW w:w="2160" w:type="dxa"/>
          </w:tcPr>
          <w:p w:rsidR="00CA7A18" w:rsidRPr="00DC1978" w:rsidRDefault="00000000">
            <w:pPr>
              <w:rPr>
                <w:sz w:val="24"/>
                <w:szCs w:val="24"/>
              </w:rPr>
            </w:pPr>
            <w:r w:rsidRPr="00DC1978">
              <w:rPr>
                <w:sz w:val="24"/>
                <w:szCs w:val="24"/>
              </w:rPr>
              <w:t>35.2 ± 8.4</w:t>
            </w:r>
          </w:p>
        </w:tc>
        <w:tc>
          <w:tcPr>
            <w:tcW w:w="2160" w:type="dxa"/>
          </w:tcPr>
          <w:p w:rsidR="00CA7A18" w:rsidRPr="00DC1978" w:rsidRDefault="00000000">
            <w:pPr>
              <w:rPr>
                <w:sz w:val="24"/>
                <w:szCs w:val="24"/>
              </w:rPr>
            </w:pPr>
            <w:r w:rsidRPr="00DC1978">
              <w:rPr>
                <w:sz w:val="24"/>
                <w:szCs w:val="24"/>
              </w:rPr>
              <w:t>34.7 ± 7.9</w:t>
            </w:r>
          </w:p>
        </w:tc>
        <w:tc>
          <w:tcPr>
            <w:tcW w:w="2160" w:type="dxa"/>
          </w:tcPr>
          <w:p w:rsidR="00CA7A18" w:rsidRPr="00DC1978" w:rsidRDefault="00000000">
            <w:pPr>
              <w:rPr>
                <w:sz w:val="24"/>
                <w:szCs w:val="24"/>
              </w:rPr>
            </w:pPr>
            <w:r w:rsidRPr="00DC1978">
              <w:rPr>
                <w:sz w:val="24"/>
                <w:szCs w:val="24"/>
              </w:rPr>
              <w:t>0.72</w:t>
            </w:r>
          </w:p>
        </w:tc>
      </w:tr>
      <w:tr w:rsidR="00CA7A18" w:rsidRPr="00DC1978" w:rsidTr="00C1591F">
        <w:tc>
          <w:tcPr>
            <w:tcW w:w="2396" w:type="dxa"/>
          </w:tcPr>
          <w:p w:rsidR="00CA7A18" w:rsidRPr="00DC1978" w:rsidRDefault="006B5BDE">
            <w:pPr>
              <w:rPr>
                <w:sz w:val="24"/>
                <w:szCs w:val="24"/>
              </w:rPr>
            </w:pPr>
            <w:proofErr w:type="spellStart"/>
            <w:r w:rsidRPr="00DC1978">
              <w:rPr>
                <w:rFonts w:hint="cs"/>
                <w:sz w:val="24"/>
                <w:szCs w:val="24"/>
                <w:rtl/>
              </w:rPr>
              <w:t>جنسیت</w:t>
            </w:r>
            <w:proofErr w:type="spellEnd"/>
            <w:r w:rsidRPr="00DC1978">
              <w:rPr>
                <w:sz w:val="24"/>
                <w:szCs w:val="24"/>
              </w:rPr>
              <w:t xml:space="preserve"> (</w:t>
            </w:r>
            <w:r w:rsidRPr="00DC1978">
              <w:rPr>
                <w:rFonts w:hint="cs"/>
                <w:sz w:val="24"/>
                <w:szCs w:val="24"/>
                <w:rtl/>
              </w:rPr>
              <w:t>زن</w:t>
            </w:r>
            <w:r w:rsidRPr="00DC1978">
              <w:rPr>
                <w:sz w:val="24"/>
                <w:szCs w:val="24"/>
              </w:rPr>
              <w:t>/</w:t>
            </w:r>
            <w:r w:rsidRPr="00DC1978">
              <w:rPr>
                <w:rFonts w:hint="cs"/>
                <w:sz w:val="24"/>
                <w:szCs w:val="24"/>
                <w:rtl/>
              </w:rPr>
              <w:t>مرد</w:t>
            </w:r>
            <w:r w:rsidRPr="00DC1978">
              <w:rPr>
                <w:sz w:val="24"/>
                <w:szCs w:val="24"/>
              </w:rPr>
              <w:t>)</w:t>
            </w:r>
          </w:p>
        </w:tc>
        <w:tc>
          <w:tcPr>
            <w:tcW w:w="2160" w:type="dxa"/>
          </w:tcPr>
          <w:p w:rsidR="00CA7A18" w:rsidRPr="00DC1978" w:rsidRDefault="00000000">
            <w:pPr>
              <w:rPr>
                <w:sz w:val="24"/>
                <w:szCs w:val="24"/>
              </w:rPr>
            </w:pPr>
            <w:r w:rsidRPr="00DC1978">
              <w:rPr>
                <w:sz w:val="24"/>
                <w:szCs w:val="24"/>
              </w:rPr>
              <w:t>28/22</w:t>
            </w:r>
          </w:p>
        </w:tc>
        <w:tc>
          <w:tcPr>
            <w:tcW w:w="2160" w:type="dxa"/>
          </w:tcPr>
          <w:p w:rsidR="00CA7A18" w:rsidRPr="00DC1978" w:rsidRDefault="00000000">
            <w:pPr>
              <w:rPr>
                <w:sz w:val="24"/>
                <w:szCs w:val="24"/>
              </w:rPr>
            </w:pPr>
            <w:r w:rsidRPr="00DC1978">
              <w:rPr>
                <w:sz w:val="24"/>
                <w:szCs w:val="24"/>
              </w:rPr>
              <w:t>27/23</w:t>
            </w:r>
          </w:p>
        </w:tc>
        <w:tc>
          <w:tcPr>
            <w:tcW w:w="2160" w:type="dxa"/>
          </w:tcPr>
          <w:p w:rsidR="00CA7A18" w:rsidRPr="00DC1978" w:rsidRDefault="00000000">
            <w:pPr>
              <w:rPr>
                <w:sz w:val="24"/>
                <w:szCs w:val="24"/>
              </w:rPr>
            </w:pPr>
            <w:r w:rsidRPr="00DC1978">
              <w:rPr>
                <w:sz w:val="24"/>
                <w:szCs w:val="24"/>
              </w:rPr>
              <w:t>0.84</w:t>
            </w:r>
          </w:p>
        </w:tc>
      </w:tr>
      <w:tr w:rsidR="00CA7A18" w:rsidRPr="00DC1978" w:rsidTr="00C1591F">
        <w:tc>
          <w:tcPr>
            <w:tcW w:w="2396" w:type="dxa"/>
          </w:tcPr>
          <w:p w:rsidR="00CA7A18" w:rsidRPr="00DC1978" w:rsidRDefault="006B5BDE">
            <w:pPr>
              <w:rPr>
                <w:sz w:val="24"/>
                <w:szCs w:val="24"/>
              </w:rPr>
            </w:pPr>
            <w:r w:rsidRPr="00DC1978">
              <w:rPr>
                <w:rFonts w:hint="cs"/>
                <w:sz w:val="24"/>
                <w:szCs w:val="24"/>
                <w:rtl/>
              </w:rPr>
              <w:t xml:space="preserve">شاخص توده </w:t>
            </w:r>
            <w:proofErr w:type="spellStart"/>
            <w:r w:rsidRPr="00DC1978">
              <w:rPr>
                <w:rFonts w:hint="cs"/>
                <w:sz w:val="24"/>
                <w:szCs w:val="24"/>
                <w:rtl/>
              </w:rPr>
              <w:t>بدنی</w:t>
            </w:r>
            <w:proofErr w:type="spellEnd"/>
            <w:r w:rsidRPr="00DC1978">
              <w:rPr>
                <w:sz w:val="24"/>
                <w:szCs w:val="24"/>
              </w:rPr>
              <w:t xml:space="preserve"> (kg/m², </w:t>
            </w:r>
            <w:proofErr w:type="spellStart"/>
            <w:r w:rsidRPr="00DC1978">
              <w:rPr>
                <w:rFonts w:hint="cs"/>
                <w:sz w:val="24"/>
                <w:szCs w:val="24"/>
                <w:rtl/>
              </w:rPr>
              <w:t>میانگین</w:t>
            </w:r>
            <w:proofErr w:type="spellEnd"/>
            <w:r w:rsidRPr="00DC1978">
              <w:rPr>
                <w:sz w:val="24"/>
                <w:szCs w:val="24"/>
              </w:rPr>
              <w:t xml:space="preserve"> ± SD)</w:t>
            </w:r>
          </w:p>
        </w:tc>
        <w:tc>
          <w:tcPr>
            <w:tcW w:w="2160" w:type="dxa"/>
          </w:tcPr>
          <w:p w:rsidR="00CA7A18" w:rsidRPr="00DC1978" w:rsidRDefault="00000000">
            <w:pPr>
              <w:rPr>
                <w:sz w:val="24"/>
                <w:szCs w:val="24"/>
              </w:rPr>
            </w:pPr>
            <w:r w:rsidRPr="00DC1978">
              <w:rPr>
                <w:sz w:val="24"/>
                <w:szCs w:val="24"/>
              </w:rPr>
              <w:t>24.1 ± 3.2</w:t>
            </w:r>
          </w:p>
        </w:tc>
        <w:tc>
          <w:tcPr>
            <w:tcW w:w="2160" w:type="dxa"/>
          </w:tcPr>
          <w:p w:rsidR="00CA7A18" w:rsidRPr="00DC1978" w:rsidRDefault="00000000">
            <w:pPr>
              <w:rPr>
                <w:sz w:val="24"/>
                <w:szCs w:val="24"/>
              </w:rPr>
            </w:pPr>
            <w:r w:rsidRPr="00DC1978">
              <w:rPr>
                <w:sz w:val="24"/>
                <w:szCs w:val="24"/>
              </w:rPr>
              <w:t>23.9 ± 3.5</w:t>
            </w:r>
          </w:p>
        </w:tc>
        <w:tc>
          <w:tcPr>
            <w:tcW w:w="2160" w:type="dxa"/>
          </w:tcPr>
          <w:p w:rsidR="00CA7A18" w:rsidRPr="00DC1978" w:rsidRDefault="00000000">
            <w:pPr>
              <w:rPr>
                <w:sz w:val="24"/>
                <w:szCs w:val="24"/>
              </w:rPr>
            </w:pPr>
            <w:r w:rsidRPr="00DC1978">
              <w:rPr>
                <w:sz w:val="24"/>
                <w:szCs w:val="24"/>
              </w:rPr>
              <w:t>0.78</w:t>
            </w:r>
          </w:p>
        </w:tc>
      </w:tr>
      <w:tr w:rsidR="00CA7A18" w:rsidRPr="00DC1978" w:rsidTr="00C1591F">
        <w:tc>
          <w:tcPr>
            <w:tcW w:w="2396" w:type="dxa"/>
          </w:tcPr>
          <w:p w:rsidR="00CA7A18" w:rsidRPr="00DC1978" w:rsidRDefault="006B5BDE">
            <w:pPr>
              <w:rPr>
                <w:sz w:val="24"/>
                <w:szCs w:val="24"/>
              </w:rPr>
            </w:pPr>
            <w:r w:rsidRPr="00DC1978">
              <w:rPr>
                <w:rFonts w:hint="cs"/>
                <w:sz w:val="24"/>
                <w:szCs w:val="24"/>
                <w:rtl/>
              </w:rPr>
              <w:t xml:space="preserve">مدت ابتلا به </w:t>
            </w:r>
            <w:proofErr w:type="spellStart"/>
            <w:r w:rsidRPr="00DC1978">
              <w:rPr>
                <w:rFonts w:hint="cs"/>
                <w:sz w:val="24"/>
                <w:szCs w:val="24"/>
                <w:rtl/>
              </w:rPr>
              <w:t>سندروم</w:t>
            </w:r>
            <w:proofErr w:type="spellEnd"/>
            <w:r w:rsidRPr="00DC1978">
              <w:rPr>
                <w:rFonts w:hint="cs"/>
                <w:sz w:val="24"/>
                <w:szCs w:val="24"/>
                <w:rtl/>
              </w:rPr>
              <w:t xml:space="preserve"> روده </w:t>
            </w:r>
            <w:proofErr w:type="spellStart"/>
            <w:r w:rsidRPr="00DC1978">
              <w:rPr>
                <w:rFonts w:hint="cs"/>
                <w:sz w:val="24"/>
                <w:szCs w:val="24"/>
                <w:rtl/>
              </w:rPr>
              <w:t>تحریک</w:t>
            </w:r>
            <w:proofErr w:type="spellEnd"/>
            <w:r w:rsidRPr="00DC1978">
              <w:rPr>
                <w:rFonts w:hint="cs"/>
                <w:sz w:val="24"/>
                <w:szCs w:val="24"/>
                <w:rtl/>
              </w:rPr>
              <w:t xml:space="preserve"> </w:t>
            </w:r>
            <w:proofErr w:type="spellStart"/>
            <w:r w:rsidRPr="00DC1978">
              <w:rPr>
                <w:rFonts w:hint="cs"/>
                <w:sz w:val="24"/>
                <w:szCs w:val="24"/>
                <w:rtl/>
              </w:rPr>
              <w:t>پذیر</w:t>
            </w:r>
            <w:proofErr w:type="spellEnd"/>
            <w:r w:rsidRPr="00DC1978">
              <w:rPr>
                <w:sz w:val="24"/>
                <w:szCs w:val="24"/>
              </w:rPr>
              <w:t xml:space="preserve"> (</w:t>
            </w:r>
            <w:r w:rsidRPr="00DC1978">
              <w:rPr>
                <w:rFonts w:hint="cs"/>
                <w:sz w:val="24"/>
                <w:szCs w:val="24"/>
                <w:rtl/>
              </w:rPr>
              <w:t>سال</w:t>
            </w:r>
            <w:r w:rsidRPr="00DC1978">
              <w:rPr>
                <w:sz w:val="24"/>
                <w:szCs w:val="24"/>
              </w:rPr>
              <w:t>)</w:t>
            </w:r>
          </w:p>
        </w:tc>
        <w:tc>
          <w:tcPr>
            <w:tcW w:w="2160" w:type="dxa"/>
          </w:tcPr>
          <w:p w:rsidR="00CA7A18" w:rsidRPr="00DC1978" w:rsidRDefault="00000000">
            <w:pPr>
              <w:rPr>
                <w:sz w:val="24"/>
                <w:szCs w:val="24"/>
              </w:rPr>
            </w:pPr>
            <w:r w:rsidRPr="00DC1978">
              <w:rPr>
                <w:sz w:val="24"/>
                <w:szCs w:val="24"/>
              </w:rPr>
              <w:t>3.1 ± 1.5</w:t>
            </w:r>
          </w:p>
        </w:tc>
        <w:tc>
          <w:tcPr>
            <w:tcW w:w="2160" w:type="dxa"/>
          </w:tcPr>
          <w:p w:rsidR="00CA7A18" w:rsidRPr="00DC1978" w:rsidRDefault="00000000">
            <w:pPr>
              <w:rPr>
                <w:sz w:val="24"/>
                <w:szCs w:val="24"/>
              </w:rPr>
            </w:pPr>
            <w:r w:rsidRPr="00DC1978">
              <w:rPr>
                <w:sz w:val="24"/>
                <w:szCs w:val="24"/>
              </w:rPr>
              <w:t>3.0 ± 1.4</w:t>
            </w:r>
          </w:p>
        </w:tc>
        <w:tc>
          <w:tcPr>
            <w:tcW w:w="2160" w:type="dxa"/>
          </w:tcPr>
          <w:p w:rsidR="00CA7A18" w:rsidRPr="00DC1978" w:rsidRDefault="00000000">
            <w:pPr>
              <w:rPr>
                <w:sz w:val="24"/>
                <w:szCs w:val="24"/>
              </w:rPr>
            </w:pPr>
            <w:r w:rsidRPr="00DC1978">
              <w:rPr>
                <w:sz w:val="24"/>
                <w:szCs w:val="24"/>
              </w:rPr>
              <w:t>0.81</w:t>
            </w:r>
          </w:p>
        </w:tc>
      </w:tr>
    </w:tbl>
    <w:p w:rsidR="00CA7A18" w:rsidRPr="00DC1978" w:rsidRDefault="0012535E" w:rsidP="0012535E">
      <w:pPr>
        <w:jc w:val="right"/>
        <w:rPr>
          <w:b/>
          <w:bCs/>
          <w:sz w:val="24"/>
          <w:szCs w:val="24"/>
          <w:rtl/>
        </w:rPr>
      </w:pPr>
      <w:r w:rsidRPr="00DC1978">
        <w:rPr>
          <w:rFonts w:hint="cs"/>
          <w:b/>
          <w:bCs/>
          <w:sz w:val="24"/>
          <w:szCs w:val="24"/>
          <w:rtl/>
        </w:rPr>
        <w:t xml:space="preserve">جدول </w:t>
      </w:r>
      <w:proofErr w:type="gramStart"/>
      <w:r w:rsidRPr="00DC1978">
        <w:rPr>
          <w:rFonts w:hint="cs"/>
          <w:b/>
          <w:bCs/>
          <w:sz w:val="24"/>
          <w:szCs w:val="24"/>
          <w:rtl/>
        </w:rPr>
        <w:t>۲ :</w:t>
      </w:r>
      <w:proofErr w:type="gramEnd"/>
      <w:r w:rsidRPr="00DC1978">
        <w:rPr>
          <w:rFonts w:hint="cs"/>
          <w:b/>
          <w:bCs/>
          <w:sz w:val="24"/>
          <w:szCs w:val="24"/>
          <w:rtl/>
        </w:rPr>
        <w:t xml:space="preserve"> شدت علائم </w:t>
      </w:r>
      <w:proofErr w:type="spellStart"/>
      <w:r w:rsidRPr="00DC1978">
        <w:rPr>
          <w:rFonts w:hint="cs"/>
          <w:b/>
          <w:bCs/>
          <w:sz w:val="24"/>
          <w:szCs w:val="24"/>
          <w:rtl/>
        </w:rPr>
        <w:t>گوارشی</w:t>
      </w:r>
      <w:proofErr w:type="spellEnd"/>
      <w:r w:rsidRPr="00DC1978">
        <w:rPr>
          <w:rFonts w:hint="cs"/>
          <w:b/>
          <w:bCs/>
          <w:sz w:val="24"/>
          <w:szCs w:val="24"/>
          <w:rtl/>
        </w:rPr>
        <w:t xml:space="preserve"> قبل و بعد از درمان :</w:t>
      </w:r>
    </w:p>
    <w:p w:rsidR="0012535E" w:rsidRPr="00DC1978" w:rsidRDefault="0012535E" w:rsidP="0012535E">
      <w:pPr>
        <w:jc w:val="right"/>
        <w:rPr>
          <w:b/>
          <w:bCs/>
          <w:sz w:val="24"/>
          <w:szCs w:val="24"/>
        </w:rPr>
      </w:pPr>
    </w:p>
    <w:tbl>
      <w:tblPr>
        <w:tblW w:w="0" w:type="auto"/>
        <w:tblLook w:val="04A0" w:firstRow="1" w:lastRow="0" w:firstColumn="1" w:lastColumn="0" w:noHBand="0" w:noVBand="1"/>
      </w:tblPr>
      <w:tblGrid>
        <w:gridCol w:w="2160"/>
        <w:gridCol w:w="2160"/>
        <w:gridCol w:w="2160"/>
        <w:gridCol w:w="2160"/>
      </w:tblGrid>
      <w:tr w:rsidR="00CA7A18" w:rsidRPr="00DC1978">
        <w:tc>
          <w:tcPr>
            <w:tcW w:w="2160" w:type="dxa"/>
          </w:tcPr>
          <w:p w:rsidR="00CA7A18" w:rsidRPr="00DC1978" w:rsidRDefault="0012535E">
            <w:pPr>
              <w:rPr>
                <w:b/>
                <w:bCs/>
                <w:sz w:val="24"/>
                <w:szCs w:val="24"/>
              </w:rPr>
            </w:pPr>
            <w:proofErr w:type="spellStart"/>
            <w:r w:rsidRPr="00DC1978">
              <w:rPr>
                <w:rFonts w:hint="cs"/>
                <w:b/>
                <w:bCs/>
                <w:sz w:val="24"/>
                <w:szCs w:val="24"/>
                <w:rtl/>
              </w:rPr>
              <w:t>علامت</w:t>
            </w:r>
            <w:proofErr w:type="spellEnd"/>
          </w:p>
        </w:tc>
        <w:tc>
          <w:tcPr>
            <w:tcW w:w="2160" w:type="dxa"/>
          </w:tcPr>
          <w:p w:rsidR="00CA7A18" w:rsidRPr="00DC1978" w:rsidRDefault="0012535E">
            <w:pPr>
              <w:rPr>
                <w:b/>
                <w:bCs/>
                <w:sz w:val="24"/>
                <w:szCs w:val="24"/>
              </w:rPr>
            </w:pPr>
            <w:proofErr w:type="spellStart"/>
            <w:r w:rsidRPr="00DC1978">
              <w:rPr>
                <w:rFonts w:hint="cs"/>
                <w:b/>
                <w:bCs/>
                <w:sz w:val="24"/>
                <w:szCs w:val="24"/>
                <w:rtl/>
              </w:rPr>
              <w:t>گروه</w:t>
            </w:r>
            <w:proofErr w:type="spellEnd"/>
            <w:r w:rsidRPr="00DC1978">
              <w:rPr>
                <w:rFonts w:hint="cs"/>
                <w:b/>
                <w:bCs/>
                <w:sz w:val="24"/>
                <w:szCs w:val="24"/>
                <w:rtl/>
              </w:rPr>
              <w:t xml:space="preserve"> </w:t>
            </w:r>
            <w:proofErr w:type="spellStart"/>
            <w:r w:rsidRPr="00DC1978">
              <w:rPr>
                <w:rFonts w:hint="cs"/>
                <w:b/>
                <w:bCs/>
                <w:sz w:val="24"/>
                <w:szCs w:val="24"/>
                <w:rtl/>
              </w:rPr>
              <w:t>ریفاکسیمین</w:t>
            </w:r>
            <w:proofErr w:type="spellEnd"/>
            <w:r w:rsidRPr="00DC1978">
              <w:rPr>
                <w:rFonts w:hint="cs"/>
                <w:b/>
                <w:bCs/>
                <w:sz w:val="24"/>
                <w:szCs w:val="24"/>
                <w:rtl/>
              </w:rPr>
              <w:t xml:space="preserve"> قبل/بعد</w:t>
            </w:r>
          </w:p>
        </w:tc>
        <w:tc>
          <w:tcPr>
            <w:tcW w:w="2160" w:type="dxa"/>
          </w:tcPr>
          <w:p w:rsidR="00CA7A18" w:rsidRPr="00DC1978" w:rsidRDefault="0012535E">
            <w:pPr>
              <w:rPr>
                <w:b/>
                <w:bCs/>
                <w:sz w:val="24"/>
                <w:szCs w:val="24"/>
              </w:rPr>
            </w:pPr>
            <w:proofErr w:type="spellStart"/>
            <w:r w:rsidRPr="00DC1978">
              <w:rPr>
                <w:rFonts w:hint="cs"/>
                <w:b/>
                <w:bCs/>
                <w:sz w:val="24"/>
                <w:szCs w:val="24"/>
                <w:rtl/>
              </w:rPr>
              <w:t>گروه</w:t>
            </w:r>
            <w:proofErr w:type="spellEnd"/>
            <w:r w:rsidRPr="00DC1978">
              <w:rPr>
                <w:rFonts w:hint="cs"/>
                <w:b/>
                <w:bCs/>
                <w:sz w:val="24"/>
                <w:szCs w:val="24"/>
                <w:rtl/>
              </w:rPr>
              <w:t xml:space="preserve"> </w:t>
            </w:r>
            <w:proofErr w:type="spellStart"/>
            <w:r w:rsidRPr="00DC1978">
              <w:rPr>
                <w:rFonts w:hint="cs"/>
                <w:b/>
                <w:bCs/>
                <w:sz w:val="24"/>
                <w:szCs w:val="24"/>
                <w:rtl/>
              </w:rPr>
              <w:t>مبورین</w:t>
            </w:r>
            <w:proofErr w:type="spellEnd"/>
            <w:r w:rsidRPr="00DC1978">
              <w:rPr>
                <w:rFonts w:hint="cs"/>
                <w:b/>
                <w:bCs/>
                <w:sz w:val="24"/>
                <w:szCs w:val="24"/>
                <w:rtl/>
              </w:rPr>
              <w:t xml:space="preserve"> قبل/بعد</w:t>
            </w:r>
          </w:p>
        </w:tc>
        <w:tc>
          <w:tcPr>
            <w:tcW w:w="2160" w:type="dxa"/>
          </w:tcPr>
          <w:p w:rsidR="00CA7A18" w:rsidRPr="00DC1978" w:rsidRDefault="00000000">
            <w:pPr>
              <w:rPr>
                <w:b/>
                <w:bCs/>
                <w:sz w:val="24"/>
                <w:szCs w:val="24"/>
              </w:rPr>
            </w:pPr>
            <w:r w:rsidRPr="00DC1978">
              <w:rPr>
                <w:b/>
                <w:bCs/>
                <w:sz w:val="24"/>
                <w:szCs w:val="24"/>
              </w:rPr>
              <w:t>p-value</w:t>
            </w:r>
          </w:p>
        </w:tc>
      </w:tr>
      <w:tr w:rsidR="00CA7A18" w:rsidRPr="00DC1978">
        <w:tc>
          <w:tcPr>
            <w:tcW w:w="2160" w:type="dxa"/>
          </w:tcPr>
          <w:p w:rsidR="00CA7A18" w:rsidRPr="00DC1978" w:rsidRDefault="001E39C5">
            <w:pPr>
              <w:rPr>
                <w:sz w:val="24"/>
                <w:szCs w:val="24"/>
              </w:rPr>
            </w:pPr>
            <w:r w:rsidRPr="00DC1978">
              <w:rPr>
                <w:rFonts w:hint="cs"/>
                <w:sz w:val="24"/>
                <w:szCs w:val="24"/>
                <w:rtl/>
              </w:rPr>
              <w:lastRenderedPageBreak/>
              <w:t xml:space="preserve">درد </w:t>
            </w:r>
            <w:proofErr w:type="spellStart"/>
            <w:r w:rsidRPr="00DC1978">
              <w:rPr>
                <w:rFonts w:hint="cs"/>
                <w:sz w:val="24"/>
                <w:szCs w:val="24"/>
                <w:rtl/>
              </w:rPr>
              <w:t>شکم</w:t>
            </w:r>
            <w:proofErr w:type="spellEnd"/>
          </w:p>
        </w:tc>
        <w:tc>
          <w:tcPr>
            <w:tcW w:w="2160" w:type="dxa"/>
          </w:tcPr>
          <w:p w:rsidR="00CA7A18" w:rsidRPr="00DC1978" w:rsidRDefault="00000000">
            <w:pPr>
              <w:rPr>
                <w:sz w:val="24"/>
                <w:szCs w:val="24"/>
              </w:rPr>
            </w:pPr>
            <w:r w:rsidRPr="00DC1978">
              <w:rPr>
                <w:sz w:val="24"/>
                <w:szCs w:val="24"/>
              </w:rPr>
              <w:t>4.2 ± 0.8 / 1.8 ± 0.7</w:t>
            </w:r>
          </w:p>
        </w:tc>
        <w:tc>
          <w:tcPr>
            <w:tcW w:w="2160" w:type="dxa"/>
          </w:tcPr>
          <w:p w:rsidR="00CA7A18" w:rsidRPr="00DC1978" w:rsidRDefault="00000000">
            <w:pPr>
              <w:rPr>
                <w:sz w:val="24"/>
                <w:szCs w:val="24"/>
              </w:rPr>
            </w:pPr>
            <w:r w:rsidRPr="00DC1978">
              <w:rPr>
                <w:sz w:val="24"/>
                <w:szCs w:val="24"/>
              </w:rPr>
              <w:t>4.1 ± 0.9 / 2.9 ± 0.8</w:t>
            </w:r>
          </w:p>
        </w:tc>
        <w:tc>
          <w:tcPr>
            <w:tcW w:w="2160" w:type="dxa"/>
          </w:tcPr>
          <w:p w:rsidR="00CA7A18" w:rsidRPr="00DC1978" w:rsidRDefault="00000000">
            <w:pPr>
              <w:rPr>
                <w:sz w:val="24"/>
                <w:szCs w:val="24"/>
              </w:rPr>
            </w:pPr>
            <w:r w:rsidRPr="00DC1978">
              <w:rPr>
                <w:sz w:val="24"/>
                <w:szCs w:val="24"/>
              </w:rPr>
              <w:t>0.01</w:t>
            </w:r>
          </w:p>
        </w:tc>
      </w:tr>
      <w:tr w:rsidR="00CA7A18" w:rsidRPr="00DC1978">
        <w:tc>
          <w:tcPr>
            <w:tcW w:w="2160" w:type="dxa"/>
          </w:tcPr>
          <w:p w:rsidR="00CA7A18" w:rsidRPr="00DC1978" w:rsidRDefault="001E39C5">
            <w:pPr>
              <w:rPr>
                <w:sz w:val="24"/>
                <w:szCs w:val="24"/>
              </w:rPr>
            </w:pPr>
            <w:r w:rsidRPr="00DC1978">
              <w:rPr>
                <w:rFonts w:hint="cs"/>
                <w:sz w:val="24"/>
                <w:szCs w:val="24"/>
                <w:rtl/>
              </w:rPr>
              <w:t>نفخ</w:t>
            </w:r>
          </w:p>
        </w:tc>
        <w:tc>
          <w:tcPr>
            <w:tcW w:w="2160" w:type="dxa"/>
          </w:tcPr>
          <w:p w:rsidR="00CA7A18" w:rsidRPr="00DC1978" w:rsidRDefault="00000000">
            <w:pPr>
              <w:rPr>
                <w:sz w:val="24"/>
                <w:szCs w:val="24"/>
              </w:rPr>
            </w:pPr>
            <w:r w:rsidRPr="00DC1978">
              <w:rPr>
                <w:sz w:val="24"/>
                <w:szCs w:val="24"/>
              </w:rPr>
              <w:t>4.0 ± 0.7 / 1.5 ± 0.6</w:t>
            </w:r>
          </w:p>
        </w:tc>
        <w:tc>
          <w:tcPr>
            <w:tcW w:w="2160" w:type="dxa"/>
          </w:tcPr>
          <w:p w:rsidR="00CA7A18" w:rsidRPr="00DC1978" w:rsidRDefault="00000000">
            <w:pPr>
              <w:rPr>
                <w:sz w:val="24"/>
                <w:szCs w:val="24"/>
              </w:rPr>
            </w:pPr>
            <w:r w:rsidRPr="00DC1978">
              <w:rPr>
                <w:sz w:val="24"/>
                <w:szCs w:val="24"/>
              </w:rPr>
              <w:t>3.9 ± 0.8 / 2.8 ± 0.7</w:t>
            </w:r>
          </w:p>
        </w:tc>
        <w:tc>
          <w:tcPr>
            <w:tcW w:w="2160" w:type="dxa"/>
          </w:tcPr>
          <w:p w:rsidR="00CA7A18" w:rsidRPr="00DC1978" w:rsidRDefault="00000000">
            <w:pPr>
              <w:rPr>
                <w:sz w:val="24"/>
                <w:szCs w:val="24"/>
              </w:rPr>
            </w:pPr>
            <w:r w:rsidRPr="00DC1978">
              <w:rPr>
                <w:sz w:val="24"/>
                <w:szCs w:val="24"/>
              </w:rPr>
              <w:t>0.02</w:t>
            </w:r>
          </w:p>
        </w:tc>
      </w:tr>
      <w:tr w:rsidR="00CA7A18" w:rsidRPr="00DC1978">
        <w:tc>
          <w:tcPr>
            <w:tcW w:w="2160" w:type="dxa"/>
          </w:tcPr>
          <w:p w:rsidR="00CA7A18" w:rsidRPr="00DC1978" w:rsidRDefault="001E39C5">
            <w:pPr>
              <w:rPr>
                <w:sz w:val="24"/>
                <w:szCs w:val="24"/>
              </w:rPr>
            </w:pPr>
            <w:r w:rsidRPr="00DC1978">
              <w:rPr>
                <w:rFonts w:hint="cs"/>
                <w:sz w:val="24"/>
                <w:szCs w:val="24"/>
                <w:rtl/>
              </w:rPr>
              <w:t xml:space="preserve">اتساع </w:t>
            </w:r>
            <w:proofErr w:type="spellStart"/>
            <w:r w:rsidRPr="00DC1978">
              <w:rPr>
                <w:rFonts w:hint="cs"/>
                <w:sz w:val="24"/>
                <w:szCs w:val="24"/>
                <w:rtl/>
              </w:rPr>
              <w:t>شکم</w:t>
            </w:r>
            <w:proofErr w:type="spellEnd"/>
          </w:p>
        </w:tc>
        <w:tc>
          <w:tcPr>
            <w:tcW w:w="2160" w:type="dxa"/>
          </w:tcPr>
          <w:p w:rsidR="00CA7A18" w:rsidRPr="00DC1978" w:rsidRDefault="00000000">
            <w:pPr>
              <w:rPr>
                <w:sz w:val="24"/>
                <w:szCs w:val="24"/>
              </w:rPr>
            </w:pPr>
            <w:r w:rsidRPr="00DC1978">
              <w:rPr>
                <w:sz w:val="24"/>
                <w:szCs w:val="24"/>
              </w:rPr>
              <w:t>3.8 ± 0.6 / 1.7 ± 0.5</w:t>
            </w:r>
          </w:p>
        </w:tc>
        <w:tc>
          <w:tcPr>
            <w:tcW w:w="2160" w:type="dxa"/>
          </w:tcPr>
          <w:p w:rsidR="00CA7A18" w:rsidRPr="00DC1978" w:rsidRDefault="00000000">
            <w:pPr>
              <w:rPr>
                <w:sz w:val="24"/>
                <w:szCs w:val="24"/>
              </w:rPr>
            </w:pPr>
            <w:r w:rsidRPr="00DC1978">
              <w:rPr>
                <w:sz w:val="24"/>
                <w:szCs w:val="24"/>
              </w:rPr>
              <w:t>3.7 ± 0.7 / 2.7 ± 0.6</w:t>
            </w:r>
          </w:p>
        </w:tc>
        <w:tc>
          <w:tcPr>
            <w:tcW w:w="2160" w:type="dxa"/>
          </w:tcPr>
          <w:p w:rsidR="00CA7A18" w:rsidRPr="00DC1978" w:rsidRDefault="00000000">
            <w:pPr>
              <w:rPr>
                <w:sz w:val="24"/>
                <w:szCs w:val="24"/>
              </w:rPr>
            </w:pPr>
            <w:r w:rsidRPr="00DC1978">
              <w:rPr>
                <w:sz w:val="24"/>
                <w:szCs w:val="24"/>
              </w:rPr>
              <w:t>0.03</w:t>
            </w:r>
          </w:p>
        </w:tc>
      </w:tr>
      <w:tr w:rsidR="00CA7A18" w:rsidRPr="00DC1978">
        <w:tc>
          <w:tcPr>
            <w:tcW w:w="2160" w:type="dxa"/>
          </w:tcPr>
          <w:p w:rsidR="00CA7A18" w:rsidRPr="00DC1978" w:rsidRDefault="001E39C5">
            <w:pPr>
              <w:rPr>
                <w:sz w:val="24"/>
                <w:szCs w:val="24"/>
              </w:rPr>
            </w:pPr>
            <w:r w:rsidRPr="00DC1978">
              <w:rPr>
                <w:rFonts w:hint="cs"/>
                <w:sz w:val="24"/>
                <w:szCs w:val="24"/>
                <w:rtl/>
              </w:rPr>
              <w:t>تهوع</w:t>
            </w:r>
          </w:p>
        </w:tc>
        <w:tc>
          <w:tcPr>
            <w:tcW w:w="2160" w:type="dxa"/>
          </w:tcPr>
          <w:p w:rsidR="00CA7A18" w:rsidRPr="00DC1978" w:rsidRDefault="00000000">
            <w:pPr>
              <w:rPr>
                <w:sz w:val="24"/>
                <w:szCs w:val="24"/>
              </w:rPr>
            </w:pPr>
            <w:r w:rsidRPr="00DC1978">
              <w:rPr>
                <w:sz w:val="24"/>
                <w:szCs w:val="24"/>
              </w:rPr>
              <w:t>1.2 ± 0.4 / 1.0 ± 0.3</w:t>
            </w:r>
          </w:p>
        </w:tc>
        <w:tc>
          <w:tcPr>
            <w:tcW w:w="2160" w:type="dxa"/>
          </w:tcPr>
          <w:p w:rsidR="00CA7A18" w:rsidRPr="00DC1978" w:rsidRDefault="00000000">
            <w:pPr>
              <w:rPr>
                <w:sz w:val="24"/>
                <w:szCs w:val="24"/>
              </w:rPr>
            </w:pPr>
            <w:r w:rsidRPr="00DC1978">
              <w:rPr>
                <w:sz w:val="24"/>
                <w:szCs w:val="24"/>
              </w:rPr>
              <w:t>1.3 ± 0.5 / 1.1 ± 0.4</w:t>
            </w:r>
          </w:p>
        </w:tc>
        <w:tc>
          <w:tcPr>
            <w:tcW w:w="2160" w:type="dxa"/>
          </w:tcPr>
          <w:p w:rsidR="00CA7A18" w:rsidRPr="00DC1978" w:rsidRDefault="00000000">
            <w:pPr>
              <w:rPr>
                <w:sz w:val="24"/>
                <w:szCs w:val="24"/>
              </w:rPr>
            </w:pPr>
            <w:r w:rsidRPr="00DC1978">
              <w:rPr>
                <w:sz w:val="24"/>
                <w:szCs w:val="24"/>
              </w:rPr>
              <w:t>0.064</w:t>
            </w:r>
          </w:p>
        </w:tc>
      </w:tr>
      <w:tr w:rsidR="00CA7A18" w:rsidRPr="00DC1978">
        <w:tc>
          <w:tcPr>
            <w:tcW w:w="2160" w:type="dxa"/>
          </w:tcPr>
          <w:p w:rsidR="00CA7A18" w:rsidRPr="00DC1978" w:rsidRDefault="001E39C5">
            <w:pPr>
              <w:rPr>
                <w:sz w:val="24"/>
                <w:szCs w:val="24"/>
              </w:rPr>
            </w:pPr>
            <w:r w:rsidRPr="00DC1978">
              <w:rPr>
                <w:rFonts w:hint="cs"/>
                <w:sz w:val="24"/>
                <w:szCs w:val="24"/>
                <w:rtl/>
              </w:rPr>
              <w:t>استفراغ</w:t>
            </w:r>
          </w:p>
        </w:tc>
        <w:tc>
          <w:tcPr>
            <w:tcW w:w="2160" w:type="dxa"/>
          </w:tcPr>
          <w:p w:rsidR="00CA7A18" w:rsidRPr="00DC1978" w:rsidRDefault="00000000">
            <w:pPr>
              <w:rPr>
                <w:sz w:val="24"/>
                <w:szCs w:val="24"/>
              </w:rPr>
            </w:pPr>
            <w:r w:rsidRPr="00DC1978">
              <w:rPr>
                <w:sz w:val="24"/>
                <w:szCs w:val="24"/>
              </w:rPr>
              <w:t>0.8 ± 0.3 / 0.7 ± 0.2</w:t>
            </w:r>
          </w:p>
        </w:tc>
        <w:tc>
          <w:tcPr>
            <w:tcW w:w="2160" w:type="dxa"/>
          </w:tcPr>
          <w:p w:rsidR="00CA7A18" w:rsidRPr="00DC1978" w:rsidRDefault="00000000">
            <w:pPr>
              <w:rPr>
                <w:sz w:val="24"/>
                <w:szCs w:val="24"/>
              </w:rPr>
            </w:pPr>
            <w:r w:rsidRPr="00DC1978">
              <w:rPr>
                <w:sz w:val="24"/>
                <w:szCs w:val="24"/>
              </w:rPr>
              <w:t>0.9 ± 0.3 / 0.8 ± 0.2</w:t>
            </w:r>
          </w:p>
        </w:tc>
        <w:tc>
          <w:tcPr>
            <w:tcW w:w="2160" w:type="dxa"/>
          </w:tcPr>
          <w:p w:rsidR="00CA7A18" w:rsidRPr="00DC1978" w:rsidRDefault="00000000">
            <w:pPr>
              <w:rPr>
                <w:sz w:val="24"/>
                <w:szCs w:val="24"/>
              </w:rPr>
            </w:pPr>
            <w:r w:rsidRPr="00DC1978">
              <w:rPr>
                <w:sz w:val="24"/>
                <w:szCs w:val="24"/>
              </w:rPr>
              <w:t>0.07</w:t>
            </w:r>
          </w:p>
        </w:tc>
      </w:tr>
    </w:tbl>
    <w:p w:rsidR="00CA7A18" w:rsidRPr="00DC1978" w:rsidRDefault="00CA7A18">
      <w:pPr>
        <w:rPr>
          <w:sz w:val="24"/>
          <w:szCs w:val="24"/>
        </w:rPr>
      </w:pPr>
    </w:p>
    <w:p w:rsidR="000675EA" w:rsidRPr="00DC1978" w:rsidRDefault="00000000" w:rsidP="00800A6D">
      <w:pPr>
        <w:rPr>
          <w:sz w:val="24"/>
          <w:szCs w:val="24"/>
        </w:rPr>
      </w:pPr>
      <w:r w:rsidRPr="00DC1978">
        <w:rPr>
          <w:noProof/>
          <w:sz w:val="24"/>
          <w:szCs w:val="24"/>
        </w:rPr>
        <w:drawing>
          <wp:inline distT="0" distB="0" distL="0" distR="0">
            <wp:extent cx="4572000" cy="32657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png"/>
                    <pic:cNvPicPr/>
                  </pic:nvPicPr>
                  <pic:blipFill>
                    <a:blip r:embed="rId9"/>
                    <a:stretch>
                      <a:fillRect/>
                    </a:stretch>
                  </pic:blipFill>
                  <pic:spPr>
                    <a:xfrm>
                      <a:off x="0" y="0"/>
                      <a:ext cx="4572000" cy="3265714"/>
                    </a:xfrm>
                    <a:prstGeom prst="rect">
                      <a:avLst/>
                    </a:prstGeom>
                  </pic:spPr>
                </pic:pic>
              </a:graphicData>
            </a:graphic>
          </wp:inline>
        </w:drawing>
      </w:r>
      <w:r w:rsidR="000675EA" w:rsidRPr="00DC1978">
        <w:rPr>
          <w:rFonts w:cs="Times New Roman" w:hint="cs"/>
          <w:sz w:val="24"/>
          <w:szCs w:val="24"/>
          <w:rtl/>
        </w:rPr>
        <w:t xml:space="preserve"> </w:t>
      </w:r>
    </w:p>
    <w:p w:rsidR="00A477ED" w:rsidRPr="00DC1978" w:rsidRDefault="00415CB7" w:rsidP="00A477ED">
      <w:pPr>
        <w:rPr>
          <w:sz w:val="24"/>
          <w:szCs w:val="24"/>
        </w:rPr>
      </w:pPr>
      <w:r w:rsidRPr="00415CB7">
        <w:rPr>
          <w:noProof/>
          <w:sz w:val="24"/>
          <w:szCs w:val="24"/>
        </w:rPr>
        <w:pict>
          <v:rect id="_x0000_i1025" alt="" style="width:398.75pt;height:.05pt;mso-width-percent:0;mso-height-percent:0;mso-width-percent:0;mso-height-percent:0" o:hrpct="852" o:hralign="center" o:hrstd="t" o:hrnoshade="t" o:hr="t" fillcolor="#222" stroked="f"/>
        </w:pict>
      </w:r>
    </w:p>
    <w:p w:rsidR="00A477ED" w:rsidRPr="00DC1978" w:rsidRDefault="00A477ED" w:rsidP="00A477ED">
      <w:pPr>
        <w:pStyle w:val="Heading3"/>
        <w:jc w:val="right"/>
        <w:rPr>
          <w:rFonts w:ascii="Arial" w:hAnsi="Arial" w:cs="Arial"/>
          <w:color w:val="222222"/>
          <w:sz w:val="24"/>
          <w:szCs w:val="24"/>
        </w:rPr>
      </w:pPr>
      <w:r w:rsidRPr="00DC1978">
        <w:rPr>
          <w:rFonts w:ascii="Arial" w:hAnsi="Arial" w:cs="Arial"/>
          <w:color w:val="222222"/>
          <w:sz w:val="24"/>
          <w:szCs w:val="24"/>
          <w:rtl/>
        </w:rPr>
        <w:t>بحث</w:t>
      </w:r>
    </w:p>
    <w:p w:rsidR="00A477ED" w:rsidRPr="00DC1978" w:rsidRDefault="00A477ED" w:rsidP="00A477ED">
      <w:pPr>
        <w:pStyle w:val="NormalWeb"/>
        <w:bidi/>
        <w:rPr>
          <w:rFonts w:ascii="Arial" w:hAnsi="Arial" w:cs="Arial"/>
          <w:color w:val="222222"/>
          <w:rtl/>
        </w:rPr>
      </w:pPr>
      <w:proofErr w:type="spellStart"/>
      <w:r w:rsidRPr="00DC1978">
        <w:rPr>
          <w:rFonts w:ascii="Arial" w:hAnsi="Arial" w:cs="Arial"/>
          <w:color w:val="222222"/>
          <w:rtl/>
        </w:rPr>
        <w:t>نتایج</w:t>
      </w:r>
      <w:proofErr w:type="spellEnd"/>
      <w:r w:rsidRPr="00DC1978">
        <w:rPr>
          <w:rFonts w:ascii="Arial" w:hAnsi="Arial" w:cs="Arial"/>
          <w:color w:val="222222"/>
          <w:rtl/>
        </w:rPr>
        <w:t xml:space="preserve"> مطالعه حاضر نشان داد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گوارشی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w:t>
      </w:r>
      <w:proofErr w:type="spellStart"/>
      <w:r w:rsidRPr="00DC1978">
        <w:rPr>
          <w:rFonts w:ascii="Arial" w:hAnsi="Arial" w:cs="Arial"/>
          <w:color w:val="222222"/>
          <w:rtl/>
        </w:rPr>
        <w:t>به‌ویژه</w:t>
      </w:r>
      <w:proofErr w:type="spellEnd"/>
      <w:r w:rsidRPr="00DC1978">
        <w:rPr>
          <w:rFonts w:ascii="Arial" w:hAnsi="Arial" w:cs="Arial"/>
          <w:color w:val="222222"/>
          <w:rtl/>
        </w:rPr>
        <w:t xml:space="preserve">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نفخ </w:t>
      </w:r>
      <w:proofErr w:type="gramStart"/>
      <w:r w:rsidRPr="00DC1978">
        <w:rPr>
          <w:rFonts w:ascii="Arial" w:hAnsi="Arial" w:cs="Arial"/>
          <w:color w:val="222222"/>
          <w:rtl/>
        </w:rPr>
        <w:t>و اتساع</w:t>
      </w:r>
      <w:proofErr w:type="gramEnd"/>
      <w:r w:rsidRPr="00DC1978">
        <w:rPr>
          <w:rFonts w:ascii="Arial" w:hAnsi="Arial" w:cs="Arial"/>
          <w:color w:val="222222"/>
          <w:rtl/>
        </w:rPr>
        <w:t xml:space="preserve"> </w:t>
      </w:r>
      <w:proofErr w:type="spellStart"/>
      <w:r w:rsidRPr="00DC1978">
        <w:rPr>
          <w:rFonts w:ascii="Arial" w:hAnsi="Arial" w:cs="Arial"/>
          <w:color w:val="222222"/>
          <w:rtl/>
        </w:rPr>
        <w:t>شکم</w:t>
      </w:r>
      <w:proofErr w:type="spellEnd"/>
      <w:r w:rsidRPr="00DC1978">
        <w:rPr>
          <w:rFonts w:ascii="Arial" w:hAnsi="Arial" w:cs="Arial"/>
          <w:color w:val="222222"/>
          <w:rtl/>
        </w:rPr>
        <w:t xml:space="preserve"> در </w:t>
      </w:r>
      <w:proofErr w:type="spellStart"/>
      <w:r w:rsidRPr="00DC1978">
        <w:rPr>
          <w:rFonts w:ascii="Arial" w:hAnsi="Arial" w:cs="Arial"/>
          <w:color w:val="222222"/>
          <w:rtl/>
        </w:rPr>
        <w:t>مقایسه</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w:t>
      </w:r>
      <w:proofErr w:type="spellStart"/>
      <w:r w:rsidRPr="00DC1978">
        <w:rPr>
          <w:rFonts w:ascii="Arial" w:hAnsi="Arial" w:cs="Arial"/>
          <w:color w:val="222222"/>
          <w:rtl/>
        </w:rPr>
        <w:t>اثربخشی</w:t>
      </w:r>
      <w:proofErr w:type="spellEnd"/>
      <w:r w:rsidRPr="00DC1978">
        <w:rPr>
          <w:rFonts w:ascii="Arial" w:hAnsi="Arial" w:cs="Arial"/>
          <w:color w:val="222222"/>
          <w:rtl/>
        </w:rPr>
        <w:t xml:space="preserve"> </w:t>
      </w:r>
      <w:proofErr w:type="spellStart"/>
      <w:r w:rsidRPr="00DC1978">
        <w:rPr>
          <w:rFonts w:ascii="Arial" w:hAnsi="Arial" w:cs="Arial"/>
          <w:color w:val="222222"/>
          <w:rtl/>
        </w:rPr>
        <w:t>بیشتری</w:t>
      </w:r>
      <w:proofErr w:type="spellEnd"/>
      <w:r w:rsidRPr="00DC1978">
        <w:rPr>
          <w:rFonts w:ascii="Arial" w:hAnsi="Arial" w:cs="Arial"/>
          <w:color w:val="222222"/>
          <w:rtl/>
        </w:rPr>
        <w:t xml:space="preserve"> دارد، در </w:t>
      </w:r>
      <w:proofErr w:type="spellStart"/>
      <w:r w:rsidRPr="00DC1978">
        <w:rPr>
          <w:rFonts w:ascii="Arial" w:hAnsi="Arial" w:cs="Arial"/>
          <w:color w:val="222222"/>
          <w:rtl/>
        </w:rPr>
        <w:t>حالی‌که</w:t>
      </w:r>
      <w:proofErr w:type="spellEnd"/>
      <w:r w:rsidRPr="00DC1978">
        <w:rPr>
          <w:rFonts w:ascii="Arial" w:hAnsi="Arial" w:cs="Arial"/>
          <w:color w:val="222222"/>
          <w:rtl/>
        </w:rPr>
        <w:t xml:space="preserve"> </w:t>
      </w:r>
      <w:proofErr w:type="spellStart"/>
      <w:r w:rsidRPr="00DC1978">
        <w:rPr>
          <w:rFonts w:ascii="Arial" w:hAnsi="Arial" w:cs="Arial"/>
          <w:color w:val="222222"/>
          <w:rtl/>
        </w:rPr>
        <w:t>بین</w:t>
      </w:r>
      <w:proofErr w:type="spellEnd"/>
      <w:r w:rsidRPr="00DC1978">
        <w:rPr>
          <w:rFonts w:ascii="Arial" w:hAnsi="Arial" w:cs="Arial"/>
          <w:color w:val="222222"/>
          <w:rtl/>
        </w:rPr>
        <w:t xml:space="preserve"> دو دارو در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علائم تهوع و استفراغ تفاوت </w:t>
      </w:r>
      <w:proofErr w:type="spellStart"/>
      <w:r w:rsidRPr="00DC1978">
        <w:rPr>
          <w:rFonts w:ascii="Arial" w:hAnsi="Arial" w:cs="Arial"/>
          <w:color w:val="222222"/>
          <w:rtl/>
        </w:rPr>
        <w:t>معنی‌داری</w:t>
      </w:r>
      <w:proofErr w:type="spellEnd"/>
      <w:r w:rsidRPr="00DC1978">
        <w:rPr>
          <w:rFonts w:ascii="Arial" w:hAnsi="Arial" w:cs="Arial"/>
          <w:color w:val="222222"/>
          <w:rtl/>
        </w:rPr>
        <w:t xml:space="preserve"> مشاهده نشد.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یافته‌ها</w:t>
      </w:r>
      <w:proofErr w:type="spellEnd"/>
      <w:r w:rsidRPr="00DC1978">
        <w:rPr>
          <w:rFonts w:ascii="Arial" w:hAnsi="Arial" w:cs="Arial"/>
          <w:color w:val="222222"/>
          <w:rtl/>
        </w:rPr>
        <w:t xml:space="preserve"> </w:t>
      </w:r>
      <w:proofErr w:type="spellStart"/>
      <w:r w:rsidRPr="00DC1978">
        <w:rPr>
          <w:rFonts w:ascii="Arial" w:hAnsi="Arial" w:cs="Arial"/>
          <w:color w:val="222222"/>
          <w:rtl/>
        </w:rPr>
        <w:t>بیانگر</w:t>
      </w:r>
      <w:proofErr w:type="spellEnd"/>
      <w:r w:rsidRPr="00DC1978">
        <w:rPr>
          <w:rFonts w:ascii="Arial" w:hAnsi="Arial" w:cs="Arial"/>
          <w:color w:val="222222"/>
          <w:rtl/>
        </w:rPr>
        <w:t xml:space="preserve"> آن است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به عنوان </w:t>
      </w:r>
      <w:proofErr w:type="spellStart"/>
      <w:r w:rsidRPr="00DC1978">
        <w:rPr>
          <w:rFonts w:ascii="Arial" w:hAnsi="Arial" w:cs="Arial"/>
          <w:color w:val="222222"/>
          <w:rtl/>
        </w:rPr>
        <w:t>یک</w:t>
      </w:r>
      <w:proofErr w:type="spellEnd"/>
      <w:r w:rsidRPr="00DC1978">
        <w:rPr>
          <w:rFonts w:ascii="Arial" w:hAnsi="Arial" w:cs="Arial"/>
          <w:color w:val="222222"/>
          <w:rtl/>
        </w:rPr>
        <w:t xml:space="preserve"> درمان مؤثر </w:t>
      </w:r>
      <w:proofErr w:type="gramStart"/>
      <w:r w:rsidRPr="00DC1978">
        <w:rPr>
          <w:rFonts w:ascii="Arial" w:hAnsi="Arial" w:cs="Arial"/>
          <w:color w:val="222222"/>
          <w:rtl/>
        </w:rPr>
        <w:t xml:space="preserve">و </w:t>
      </w:r>
      <w:proofErr w:type="spellStart"/>
      <w:r w:rsidRPr="00DC1978">
        <w:rPr>
          <w:rFonts w:ascii="Arial" w:hAnsi="Arial" w:cs="Arial"/>
          <w:color w:val="222222"/>
          <w:rtl/>
        </w:rPr>
        <w:t>ایمن</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به‌ویژه</w:t>
      </w:r>
      <w:proofErr w:type="spellEnd"/>
      <w:r w:rsidRPr="00DC1978">
        <w:rPr>
          <w:rFonts w:ascii="Arial" w:hAnsi="Arial" w:cs="Arial"/>
          <w:color w:val="222222"/>
          <w:rtl/>
        </w:rPr>
        <w:t xml:space="preserve"> در نوع غالب </w:t>
      </w:r>
      <w:proofErr w:type="spellStart"/>
      <w:r w:rsidRPr="00DC1978">
        <w:rPr>
          <w:rFonts w:ascii="Arial" w:hAnsi="Arial" w:cs="Arial"/>
          <w:color w:val="222222"/>
          <w:rtl/>
        </w:rPr>
        <w:t>نفخی</w:t>
      </w:r>
      <w:proofErr w:type="spellEnd"/>
      <w:r w:rsidRPr="00DC1978">
        <w:rPr>
          <w:rFonts w:ascii="Arial" w:hAnsi="Arial" w:cs="Arial"/>
          <w:color w:val="222222"/>
          <w:rtl/>
        </w:rPr>
        <w:t xml:space="preserve"> و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مورد توجه قرار </w:t>
      </w:r>
      <w:proofErr w:type="spellStart"/>
      <w:r w:rsidRPr="00DC1978">
        <w:rPr>
          <w:rFonts w:ascii="Arial" w:hAnsi="Arial" w:cs="Arial"/>
          <w:color w:val="222222"/>
          <w:rtl/>
        </w:rPr>
        <w:t>گیرد</w:t>
      </w:r>
      <w:proofErr w:type="spellEnd"/>
      <w:r w:rsidRPr="00DC1978">
        <w:rPr>
          <w:rFonts w:ascii="Arial" w:hAnsi="Arial" w:cs="Arial"/>
          <w:color w:val="222222"/>
          <w:rtl/>
        </w:rPr>
        <w:t>.</w:t>
      </w:r>
    </w:p>
    <w:p w:rsidR="00A477ED" w:rsidRPr="00DC1978" w:rsidRDefault="00A477ED" w:rsidP="00A477ED">
      <w:pPr>
        <w:pStyle w:val="NormalWeb"/>
        <w:bidi/>
        <w:rPr>
          <w:rFonts w:ascii="Arial" w:hAnsi="Arial" w:cs="Arial"/>
          <w:color w:val="222222"/>
          <w:rtl/>
        </w:rPr>
      </w:pPr>
      <w:r w:rsidRPr="00DC1978">
        <w:rPr>
          <w:rFonts w:ascii="Arial" w:hAnsi="Arial" w:cs="Arial"/>
          <w:color w:val="222222"/>
          <w:rtl/>
        </w:rPr>
        <w:lastRenderedPageBreak/>
        <w:t xml:space="preserve">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w:t>
      </w:r>
      <w:proofErr w:type="spellStart"/>
      <w:r w:rsidRPr="00DC1978">
        <w:rPr>
          <w:rFonts w:ascii="Arial" w:hAnsi="Arial" w:cs="Arial"/>
          <w:color w:val="222222"/>
          <w:rtl/>
        </w:rPr>
        <w:t>یک</w:t>
      </w:r>
      <w:proofErr w:type="spellEnd"/>
      <w:r w:rsidRPr="00DC1978">
        <w:rPr>
          <w:rFonts w:ascii="Arial" w:hAnsi="Arial" w:cs="Arial"/>
          <w:color w:val="222222"/>
          <w:rtl/>
        </w:rPr>
        <w:t xml:space="preserve"> اختلال مزمن </w:t>
      </w:r>
      <w:proofErr w:type="gramStart"/>
      <w:r w:rsidRPr="00DC1978">
        <w:rPr>
          <w:rFonts w:ascii="Arial" w:hAnsi="Arial" w:cs="Arial"/>
          <w:color w:val="222222"/>
          <w:rtl/>
        </w:rPr>
        <w:t xml:space="preserve">و </w:t>
      </w:r>
      <w:proofErr w:type="spellStart"/>
      <w:r w:rsidRPr="00DC1978">
        <w:rPr>
          <w:rFonts w:ascii="Arial" w:hAnsi="Arial" w:cs="Arial"/>
          <w:color w:val="222222"/>
          <w:rtl/>
        </w:rPr>
        <w:t>چندعاملی</w:t>
      </w:r>
      <w:proofErr w:type="spellEnd"/>
      <w:proofErr w:type="gramEnd"/>
      <w:r w:rsidRPr="00DC1978">
        <w:rPr>
          <w:rFonts w:ascii="Arial" w:hAnsi="Arial" w:cs="Arial"/>
          <w:color w:val="222222"/>
          <w:rtl/>
        </w:rPr>
        <w:t xml:space="preserve"> است </w:t>
      </w:r>
      <w:proofErr w:type="spellStart"/>
      <w:r w:rsidRPr="00DC1978">
        <w:rPr>
          <w:rFonts w:ascii="Arial" w:hAnsi="Arial" w:cs="Arial"/>
          <w:color w:val="222222"/>
          <w:rtl/>
        </w:rPr>
        <w:t>که</w:t>
      </w:r>
      <w:proofErr w:type="spellEnd"/>
      <w:r w:rsidRPr="00DC1978">
        <w:rPr>
          <w:rFonts w:ascii="Arial" w:hAnsi="Arial" w:cs="Arial"/>
          <w:color w:val="222222"/>
          <w:rtl/>
        </w:rPr>
        <w:t xml:space="preserve"> عوامل </w:t>
      </w:r>
      <w:proofErr w:type="spellStart"/>
      <w:r w:rsidRPr="00DC1978">
        <w:rPr>
          <w:rFonts w:ascii="Arial" w:hAnsi="Arial" w:cs="Arial"/>
          <w:color w:val="222222"/>
          <w:rtl/>
        </w:rPr>
        <w:t>نورولوژیک</w:t>
      </w:r>
      <w:proofErr w:type="spellEnd"/>
      <w:r w:rsidRPr="00DC1978">
        <w:rPr>
          <w:rFonts w:ascii="Arial" w:hAnsi="Arial" w:cs="Arial"/>
          <w:color w:val="222222"/>
          <w:rtl/>
        </w:rPr>
        <w:t xml:space="preserve">، </w:t>
      </w:r>
      <w:proofErr w:type="spellStart"/>
      <w:r w:rsidRPr="00DC1978">
        <w:rPr>
          <w:rFonts w:ascii="Arial" w:hAnsi="Arial" w:cs="Arial"/>
          <w:color w:val="222222"/>
          <w:rtl/>
        </w:rPr>
        <w:t>ایمنی</w:t>
      </w:r>
      <w:proofErr w:type="spellEnd"/>
      <w:r w:rsidRPr="00DC1978">
        <w:rPr>
          <w:rFonts w:ascii="Arial" w:hAnsi="Arial" w:cs="Arial"/>
          <w:color w:val="222222"/>
          <w:rtl/>
        </w:rPr>
        <w:t xml:space="preserve">، </w:t>
      </w:r>
      <w:proofErr w:type="spellStart"/>
      <w:r w:rsidRPr="00DC1978">
        <w:rPr>
          <w:rFonts w:ascii="Arial" w:hAnsi="Arial" w:cs="Arial"/>
          <w:color w:val="222222"/>
          <w:rtl/>
        </w:rPr>
        <w:t>روانی</w:t>
      </w:r>
      <w:proofErr w:type="spellEnd"/>
      <w:r w:rsidRPr="00DC1978">
        <w:rPr>
          <w:rFonts w:ascii="Arial" w:hAnsi="Arial" w:cs="Arial"/>
          <w:color w:val="222222"/>
          <w:rtl/>
        </w:rPr>
        <w:t xml:space="preserve"> و </w:t>
      </w:r>
      <w:proofErr w:type="spellStart"/>
      <w:r w:rsidRPr="00DC1978">
        <w:rPr>
          <w:rFonts w:ascii="Arial" w:hAnsi="Arial" w:cs="Arial"/>
          <w:color w:val="222222"/>
          <w:rtl/>
        </w:rPr>
        <w:t>میکروبی</w:t>
      </w:r>
      <w:proofErr w:type="spellEnd"/>
      <w:r w:rsidRPr="00DC1978">
        <w:rPr>
          <w:rFonts w:ascii="Arial" w:hAnsi="Arial" w:cs="Arial"/>
          <w:color w:val="222222"/>
          <w:rtl/>
        </w:rPr>
        <w:t xml:space="preserve"> در </w:t>
      </w:r>
      <w:proofErr w:type="spellStart"/>
      <w:r w:rsidRPr="00DC1978">
        <w:rPr>
          <w:rFonts w:ascii="Arial" w:hAnsi="Arial" w:cs="Arial"/>
          <w:color w:val="222222"/>
          <w:rtl/>
        </w:rPr>
        <w:t>ایجاد</w:t>
      </w:r>
      <w:proofErr w:type="spellEnd"/>
      <w:r w:rsidRPr="00DC1978">
        <w:rPr>
          <w:rFonts w:ascii="Arial" w:hAnsi="Arial" w:cs="Arial"/>
          <w:color w:val="222222"/>
          <w:rtl/>
        </w:rPr>
        <w:t xml:space="preserve"> و تداوم آن نقش </w:t>
      </w:r>
      <w:proofErr w:type="spellStart"/>
      <w:r w:rsidRPr="00DC1978">
        <w:rPr>
          <w:rFonts w:ascii="Arial" w:hAnsi="Arial" w:cs="Arial"/>
          <w:color w:val="222222"/>
          <w:rtl/>
        </w:rPr>
        <w:t>دارند</w:t>
      </w:r>
      <w:proofErr w:type="spellEnd"/>
      <w:r w:rsidRPr="00DC1978">
        <w:rPr>
          <w:rFonts w:ascii="Arial" w:hAnsi="Arial" w:cs="Arial"/>
          <w:color w:val="222222"/>
          <w:rtl/>
        </w:rPr>
        <w:t xml:space="preserve"> (1،2). نقش </w:t>
      </w:r>
      <w:proofErr w:type="spellStart"/>
      <w:r w:rsidRPr="00DC1978">
        <w:rPr>
          <w:rFonts w:ascii="Arial" w:hAnsi="Arial" w:cs="Arial"/>
          <w:color w:val="222222"/>
          <w:rtl/>
        </w:rPr>
        <w:t>میکروبیوتای</w:t>
      </w:r>
      <w:proofErr w:type="spellEnd"/>
      <w:r w:rsidRPr="00DC1978">
        <w:rPr>
          <w:rFonts w:ascii="Arial" w:hAnsi="Arial" w:cs="Arial"/>
          <w:color w:val="222222"/>
          <w:rtl/>
        </w:rPr>
        <w:t xml:space="preserve"> روده در </w:t>
      </w:r>
      <w:proofErr w:type="spellStart"/>
      <w:r w:rsidRPr="00DC1978">
        <w:rPr>
          <w:rFonts w:ascii="Arial" w:hAnsi="Arial" w:cs="Arial"/>
          <w:color w:val="222222"/>
          <w:rtl/>
        </w:rPr>
        <w:t>سال‌های</w:t>
      </w:r>
      <w:proofErr w:type="spellEnd"/>
      <w:r w:rsidRPr="00DC1978">
        <w:rPr>
          <w:rFonts w:ascii="Arial" w:hAnsi="Arial" w:cs="Arial"/>
          <w:color w:val="222222"/>
          <w:rtl/>
        </w:rPr>
        <w:t xml:space="preserve"> </w:t>
      </w:r>
      <w:proofErr w:type="spellStart"/>
      <w:r w:rsidRPr="00DC1978">
        <w:rPr>
          <w:rFonts w:ascii="Arial" w:hAnsi="Arial" w:cs="Arial"/>
          <w:color w:val="222222"/>
          <w:rtl/>
        </w:rPr>
        <w:t>اخیر</w:t>
      </w:r>
      <w:proofErr w:type="spellEnd"/>
      <w:r w:rsidRPr="00DC1978">
        <w:rPr>
          <w:rFonts w:ascii="Arial" w:hAnsi="Arial" w:cs="Arial"/>
          <w:color w:val="222222"/>
          <w:rtl/>
        </w:rPr>
        <w:t xml:space="preserve"> </w:t>
      </w:r>
      <w:proofErr w:type="spellStart"/>
      <w:r w:rsidRPr="00DC1978">
        <w:rPr>
          <w:rFonts w:ascii="Arial" w:hAnsi="Arial" w:cs="Arial"/>
          <w:color w:val="222222"/>
          <w:rtl/>
        </w:rPr>
        <w:t>به‌عنوان</w:t>
      </w:r>
      <w:proofErr w:type="spellEnd"/>
      <w:r w:rsidRPr="00DC1978">
        <w:rPr>
          <w:rFonts w:ascii="Arial" w:hAnsi="Arial" w:cs="Arial"/>
          <w:color w:val="222222"/>
          <w:rtl/>
        </w:rPr>
        <w:t xml:space="preserve"> </w:t>
      </w:r>
      <w:proofErr w:type="spellStart"/>
      <w:r w:rsidRPr="00DC1978">
        <w:rPr>
          <w:rFonts w:ascii="Arial" w:hAnsi="Arial" w:cs="Arial"/>
          <w:color w:val="222222"/>
          <w:rtl/>
        </w:rPr>
        <w:t>یکی</w:t>
      </w:r>
      <w:proofErr w:type="spellEnd"/>
      <w:r w:rsidRPr="00DC1978">
        <w:rPr>
          <w:rFonts w:ascii="Arial" w:hAnsi="Arial" w:cs="Arial"/>
          <w:color w:val="222222"/>
          <w:rtl/>
        </w:rPr>
        <w:t xml:space="preserve"> از </w:t>
      </w:r>
      <w:proofErr w:type="spellStart"/>
      <w:r w:rsidRPr="00DC1978">
        <w:rPr>
          <w:rFonts w:ascii="Arial" w:hAnsi="Arial" w:cs="Arial"/>
          <w:color w:val="222222"/>
          <w:rtl/>
        </w:rPr>
        <w:t>کلیدهای</w:t>
      </w:r>
      <w:proofErr w:type="spellEnd"/>
      <w:r w:rsidRPr="00DC1978">
        <w:rPr>
          <w:rFonts w:ascii="Arial" w:hAnsi="Arial" w:cs="Arial"/>
          <w:color w:val="222222"/>
          <w:rtl/>
        </w:rPr>
        <w:t xml:space="preserve"> </w:t>
      </w:r>
      <w:proofErr w:type="spellStart"/>
      <w:r w:rsidRPr="00DC1978">
        <w:rPr>
          <w:rFonts w:ascii="Arial" w:hAnsi="Arial" w:cs="Arial"/>
          <w:color w:val="222222"/>
          <w:rtl/>
        </w:rPr>
        <w:t>اصلی</w:t>
      </w:r>
      <w:proofErr w:type="spellEnd"/>
      <w:r w:rsidRPr="00DC1978">
        <w:rPr>
          <w:rFonts w:ascii="Arial" w:hAnsi="Arial" w:cs="Arial"/>
          <w:color w:val="222222"/>
          <w:rtl/>
        </w:rPr>
        <w:t xml:space="preserve"> </w:t>
      </w:r>
      <w:proofErr w:type="spellStart"/>
      <w:r w:rsidRPr="00DC1978">
        <w:rPr>
          <w:rFonts w:ascii="Arial" w:hAnsi="Arial" w:cs="Arial"/>
          <w:color w:val="222222"/>
          <w:rtl/>
        </w:rPr>
        <w:t>درک</w:t>
      </w:r>
      <w:proofErr w:type="spellEnd"/>
      <w:r w:rsidRPr="00DC1978">
        <w:rPr>
          <w:rFonts w:ascii="Arial" w:hAnsi="Arial" w:cs="Arial"/>
          <w:color w:val="222222"/>
          <w:rtl/>
        </w:rPr>
        <w:t xml:space="preserve"> </w:t>
      </w:r>
      <w:proofErr w:type="spellStart"/>
      <w:r w:rsidRPr="00DC1978">
        <w:rPr>
          <w:rFonts w:ascii="Arial" w:hAnsi="Arial" w:cs="Arial"/>
          <w:color w:val="222222"/>
          <w:rtl/>
        </w:rPr>
        <w:t>پاتوفیزیولوژی</w:t>
      </w:r>
      <w:proofErr w:type="spellEnd"/>
      <w:r w:rsidRPr="00DC1978">
        <w:rPr>
          <w:rFonts w:ascii="Arial" w:hAnsi="Arial" w:cs="Arial"/>
          <w:color w:val="222222"/>
          <w:rtl/>
        </w:rPr>
        <w:t xml:space="preserve">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شناخته</w:t>
      </w:r>
      <w:proofErr w:type="spellEnd"/>
      <w:r w:rsidRPr="00DC1978">
        <w:rPr>
          <w:rFonts w:ascii="Arial" w:hAnsi="Arial" w:cs="Arial"/>
          <w:color w:val="222222"/>
          <w:rtl/>
        </w:rPr>
        <w:t xml:space="preserve"> شده است. </w:t>
      </w:r>
      <w:proofErr w:type="spellStart"/>
      <w:r w:rsidRPr="00DC1978">
        <w:rPr>
          <w:rFonts w:ascii="Arial" w:hAnsi="Arial" w:cs="Arial"/>
          <w:color w:val="222222"/>
          <w:rtl/>
        </w:rPr>
        <w:t>تغییر</w:t>
      </w:r>
      <w:proofErr w:type="spellEnd"/>
      <w:r w:rsidRPr="00DC1978">
        <w:rPr>
          <w:rFonts w:ascii="Arial" w:hAnsi="Arial" w:cs="Arial"/>
          <w:color w:val="222222"/>
          <w:rtl/>
        </w:rPr>
        <w:t xml:space="preserve"> در </w:t>
      </w:r>
      <w:proofErr w:type="spellStart"/>
      <w:r w:rsidRPr="00DC1978">
        <w:rPr>
          <w:rFonts w:ascii="Arial" w:hAnsi="Arial" w:cs="Arial"/>
          <w:color w:val="222222"/>
          <w:rtl/>
        </w:rPr>
        <w:t>ترکیب</w:t>
      </w:r>
      <w:proofErr w:type="spellEnd"/>
      <w:r w:rsidRPr="00DC1978">
        <w:rPr>
          <w:rFonts w:ascii="Arial" w:hAnsi="Arial" w:cs="Arial"/>
          <w:color w:val="222222"/>
          <w:rtl/>
        </w:rPr>
        <w:t xml:space="preserve"> </w:t>
      </w:r>
      <w:proofErr w:type="spellStart"/>
      <w:r w:rsidRPr="00DC1978">
        <w:rPr>
          <w:rFonts w:ascii="Arial" w:hAnsi="Arial" w:cs="Arial"/>
          <w:color w:val="222222"/>
          <w:rtl/>
        </w:rPr>
        <w:t>میکروبی</w:t>
      </w:r>
      <w:proofErr w:type="spellEnd"/>
      <w:r w:rsidRPr="00DC1978">
        <w:rPr>
          <w:rFonts w:ascii="Arial" w:hAnsi="Arial" w:cs="Arial"/>
          <w:color w:val="222222"/>
          <w:rtl/>
        </w:rPr>
        <w:t xml:space="preserve">، </w:t>
      </w:r>
      <w:proofErr w:type="spellStart"/>
      <w:r w:rsidRPr="00DC1978">
        <w:rPr>
          <w:rFonts w:ascii="Arial" w:hAnsi="Arial" w:cs="Arial"/>
          <w:color w:val="222222"/>
          <w:rtl/>
        </w:rPr>
        <w:t>افزایش</w:t>
      </w:r>
      <w:proofErr w:type="spellEnd"/>
      <w:r w:rsidRPr="00DC1978">
        <w:rPr>
          <w:rFonts w:ascii="Arial" w:hAnsi="Arial" w:cs="Arial"/>
          <w:color w:val="222222"/>
          <w:rtl/>
        </w:rPr>
        <w:t xml:space="preserve"> رشد </w:t>
      </w:r>
      <w:proofErr w:type="spellStart"/>
      <w:r w:rsidRPr="00DC1978">
        <w:rPr>
          <w:rFonts w:ascii="Arial" w:hAnsi="Arial" w:cs="Arial"/>
          <w:color w:val="222222"/>
          <w:rtl/>
        </w:rPr>
        <w:t>باکتری‌های</w:t>
      </w:r>
      <w:proofErr w:type="spellEnd"/>
      <w:r w:rsidRPr="00DC1978">
        <w:rPr>
          <w:rFonts w:ascii="Arial" w:hAnsi="Arial" w:cs="Arial"/>
          <w:color w:val="222222"/>
          <w:rtl/>
        </w:rPr>
        <w:t xml:space="preserve"> روده </w:t>
      </w:r>
      <w:proofErr w:type="spellStart"/>
      <w:r w:rsidRPr="00DC1978">
        <w:rPr>
          <w:rFonts w:ascii="Arial" w:hAnsi="Arial" w:cs="Arial"/>
          <w:color w:val="222222"/>
          <w:rtl/>
        </w:rPr>
        <w:t>باریک</w:t>
      </w:r>
      <w:proofErr w:type="spellEnd"/>
      <w:r w:rsidRPr="00DC1978">
        <w:rPr>
          <w:rFonts w:ascii="Arial" w:hAnsi="Arial" w:cs="Arial"/>
          <w:color w:val="222222"/>
          <w:rtl/>
        </w:rPr>
        <w:t xml:space="preserve"> (</w:t>
      </w:r>
      <w:r w:rsidRPr="00DC1978">
        <w:rPr>
          <w:rFonts w:ascii="Arial" w:hAnsi="Arial" w:cs="Arial"/>
          <w:color w:val="222222"/>
        </w:rPr>
        <w:t>SIBO</w:t>
      </w:r>
      <w:r w:rsidRPr="00DC1978">
        <w:rPr>
          <w:rFonts w:ascii="Arial" w:hAnsi="Arial" w:cs="Arial"/>
          <w:color w:val="222222"/>
          <w:rtl/>
        </w:rPr>
        <w:t xml:space="preserve">) </w:t>
      </w:r>
      <w:proofErr w:type="gramStart"/>
      <w:r w:rsidRPr="00DC1978">
        <w:rPr>
          <w:rFonts w:ascii="Arial" w:hAnsi="Arial" w:cs="Arial"/>
          <w:color w:val="222222"/>
          <w:rtl/>
        </w:rPr>
        <w:t>و اختلال</w:t>
      </w:r>
      <w:proofErr w:type="gramEnd"/>
      <w:r w:rsidRPr="00DC1978">
        <w:rPr>
          <w:rFonts w:ascii="Arial" w:hAnsi="Arial" w:cs="Arial"/>
          <w:color w:val="222222"/>
          <w:rtl/>
        </w:rPr>
        <w:t xml:space="preserve"> در تعامل محور مغز-روده از </w:t>
      </w:r>
      <w:proofErr w:type="spellStart"/>
      <w:r w:rsidRPr="00DC1978">
        <w:rPr>
          <w:rFonts w:ascii="Arial" w:hAnsi="Arial" w:cs="Arial"/>
          <w:color w:val="222222"/>
          <w:rtl/>
        </w:rPr>
        <w:t>مهم‌ترین</w:t>
      </w:r>
      <w:proofErr w:type="spellEnd"/>
      <w:r w:rsidRPr="00DC1978">
        <w:rPr>
          <w:rFonts w:ascii="Arial" w:hAnsi="Arial" w:cs="Arial"/>
          <w:color w:val="222222"/>
          <w:rtl/>
        </w:rPr>
        <w:t xml:space="preserve"> </w:t>
      </w:r>
      <w:proofErr w:type="spellStart"/>
      <w:r w:rsidRPr="00DC1978">
        <w:rPr>
          <w:rFonts w:ascii="Arial" w:hAnsi="Arial" w:cs="Arial"/>
          <w:color w:val="222222"/>
          <w:rtl/>
        </w:rPr>
        <w:t>مکانیسم‌های</w:t>
      </w:r>
      <w:proofErr w:type="spellEnd"/>
      <w:r w:rsidRPr="00DC1978">
        <w:rPr>
          <w:rFonts w:ascii="Arial" w:hAnsi="Arial" w:cs="Arial"/>
          <w:color w:val="222222"/>
          <w:rtl/>
        </w:rPr>
        <w:t xml:space="preserve"> </w:t>
      </w:r>
      <w:proofErr w:type="spellStart"/>
      <w:r w:rsidRPr="00DC1978">
        <w:rPr>
          <w:rFonts w:ascii="Arial" w:hAnsi="Arial" w:cs="Arial"/>
          <w:color w:val="222222"/>
          <w:rtl/>
        </w:rPr>
        <w:t>پیشنهادی</w:t>
      </w:r>
      <w:proofErr w:type="spellEnd"/>
      <w:r w:rsidRPr="00DC1978">
        <w:rPr>
          <w:rFonts w:ascii="Arial" w:hAnsi="Arial" w:cs="Arial"/>
          <w:color w:val="222222"/>
          <w:rtl/>
        </w:rPr>
        <w:t xml:space="preserve"> در بروز علائم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محسوب </w:t>
      </w:r>
      <w:proofErr w:type="spellStart"/>
      <w:r w:rsidRPr="00DC1978">
        <w:rPr>
          <w:rFonts w:ascii="Arial" w:hAnsi="Arial" w:cs="Arial"/>
          <w:color w:val="222222"/>
          <w:rtl/>
        </w:rPr>
        <w:t>می‌شود</w:t>
      </w:r>
      <w:proofErr w:type="spellEnd"/>
      <w:r w:rsidRPr="00DC1978">
        <w:rPr>
          <w:rFonts w:ascii="Arial" w:hAnsi="Arial" w:cs="Arial"/>
          <w:color w:val="222222"/>
          <w:rtl/>
        </w:rPr>
        <w:t xml:space="preserve"> (3،4).</w:t>
      </w:r>
    </w:p>
    <w:p w:rsidR="00A477ED" w:rsidRPr="00DC1978" w:rsidRDefault="00A477ED" w:rsidP="00A477ED">
      <w:pPr>
        <w:pStyle w:val="NormalWeb"/>
        <w:bidi/>
        <w:rPr>
          <w:rFonts w:ascii="Arial" w:hAnsi="Arial" w:cs="Arial"/>
          <w:color w:val="222222"/>
          <w:rtl/>
        </w:rPr>
      </w:pP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یک</w:t>
      </w:r>
      <w:proofErr w:type="spellEnd"/>
      <w:r w:rsidRPr="00DC1978">
        <w:rPr>
          <w:rFonts w:ascii="Arial" w:hAnsi="Arial" w:cs="Arial"/>
          <w:color w:val="222222"/>
          <w:rtl/>
        </w:rPr>
        <w:t xml:space="preserve"> </w:t>
      </w:r>
      <w:proofErr w:type="spellStart"/>
      <w:r w:rsidRPr="00DC1978">
        <w:rPr>
          <w:rFonts w:ascii="Arial" w:hAnsi="Arial" w:cs="Arial"/>
          <w:color w:val="222222"/>
          <w:rtl/>
        </w:rPr>
        <w:t>آنتی‌بیوتیک</w:t>
      </w:r>
      <w:proofErr w:type="spellEnd"/>
      <w:r w:rsidRPr="00DC1978">
        <w:rPr>
          <w:rFonts w:ascii="Arial" w:hAnsi="Arial" w:cs="Arial"/>
          <w:color w:val="222222"/>
          <w:rtl/>
        </w:rPr>
        <w:t xml:space="preserve"> </w:t>
      </w:r>
      <w:proofErr w:type="spellStart"/>
      <w:r w:rsidRPr="00DC1978">
        <w:rPr>
          <w:rFonts w:ascii="Arial" w:hAnsi="Arial" w:cs="Arial"/>
          <w:color w:val="222222"/>
          <w:rtl/>
        </w:rPr>
        <w:t>غیرسیستمیک</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جذب </w:t>
      </w:r>
      <w:proofErr w:type="spellStart"/>
      <w:r w:rsidRPr="00DC1978">
        <w:rPr>
          <w:rFonts w:ascii="Arial" w:hAnsi="Arial" w:cs="Arial"/>
          <w:color w:val="222222"/>
          <w:rtl/>
        </w:rPr>
        <w:t>حداقلی</w:t>
      </w:r>
      <w:proofErr w:type="spellEnd"/>
      <w:r w:rsidRPr="00DC1978">
        <w:rPr>
          <w:rFonts w:ascii="Arial" w:hAnsi="Arial" w:cs="Arial"/>
          <w:color w:val="222222"/>
          <w:rtl/>
        </w:rPr>
        <w:t xml:space="preserve"> است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gramStart"/>
      <w:r w:rsidRPr="00DC1978">
        <w:rPr>
          <w:rFonts w:ascii="Arial" w:hAnsi="Arial" w:cs="Arial"/>
          <w:color w:val="222222"/>
          <w:rtl/>
        </w:rPr>
        <w:t>اثر</w:t>
      </w:r>
      <w:proofErr w:type="gramEnd"/>
      <w:r w:rsidRPr="00DC1978">
        <w:rPr>
          <w:rFonts w:ascii="Arial" w:hAnsi="Arial" w:cs="Arial"/>
          <w:color w:val="222222"/>
          <w:rtl/>
        </w:rPr>
        <w:t xml:space="preserve"> خود را </w:t>
      </w:r>
      <w:proofErr w:type="spellStart"/>
      <w:r w:rsidRPr="00DC1978">
        <w:rPr>
          <w:rFonts w:ascii="Arial" w:hAnsi="Arial" w:cs="Arial"/>
          <w:color w:val="222222"/>
          <w:rtl/>
        </w:rPr>
        <w:t>به‌صورت</w:t>
      </w:r>
      <w:proofErr w:type="spellEnd"/>
      <w:r w:rsidRPr="00DC1978">
        <w:rPr>
          <w:rFonts w:ascii="Arial" w:hAnsi="Arial" w:cs="Arial"/>
          <w:color w:val="222222"/>
          <w:rtl/>
        </w:rPr>
        <w:t xml:space="preserve"> </w:t>
      </w:r>
      <w:proofErr w:type="spellStart"/>
      <w:r w:rsidRPr="00DC1978">
        <w:rPr>
          <w:rFonts w:ascii="Arial" w:hAnsi="Arial" w:cs="Arial"/>
          <w:color w:val="222222"/>
          <w:rtl/>
        </w:rPr>
        <w:t>موضعی</w:t>
      </w:r>
      <w:proofErr w:type="spellEnd"/>
      <w:r w:rsidRPr="00DC1978">
        <w:rPr>
          <w:rFonts w:ascii="Arial" w:hAnsi="Arial" w:cs="Arial"/>
          <w:color w:val="222222"/>
          <w:rtl/>
        </w:rPr>
        <w:t xml:space="preserve"> در روده اعمال </w:t>
      </w:r>
      <w:proofErr w:type="spellStart"/>
      <w:r w:rsidRPr="00DC1978">
        <w:rPr>
          <w:rFonts w:ascii="Arial" w:hAnsi="Arial" w:cs="Arial"/>
          <w:color w:val="222222"/>
          <w:rtl/>
        </w:rPr>
        <w:t>می‌کند</w:t>
      </w:r>
      <w:proofErr w:type="spellEnd"/>
      <w:r w:rsidRPr="00DC1978">
        <w:rPr>
          <w:rFonts w:ascii="Arial" w:hAnsi="Arial" w:cs="Arial"/>
          <w:color w:val="222222"/>
          <w:rtl/>
        </w:rPr>
        <w:t xml:space="preserve"> و </w:t>
      </w:r>
      <w:proofErr w:type="spellStart"/>
      <w:r w:rsidRPr="00DC1978">
        <w:rPr>
          <w:rFonts w:ascii="Arial" w:hAnsi="Arial" w:cs="Arial"/>
          <w:color w:val="222222"/>
          <w:rtl/>
        </w:rPr>
        <w:t>به‌دلیل</w:t>
      </w:r>
      <w:proofErr w:type="spellEnd"/>
      <w:r w:rsidRPr="00DC1978">
        <w:rPr>
          <w:rFonts w:ascii="Arial" w:hAnsi="Arial" w:cs="Arial"/>
          <w:color w:val="222222"/>
          <w:rtl/>
        </w:rPr>
        <w:t xml:space="preserve"> طيف اثر </w:t>
      </w:r>
      <w:proofErr w:type="spellStart"/>
      <w:r w:rsidRPr="00DC1978">
        <w:rPr>
          <w:rFonts w:ascii="Arial" w:hAnsi="Arial" w:cs="Arial"/>
          <w:color w:val="222222"/>
          <w:rtl/>
        </w:rPr>
        <w:t>گسترده</w:t>
      </w:r>
      <w:proofErr w:type="spellEnd"/>
      <w:r w:rsidRPr="00DC1978">
        <w:rPr>
          <w:rFonts w:ascii="Arial" w:hAnsi="Arial" w:cs="Arial"/>
          <w:color w:val="222222"/>
          <w:rtl/>
        </w:rPr>
        <w:t xml:space="preserve"> و عوارض </w:t>
      </w:r>
      <w:proofErr w:type="spellStart"/>
      <w:r w:rsidRPr="00DC1978">
        <w:rPr>
          <w:rFonts w:ascii="Arial" w:hAnsi="Arial" w:cs="Arial"/>
          <w:color w:val="222222"/>
          <w:rtl/>
        </w:rPr>
        <w:t>جانبی</w:t>
      </w:r>
      <w:proofErr w:type="spellEnd"/>
      <w:r w:rsidRPr="00DC1978">
        <w:rPr>
          <w:rFonts w:ascii="Arial" w:hAnsi="Arial" w:cs="Arial"/>
          <w:color w:val="222222"/>
          <w:rtl/>
        </w:rPr>
        <w:t xml:space="preserve"> </w:t>
      </w:r>
      <w:proofErr w:type="spellStart"/>
      <w:r w:rsidRPr="00DC1978">
        <w:rPr>
          <w:rFonts w:ascii="Arial" w:hAnsi="Arial" w:cs="Arial"/>
          <w:color w:val="222222"/>
          <w:rtl/>
        </w:rPr>
        <w:t>اندک</w:t>
      </w:r>
      <w:proofErr w:type="spellEnd"/>
      <w:r w:rsidRPr="00DC1978">
        <w:rPr>
          <w:rFonts w:ascii="Arial" w:hAnsi="Arial" w:cs="Arial"/>
          <w:color w:val="222222"/>
          <w:rtl/>
        </w:rPr>
        <w:t xml:space="preserve">، </w:t>
      </w:r>
      <w:proofErr w:type="spellStart"/>
      <w:r w:rsidRPr="00DC1978">
        <w:rPr>
          <w:rFonts w:ascii="Arial" w:hAnsi="Arial" w:cs="Arial"/>
          <w:color w:val="222222"/>
          <w:rtl/>
        </w:rPr>
        <w:t>گزینه‌ای</w:t>
      </w:r>
      <w:proofErr w:type="spellEnd"/>
      <w:r w:rsidRPr="00DC1978">
        <w:rPr>
          <w:rFonts w:ascii="Arial" w:hAnsi="Arial" w:cs="Arial"/>
          <w:color w:val="222222"/>
          <w:rtl/>
        </w:rPr>
        <w:t xml:space="preserve"> مناسب در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تلقی</w:t>
      </w:r>
      <w:proofErr w:type="spellEnd"/>
      <w:r w:rsidRPr="00DC1978">
        <w:rPr>
          <w:rFonts w:ascii="Arial" w:hAnsi="Arial" w:cs="Arial"/>
          <w:color w:val="222222"/>
          <w:rtl/>
        </w:rPr>
        <w:t xml:space="preserve"> </w:t>
      </w:r>
      <w:proofErr w:type="spellStart"/>
      <w:r w:rsidRPr="00DC1978">
        <w:rPr>
          <w:rFonts w:ascii="Arial" w:hAnsi="Arial" w:cs="Arial"/>
          <w:color w:val="222222"/>
          <w:rtl/>
        </w:rPr>
        <w:t>می‌شود</w:t>
      </w:r>
      <w:proofErr w:type="spellEnd"/>
      <w:r w:rsidRPr="00DC1978">
        <w:rPr>
          <w:rFonts w:ascii="Arial" w:hAnsi="Arial" w:cs="Arial"/>
          <w:color w:val="222222"/>
          <w:rtl/>
        </w:rPr>
        <w:t xml:space="preserve"> (5).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دارو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تراکم</w:t>
      </w:r>
      <w:proofErr w:type="spellEnd"/>
      <w:r w:rsidRPr="00DC1978">
        <w:rPr>
          <w:rFonts w:ascii="Arial" w:hAnsi="Arial" w:cs="Arial"/>
          <w:color w:val="222222"/>
          <w:rtl/>
        </w:rPr>
        <w:t xml:space="preserve"> </w:t>
      </w:r>
      <w:proofErr w:type="spellStart"/>
      <w:r w:rsidRPr="00DC1978">
        <w:rPr>
          <w:rFonts w:ascii="Arial" w:hAnsi="Arial" w:cs="Arial"/>
          <w:color w:val="222222"/>
          <w:rtl/>
        </w:rPr>
        <w:t>باکتری‌های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بیماری‌زا</w:t>
      </w:r>
      <w:proofErr w:type="spellEnd"/>
      <w:r w:rsidRPr="00DC1978">
        <w:rPr>
          <w:rFonts w:ascii="Arial" w:hAnsi="Arial" w:cs="Arial"/>
          <w:color w:val="222222"/>
          <w:rtl/>
        </w:rPr>
        <w:t xml:space="preserve">، </w:t>
      </w:r>
      <w:proofErr w:type="spellStart"/>
      <w:r w:rsidRPr="00DC1978">
        <w:rPr>
          <w:rFonts w:ascii="Arial" w:hAnsi="Arial" w:cs="Arial"/>
          <w:color w:val="222222"/>
          <w:rtl/>
        </w:rPr>
        <w:t>تعدیل</w:t>
      </w:r>
      <w:proofErr w:type="spellEnd"/>
      <w:r w:rsidRPr="00DC1978">
        <w:rPr>
          <w:rFonts w:ascii="Arial" w:hAnsi="Arial" w:cs="Arial"/>
          <w:color w:val="222222"/>
          <w:rtl/>
        </w:rPr>
        <w:t xml:space="preserve"> </w:t>
      </w:r>
      <w:proofErr w:type="spellStart"/>
      <w:r w:rsidRPr="00DC1978">
        <w:rPr>
          <w:rFonts w:ascii="Arial" w:hAnsi="Arial" w:cs="Arial"/>
          <w:color w:val="222222"/>
          <w:rtl/>
        </w:rPr>
        <w:t>ترکیب</w:t>
      </w:r>
      <w:proofErr w:type="spellEnd"/>
      <w:r w:rsidRPr="00DC1978">
        <w:rPr>
          <w:rFonts w:ascii="Arial" w:hAnsi="Arial" w:cs="Arial"/>
          <w:color w:val="222222"/>
          <w:rtl/>
        </w:rPr>
        <w:t xml:space="preserve"> فلور </w:t>
      </w:r>
      <w:proofErr w:type="spellStart"/>
      <w:r w:rsidRPr="00DC1978">
        <w:rPr>
          <w:rFonts w:ascii="Arial" w:hAnsi="Arial" w:cs="Arial"/>
          <w:color w:val="222222"/>
          <w:rtl/>
        </w:rPr>
        <w:t>طبیعی</w:t>
      </w:r>
      <w:proofErr w:type="spellEnd"/>
      <w:r w:rsidRPr="00DC1978">
        <w:rPr>
          <w:rFonts w:ascii="Arial" w:hAnsi="Arial" w:cs="Arial"/>
          <w:color w:val="222222"/>
          <w:rtl/>
        </w:rPr>
        <w:t xml:space="preserve"> روده، </w:t>
      </w:r>
      <w:proofErr w:type="gramStart"/>
      <w:r w:rsidRPr="00DC1978">
        <w:rPr>
          <w:rFonts w:ascii="Arial" w:hAnsi="Arial" w:cs="Arial"/>
          <w:color w:val="222222"/>
          <w:rtl/>
        </w:rPr>
        <w:t xml:space="preserve">و </w:t>
      </w:r>
      <w:proofErr w:type="spellStart"/>
      <w:r w:rsidRPr="00DC1978">
        <w:rPr>
          <w:rFonts w:ascii="Arial" w:hAnsi="Arial" w:cs="Arial"/>
          <w:color w:val="222222"/>
          <w:rtl/>
        </w:rPr>
        <w:t>بهبود</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نفوذپذیری</w:t>
      </w:r>
      <w:proofErr w:type="spellEnd"/>
      <w:r w:rsidRPr="00DC1978">
        <w:rPr>
          <w:rFonts w:ascii="Arial" w:hAnsi="Arial" w:cs="Arial"/>
          <w:color w:val="222222"/>
          <w:rtl/>
        </w:rPr>
        <w:t xml:space="preserve"> مخاط روده، به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گوارشی</w:t>
      </w:r>
      <w:proofErr w:type="spellEnd"/>
      <w:r w:rsidRPr="00DC1978">
        <w:rPr>
          <w:rFonts w:ascii="Arial" w:hAnsi="Arial" w:cs="Arial"/>
          <w:color w:val="222222"/>
          <w:rtl/>
        </w:rPr>
        <w:t xml:space="preserve"> </w:t>
      </w:r>
      <w:proofErr w:type="spellStart"/>
      <w:r w:rsidRPr="00DC1978">
        <w:rPr>
          <w:rFonts w:ascii="Arial" w:hAnsi="Arial" w:cs="Arial"/>
          <w:color w:val="222222"/>
          <w:rtl/>
        </w:rPr>
        <w:t>کمک</w:t>
      </w:r>
      <w:proofErr w:type="spellEnd"/>
      <w:r w:rsidRPr="00DC1978">
        <w:rPr>
          <w:rFonts w:ascii="Arial" w:hAnsi="Arial" w:cs="Arial"/>
          <w:color w:val="222222"/>
          <w:rtl/>
        </w:rPr>
        <w:t xml:space="preserve"> </w:t>
      </w:r>
      <w:proofErr w:type="spellStart"/>
      <w:r w:rsidRPr="00DC1978">
        <w:rPr>
          <w:rFonts w:ascii="Arial" w:hAnsi="Arial" w:cs="Arial"/>
          <w:color w:val="222222"/>
          <w:rtl/>
        </w:rPr>
        <w:t>می‌کند</w:t>
      </w:r>
      <w:proofErr w:type="spellEnd"/>
      <w:r w:rsidRPr="00DC1978">
        <w:rPr>
          <w:rFonts w:ascii="Arial" w:hAnsi="Arial" w:cs="Arial"/>
          <w:color w:val="222222"/>
          <w:rtl/>
        </w:rPr>
        <w:t xml:space="preserve"> (6،7). مطالعات </w:t>
      </w:r>
      <w:proofErr w:type="spellStart"/>
      <w:r w:rsidRPr="00DC1978">
        <w:rPr>
          <w:rFonts w:ascii="Arial" w:hAnsi="Arial" w:cs="Arial"/>
          <w:color w:val="222222"/>
          <w:rtl/>
        </w:rPr>
        <w:t>متعددی</w:t>
      </w:r>
      <w:proofErr w:type="spellEnd"/>
      <w:r w:rsidRPr="00DC1978">
        <w:rPr>
          <w:rFonts w:ascii="Arial" w:hAnsi="Arial" w:cs="Arial"/>
          <w:color w:val="222222"/>
          <w:rtl/>
        </w:rPr>
        <w:t xml:space="preserve"> </w:t>
      </w:r>
      <w:proofErr w:type="spellStart"/>
      <w:r w:rsidRPr="00DC1978">
        <w:rPr>
          <w:rFonts w:ascii="Arial" w:hAnsi="Arial" w:cs="Arial"/>
          <w:color w:val="222222"/>
          <w:rtl/>
        </w:rPr>
        <w:t>اثربخشی</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را در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علائم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به‌ویژه</w:t>
      </w:r>
      <w:proofErr w:type="spellEnd"/>
      <w:r w:rsidRPr="00DC1978">
        <w:rPr>
          <w:rFonts w:ascii="Arial" w:hAnsi="Arial" w:cs="Arial"/>
          <w:color w:val="222222"/>
          <w:rtl/>
        </w:rPr>
        <w:t xml:space="preserve"> در نوع </w:t>
      </w:r>
      <w:proofErr w:type="spellStart"/>
      <w:r w:rsidRPr="00DC1978">
        <w:rPr>
          <w:rFonts w:ascii="Arial" w:hAnsi="Arial" w:cs="Arial"/>
          <w:color w:val="222222"/>
          <w:rtl/>
        </w:rPr>
        <w:t>اسهالی</w:t>
      </w:r>
      <w:proofErr w:type="spellEnd"/>
      <w:r w:rsidRPr="00DC1978">
        <w:rPr>
          <w:rFonts w:ascii="Arial" w:hAnsi="Arial" w:cs="Arial"/>
          <w:color w:val="222222"/>
          <w:rtl/>
        </w:rPr>
        <w:t xml:space="preserve"> (</w:t>
      </w:r>
      <w:r w:rsidRPr="00DC1978">
        <w:rPr>
          <w:rFonts w:ascii="Arial" w:hAnsi="Arial" w:cs="Arial"/>
          <w:color w:val="222222"/>
        </w:rPr>
        <w:t>IBS-D</w:t>
      </w:r>
      <w:r w:rsidRPr="00DC1978">
        <w:rPr>
          <w:rFonts w:ascii="Arial" w:hAnsi="Arial" w:cs="Arial"/>
          <w:color w:val="222222"/>
          <w:rtl/>
        </w:rPr>
        <w:t xml:space="preserve">) </w:t>
      </w:r>
      <w:proofErr w:type="spellStart"/>
      <w:r w:rsidRPr="00DC1978">
        <w:rPr>
          <w:rFonts w:ascii="Arial" w:hAnsi="Arial" w:cs="Arial"/>
          <w:color w:val="222222"/>
          <w:rtl/>
        </w:rPr>
        <w:t>تأیید</w:t>
      </w:r>
      <w:proofErr w:type="spellEnd"/>
      <w:r w:rsidRPr="00DC1978">
        <w:rPr>
          <w:rFonts w:ascii="Arial" w:hAnsi="Arial" w:cs="Arial"/>
          <w:color w:val="222222"/>
          <w:rtl/>
        </w:rPr>
        <w:t xml:space="preserve"> </w:t>
      </w:r>
      <w:proofErr w:type="spellStart"/>
      <w:r w:rsidRPr="00DC1978">
        <w:rPr>
          <w:rFonts w:ascii="Arial" w:hAnsi="Arial" w:cs="Arial"/>
          <w:color w:val="222222"/>
          <w:rtl/>
        </w:rPr>
        <w:t>کرده‌اند</w:t>
      </w:r>
      <w:proofErr w:type="spellEnd"/>
      <w:r w:rsidRPr="00DC1978">
        <w:rPr>
          <w:rFonts w:ascii="Arial" w:hAnsi="Arial" w:cs="Arial"/>
          <w:color w:val="222222"/>
          <w:rtl/>
        </w:rPr>
        <w:t xml:space="preserve"> (8،9). </w:t>
      </w:r>
      <w:r w:rsidRPr="00DC1978">
        <w:rPr>
          <w:rFonts w:ascii="Arial" w:hAnsi="Arial" w:cs="Arial"/>
          <w:color w:val="222222"/>
        </w:rPr>
        <w:t>Lembo</w:t>
      </w:r>
      <w:r w:rsidRPr="00DC1978">
        <w:rPr>
          <w:rFonts w:ascii="Arial" w:hAnsi="Arial" w:cs="Arial"/>
          <w:color w:val="222222"/>
          <w:rtl/>
        </w:rPr>
        <w:t xml:space="preserve"> و </w:t>
      </w:r>
      <w:proofErr w:type="spellStart"/>
      <w:r w:rsidRPr="00DC1978">
        <w:rPr>
          <w:rFonts w:ascii="Arial" w:hAnsi="Arial" w:cs="Arial"/>
          <w:color w:val="222222"/>
          <w:rtl/>
        </w:rPr>
        <w:t>همکاران</w:t>
      </w:r>
      <w:proofErr w:type="spellEnd"/>
      <w:r w:rsidRPr="00DC1978">
        <w:rPr>
          <w:rFonts w:ascii="Arial" w:hAnsi="Arial" w:cs="Arial"/>
          <w:color w:val="222222"/>
          <w:rtl/>
        </w:rPr>
        <w:t xml:space="preserve"> در </w:t>
      </w:r>
      <w:proofErr w:type="spellStart"/>
      <w:r w:rsidRPr="00DC1978">
        <w:rPr>
          <w:rFonts w:ascii="Arial" w:hAnsi="Arial" w:cs="Arial"/>
          <w:color w:val="222222"/>
          <w:rtl/>
        </w:rPr>
        <w:t>مطالعه‌ای</w:t>
      </w:r>
      <w:proofErr w:type="spellEnd"/>
      <w:r w:rsidRPr="00DC1978">
        <w:rPr>
          <w:rFonts w:ascii="Arial" w:hAnsi="Arial" w:cs="Arial"/>
          <w:color w:val="222222"/>
          <w:rtl/>
        </w:rPr>
        <w:t xml:space="preserve"> بر </w:t>
      </w:r>
      <w:proofErr w:type="spellStart"/>
      <w:r w:rsidRPr="00DC1978">
        <w:rPr>
          <w:rFonts w:ascii="Arial" w:hAnsi="Arial" w:cs="Arial"/>
          <w:color w:val="222222"/>
          <w:rtl/>
        </w:rPr>
        <w:t>روی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w:t>
      </w:r>
      <w:r w:rsidRPr="00DC1978">
        <w:rPr>
          <w:rFonts w:ascii="Arial" w:hAnsi="Arial" w:cs="Arial"/>
          <w:color w:val="222222"/>
        </w:rPr>
        <w:t>IBS-D</w:t>
      </w:r>
      <w:r w:rsidRPr="00DC1978">
        <w:rPr>
          <w:rFonts w:ascii="Arial" w:hAnsi="Arial" w:cs="Arial"/>
          <w:color w:val="222222"/>
          <w:rtl/>
        </w:rPr>
        <w:t xml:space="preserve"> نشان </w:t>
      </w:r>
      <w:proofErr w:type="spellStart"/>
      <w:r w:rsidRPr="00DC1978">
        <w:rPr>
          <w:rFonts w:ascii="Arial" w:hAnsi="Arial" w:cs="Arial"/>
          <w:color w:val="222222"/>
          <w:rtl/>
        </w:rPr>
        <w:t>دادند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موجب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معنی‌دار</w:t>
      </w:r>
      <w:proofErr w:type="spellEnd"/>
      <w:r w:rsidRPr="00DC1978">
        <w:rPr>
          <w:rFonts w:ascii="Arial" w:hAnsi="Arial" w:cs="Arial"/>
          <w:color w:val="222222"/>
          <w:rtl/>
        </w:rPr>
        <w:t xml:space="preserve">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و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قوام مدفوع شد (10).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مطالعه حاضر </w:t>
      </w:r>
      <w:proofErr w:type="spellStart"/>
      <w:r w:rsidRPr="00DC1978">
        <w:rPr>
          <w:rFonts w:ascii="Arial" w:hAnsi="Arial" w:cs="Arial"/>
          <w:color w:val="222222"/>
          <w:rtl/>
        </w:rPr>
        <w:t>نیز</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یافته‌های</w:t>
      </w:r>
      <w:proofErr w:type="spellEnd"/>
      <w:r w:rsidRPr="00DC1978">
        <w:rPr>
          <w:rFonts w:ascii="Arial" w:hAnsi="Arial" w:cs="Arial"/>
          <w:color w:val="222222"/>
          <w:rtl/>
        </w:rPr>
        <w:t xml:space="preserve"> آنان </w:t>
      </w:r>
      <w:proofErr w:type="spellStart"/>
      <w:r w:rsidRPr="00DC1978">
        <w:rPr>
          <w:rFonts w:ascii="Arial" w:hAnsi="Arial" w:cs="Arial"/>
          <w:color w:val="222222"/>
          <w:rtl/>
        </w:rPr>
        <w:t>هم‌راستا</w:t>
      </w:r>
      <w:proofErr w:type="spellEnd"/>
      <w:r w:rsidRPr="00DC1978">
        <w:rPr>
          <w:rFonts w:ascii="Arial" w:hAnsi="Arial" w:cs="Arial"/>
          <w:color w:val="222222"/>
          <w:rtl/>
        </w:rPr>
        <w:t xml:space="preserve"> است </w:t>
      </w:r>
      <w:proofErr w:type="gramStart"/>
      <w:r w:rsidRPr="00DC1978">
        <w:rPr>
          <w:rFonts w:ascii="Arial" w:hAnsi="Arial" w:cs="Arial"/>
          <w:color w:val="222222"/>
          <w:rtl/>
        </w:rPr>
        <w:t>و بر</w:t>
      </w:r>
      <w:proofErr w:type="gramEnd"/>
      <w:r w:rsidRPr="00DC1978">
        <w:rPr>
          <w:rFonts w:ascii="Arial" w:hAnsi="Arial" w:cs="Arial"/>
          <w:color w:val="222222"/>
          <w:rtl/>
        </w:rPr>
        <w:t xml:space="preserve"> نقش مؤثر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کنترل</w:t>
      </w:r>
      <w:proofErr w:type="spellEnd"/>
      <w:r w:rsidRPr="00DC1978">
        <w:rPr>
          <w:rFonts w:ascii="Arial" w:hAnsi="Arial" w:cs="Arial"/>
          <w:color w:val="222222"/>
          <w:rtl/>
        </w:rPr>
        <w:t xml:space="preserve"> درد و نفخ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w:t>
      </w:r>
      <w:proofErr w:type="spellStart"/>
      <w:r w:rsidRPr="00DC1978">
        <w:rPr>
          <w:rFonts w:ascii="Arial" w:hAnsi="Arial" w:cs="Arial"/>
          <w:color w:val="222222"/>
          <w:rtl/>
        </w:rPr>
        <w:t>تأکید</w:t>
      </w:r>
      <w:proofErr w:type="spellEnd"/>
      <w:r w:rsidRPr="00DC1978">
        <w:rPr>
          <w:rFonts w:ascii="Arial" w:hAnsi="Arial" w:cs="Arial"/>
          <w:color w:val="222222"/>
          <w:rtl/>
        </w:rPr>
        <w:t xml:space="preserve"> دارد.</w:t>
      </w:r>
    </w:p>
    <w:p w:rsidR="00A477ED" w:rsidRPr="00DC1978" w:rsidRDefault="00A477ED" w:rsidP="00A477ED">
      <w:pPr>
        <w:pStyle w:val="NormalWeb"/>
        <w:bidi/>
        <w:rPr>
          <w:rFonts w:ascii="Arial" w:hAnsi="Arial" w:cs="Arial"/>
          <w:color w:val="222222"/>
          <w:rtl/>
        </w:rPr>
      </w:pPr>
      <w:r w:rsidRPr="00DC1978">
        <w:rPr>
          <w:rFonts w:ascii="Arial" w:hAnsi="Arial" w:cs="Arial"/>
          <w:color w:val="222222"/>
          <w:rtl/>
        </w:rPr>
        <w:t xml:space="preserve">در مقابل،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w:t>
      </w:r>
      <w:proofErr w:type="spellStart"/>
      <w:r w:rsidRPr="00DC1978">
        <w:rPr>
          <w:rFonts w:ascii="Arial" w:hAnsi="Arial" w:cs="Arial"/>
          <w:color w:val="222222"/>
          <w:rtl/>
        </w:rPr>
        <w:t>یکی</w:t>
      </w:r>
      <w:proofErr w:type="spellEnd"/>
      <w:r w:rsidRPr="00DC1978">
        <w:rPr>
          <w:rFonts w:ascii="Arial" w:hAnsi="Arial" w:cs="Arial"/>
          <w:color w:val="222222"/>
          <w:rtl/>
        </w:rPr>
        <w:t xml:space="preserve"> از </w:t>
      </w:r>
      <w:proofErr w:type="spellStart"/>
      <w:r w:rsidRPr="00DC1978">
        <w:rPr>
          <w:rFonts w:ascii="Arial" w:hAnsi="Arial" w:cs="Arial"/>
          <w:color w:val="222222"/>
          <w:rtl/>
        </w:rPr>
        <w:t>داروهای</w:t>
      </w:r>
      <w:proofErr w:type="spellEnd"/>
      <w:r w:rsidRPr="00DC1978">
        <w:rPr>
          <w:rFonts w:ascii="Arial" w:hAnsi="Arial" w:cs="Arial"/>
          <w:color w:val="222222"/>
          <w:rtl/>
        </w:rPr>
        <w:t xml:space="preserve"> </w:t>
      </w:r>
      <w:proofErr w:type="spellStart"/>
      <w:r w:rsidRPr="00DC1978">
        <w:rPr>
          <w:rFonts w:ascii="Arial" w:hAnsi="Arial" w:cs="Arial"/>
          <w:color w:val="222222"/>
          <w:rtl/>
        </w:rPr>
        <w:t>ضداسپاسم</w:t>
      </w:r>
      <w:proofErr w:type="spellEnd"/>
      <w:r w:rsidRPr="00DC1978">
        <w:rPr>
          <w:rFonts w:ascii="Arial" w:hAnsi="Arial" w:cs="Arial"/>
          <w:color w:val="222222"/>
          <w:rtl/>
        </w:rPr>
        <w:t xml:space="preserve"> </w:t>
      </w:r>
      <w:proofErr w:type="spellStart"/>
      <w:r w:rsidRPr="00DC1978">
        <w:rPr>
          <w:rFonts w:ascii="Arial" w:hAnsi="Arial" w:cs="Arial"/>
          <w:color w:val="222222"/>
          <w:rtl/>
        </w:rPr>
        <w:t>رایج</w:t>
      </w:r>
      <w:proofErr w:type="spellEnd"/>
      <w:r w:rsidRPr="00DC1978">
        <w:rPr>
          <w:rFonts w:ascii="Arial" w:hAnsi="Arial" w:cs="Arial"/>
          <w:color w:val="222222"/>
          <w:rtl/>
        </w:rPr>
        <w:t xml:space="preserve"> در درمان </w:t>
      </w:r>
      <w:r w:rsidRPr="00DC1978">
        <w:rPr>
          <w:rFonts w:ascii="Arial" w:hAnsi="Arial" w:cs="Arial"/>
          <w:color w:val="222222"/>
        </w:rPr>
        <w:t>IBS</w:t>
      </w:r>
      <w:r w:rsidRPr="00DC1978">
        <w:rPr>
          <w:rFonts w:ascii="Arial" w:hAnsi="Arial" w:cs="Arial"/>
          <w:color w:val="222222"/>
          <w:rtl/>
        </w:rPr>
        <w:t xml:space="preserve"> است </w:t>
      </w:r>
      <w:proofErr w:type="spellStart"/>
      <w:r w:rsidRPr="00DC1978">
        <w:rPr>
          <w:rFonts w:ascii="Arial" w:hAnsi="Arial" w:cs="Arial"/>
          <w:color w:val="222222"/>
          <w:rtl/>
        </w:rPr>
        <w:t>که</w:t>
      </w:r>
      <w:proofErr w:type="spellEnd"/>
      <w:r w:rsidRPr="00DC1978">
        <w:rPr>
          <w:rFonts w:ascii="Arial" w:hAnsi="Arial" w:cs="Arial"/>
          <w:color w:val="222222"/>
          <w:rtl/>
        </w:rPr>
        <w:t xml:space="preserve"> از </w:t>
      </w:r>
      <w:proofErr w:type="spellStart"/>
      <w:r w:rsidRPr="00DC1978">
        <w:rPr>
          <w:rFonts w:ascii="Arial" w:hAnsi="Arial" w:cs="Arial"/>
          <w:color w:val="222222"/>
          <w:rtl/>
        </w:rPr>
        <w:t>طریق</w:t>
      </w:r>
      <w:proofErr w:type="spellEnd"/>
      <w:r w:rsidRPr="00DC1978">
        <w:rPr>
          <w:rFonts w:ascii="Arial" w:hAnsi="Arial" w:cs="Arial"/>
          <w:color w:val="222222"/>
          <w:rtl/>
        </w:rPr>
        <w:t xml:space="preserve">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انقباضات </w:t>
      </w:r>
      <w:proofErr w:type="spellStart"/>
      <w:r w:rsidRPr="00DC1978">
        <w:rPr>
          <w:rFonts w:ascii="Arial" w:hAnsi="Arial" w:cs="Arial"/>
          <w:color w:val="222222"/>
          <w:rtl/>
        </w:rPr>
        <w:t>غیرطبیعی</w:t>
      </w:r>
      <w:proofErr w:type="spellEnd"/>
      <w:r w:rsidRPr="00DC1978">
        <w:rPr>
          <w:rFonts w:ascii="Arial" w:hAnsi="Arial" w:cs="Arial"/>
          <w:color w:val="222222"/>
          <w:rtl/>
        </w:rPr>
        <w:t xml:space="preserve"> عضلات صاف روده، به </w:t>
      </w:r>
      <w:proofErr w:type="spellStart"/>
      <w:r w:rsidRPr="00DC1978">
        <w:rPr>
          <w:rFonts w:ascii="Arial" w:hAnsi="Arial" w:cs="Arial"/>
          <w:color w:val="222222"/>
          <w:rtl/>
        </w:rPr>
        <w:t>تسکین</w:t>
      </w:r>
      <w:proofErr w:type="spellEnd"/>
      <w:r w:rsidRPr="00DC1978">
        <w:rPr>
          <w:rFonts w:ascii="Arial" w:hAnsi="Arial" w:cs="Arial"/>
          <w:color w:val="222222"/>
          <w:rtl/>
        </w:rPr>
        <w:t xml:space="preserve"> درد </w:t>
      </w:r>
      <w:proofErr w:type="gramStart"/>
      <w:r w:rsidRPr="00DC1978">
        <w:rPr>
          <w:rFonts w:ascii="Arial" w:hAnsi="Arial" w:cs="Arial"/>
          <w:color w:val="222222"/>
          <w:rtl/>
        </w:rPr>
        <w:t xml:space="preserve">و </w:t>
      </w:r>
      <w:proofErr w:type="spellStart"/>
      <w:r w:rsidRPr="00DC1978">
        <w:rPr>
          <w:rFonts w:ascii="Arial" w:hAnsi="Arial" w:cs="Arial"/>
          <w:color w:val="222222"/>
          <w:rtl/>
        </w:rPr>
        <w:t>کاهش</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کرامپ‌های</w:t>
      </w:r>
      <w:proofErr w:type="spellEnd"/>
      <w:r w:rsidRPr="00DC1978">
        <w:rPr>
          <w:rFonts w:ascii="Arial" w:hAnsi="Arial" w:cs="Arial"/>
          <w:color w:val="222222"/>
          <w:rtl/>
        </w:rPr>
        <w:t xml:space="preserve">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w:t>
      </w:r>
      <w:proofErr w:type="spellStart"/>
      <w:r w:rsidRPr="00DC1978">
        <w:rPr>
          <w:rFonts w:ascii="Arial" w:hAnsi="Arial" w:cs="Arial"/>
          <w:color w:val="222222"/>
          <w:rtl/>
        </w:rPr>
        <w:t>کمک</w:t>
      </w:r>
      <w:proofErr w:type="spellEnd"/>
      <w:r w:rsidRPr="00DC1978">
        <w:rPr>
          <w:rFonts w:ascii="Arial" w:hAnsi="Arial" w:cs="Arial"/>
          <w:color w:val="222222"/>
          <w:rtl/>
        </w:rPr>
        <w:t xml:space="preserve"> </w:t>
      </w:r>
      <w:proofErr w:type="spellStart"/>
      <w:r w:rsidRPr="00DC1978">
        <w:rPr>
          <w:rFonts w:ascii="Arial" w:hAnsi="Arial" w:cs="Arial"/>
          <w:color w:val="222222"/>
          <w:rtl/>
        </w:rPr>
        <w:t>می‌کند</w:t>
      </w:r>
      <w:proofErr w:type="spellEnd"/>
      <w:r w:rsidRPr="00DC1978">
        <w:rPr>
          <w:rFonts w:ascii="Arial" w:hAnsi="Arial" w:cs="Arial"/>
          <w:color w:val="222222"/>
          <w:rtl/>
        </w:rPr>
        <w:t xml:space="preserve"> (11).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حال، </w:t>
      </w:r>
      <w:proofErr w:type="gramStart"/>
      <w:r w:rsidRPr="00DC1978">
        <w:rPr>
          <w:rFonts w:ascii="Arial" w:hAnsi="Arial" w:cs="Arial"/>
          <w:color w:val="222222"/>
          <w:rtl/>
        </w:rPr>
        <w:t>اثر</w:t>
      </w:r>
      <w:proofErr w:type="gram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دارو عمدتاً بر </w:t>
      </w:r>
      <w:proofErr w:type="spellStart"/>
      <w:r w:rsidRPr="00DC1978">
        <w:rPr>
          <w:rFonts w:ascii="Arial" w:hAnsi="Arial" w:cs="Arial"/>
          <w:color w:val="222222"/>
          <w:rtl/>
        </w:rPr>
        <w:t>کنترل</w:t>
      </w:r>
      <w:proofErr w:type="spellEnd"/>
      <w:r w:rsidRPr="00DC1978">
        <w:rPr>
          <w:rFonts w:ascii="Arial" w:hAnsi="Arial" w:cs="Arial"/>
          <w:color w:val="222222"/>
          <w:rtl/>
        </w:rPr>
        <w:t xml:space="preserve"> </w:t>
      </w:r>
      <w:proofErr w:type="spellStart"/>
      <w:r w:rsidRPr="00DC1978">
        <w:rPr>
          <w:rFonts w:ascii="Arial" w:hAnsi="Arial" w:cs="Arial"/>
          <w:color w:val="222222"/>
          <w:rtl/>
        </w:rPr>
        <w:t>اسپاسم</w:t>
      </w:r>
      <w:proofErr w:type="spellEnd"/>
      <w:r w:rsidRPr="00DC1978">
        <w:rPr>
          <w:rFonts w:ascii="Arial" w:hAnsi="Arial" w:cs="Arial"/>
          <w:color w:val="222222"/>
          <w:rtl/>
        </w:rPr>
        <w:t xml:space="preserve"> </w:t>
      </w:r>
      <w:proofErr w:type="spellStart"/>
      <w:r w:rsidRPr="00DC1978">
        <w:rPr>
          <w:rFonts w:ascii="Arial" w:hAnsi="Arial" w:cs="Arial"/>
          <w:color w:val="222222"/>
          <w:rtl/>
        </w:rPr>
        <w:t>متمرکز</w:t>
      </w:r>
      <w:proofErr w:type="spellEnd"/>
      <w:r w:rsidRPr="00DC1978">
        <w:rPr>
          <w:rFonts w:ascii="Arial" w:hAnsi="Arial" w:cs="Arial"/>
          <w:color w:val="222222"/>
          <w:rtl/>
        </w:rPr>
        <w:t xml:space="preserve"> است و </w:t>
      </w:r>
      <w:proofErr w:type="spellStart"/>
      <w:r w:rsidRPr="00DC1978">
        <w:rPr>
          <w:rFonts w:ascii="Arial" w:hAnsi="Arial" w:cs="Arial"/>
          <w:color w:val="222222"/>
          <w:rtl/>
        </w:rPr>
        <w:t>تأثیر</w:t>
      </w:r>
      <w:proofErr w:type="spellEnd"/>
      <w:r w:rsidRPr="00DC1978">
        <w:rPr>
          <w:rFonts w:ascii="Arial" w:hAnsi="Arial" w:cs="Arial"/>
          <w:color w:val="222222"/>
          <w:rtl/>
        </w:rPr>
        <w:t xml:space="preserve"> </w:t>
      </w:r>
      <w:proofErr w:type="spellStart"/>
      <w:r w:rsidRPr="00DC1978">
        <w:rPr>
          <w:rFonts w:ascii="Arial" w:hAnsi="Arial" w:cs="Arial"/>
          <w:color w:val="222222"/>
          <w:rtl/>
        </w:rPr>
        <w:t>کمتری</w:t>
      </w:r>
      <w:proofErr w:type="spellEnd"/>
      <w:r w:rsidRPr="00DC1978">
        <w:rPr>
          <w:rFonts w:ascii="Arial" w:hAnsi="Arial" w:cs="Arial"/>
          <w:color w:val="222222"/>
          <w:rtl/>
        </w:rPr>
        <w:t xml:space="preserve"> بر </w:t>
      </w:r>
      <w:proofErr w:type="spellStart"/>
      <w:r w:rsidRPr="00DC1978">
        <w:rPr>
          <w:rFonts w:ascii="Arial" w:hAnsi="Arial" w:cs="Arial"/>
          <w:color w:val="222222"/>
          <w:rtl/>
        </w:rPr>
        <w:t>سایر</w:t>
      </w:r>
      <w:proofErr w:type="spellEnd"/>
      <w:r w:rsidRPr="00DC1978">
        <w:rPr>
          <w:rFonts w:ascii="Arial" w:hAnsi="Arial" w:cs="Arial"/>
          <w:color w:val="222222"/>
          <w:rtl/>
        </w:rPr>
        <w:t xml:space="preserve"> علائم از جمله نفخ و اتساع </w:t>
      </w:r>
      <w:proofErr w:type="spellStart"/>
      <w:r w:rsidRPr="00DC1978">
        <w:rPr>
          <w:rFonts w:ascii="Arial" w:hAnsi="Arial" w:cs="Arial"/>
          <w:color w:val="222222"/>
          <w:rtl/>
        </w:rPr>
        <w:t>شکم</w:t>
      </w:r>
      <w:proofErr w:type="spellEnd"/>
      <w:r w:rsidRPr="00DC1978">
        <w:rPr>
          <w:rFonts w:ascii="Arial" w:hAnsi="Arial" w:cs="Arial"/>
          <w:color w:val="222222"/>
          <w:rtl/>
        </w:rPr>
        <w:t xml:space="preserve"> دارد (12). در مطالعه </w:t>
      </w:r>
      <w:r w:rsidRPr="00DC1978">
        <w:rPr>
          <w:rFonts w:ascii="Arial" w:hAnsi="Arial" w:cs="Arial"/>
          <w:color w:val="222222"/>
        </w:rPr>
        <w:t>Darvish-Damavandi</w:t>
      </w:r>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همکاران</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نیز</w:t>
      </w:r>
      <w:proofErr w:type="spellEnd"/>
      <w:r w:rsidRPr="00DC1978">
        <w:rPr>
          <w:rFonts w:ascii="Arial" w:hAnsi="Arial" w:cs="Arial"/>
          <w:color w:val="222222"/>
          <w:rtl/>
        </w:rPr>
        <w:t xml:space="preserve"> </w:t>
      </w:r>
      <w:proofErr w:type="spellStart"/>
      <w:r w:rsidRPr="00DC1978">
        <w:rPr>
          <w:rFonts w:ascii="Arial" w:hAnsi="Arial" w:cs="Arial"/>
          <w:color w:val="222222"/>
          <w:rtl/>
        </w:rPr>
        <w:t>تأیید</w:t>
      </w:r>
      <w:proofErr w:type="spellEnd"/>
      <w:r w:rsidRPr="00DC1978">
        <w:rPr>
          <w:rFonts w:ascii="Arial" w:hAnsi="Arial" w:cs="Arial"/>
          <w:color w:val="222222"/>
          <w:rtl/>
        </w:rPr>
        <w:t xml:space="preserve"> شد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مؤثر است اما بر علائم مرتبط </w:t>
      </w:r>
      <w:proofErr w:type="spellStart"/>
      <w:r w:rsidRPr="00DC1978">
        <w:rPr>
          <w:rFonts w:ascii="Arial" w:hAnsi="Arial" w:cs="Arial"/>
          <w:color w:val="222222"/>
          <w:rtl/>
        </w:rPr>
        <w:t>با</w:t>
      </w:r>
      <w:proofErr w:type="spellEnd"/>
      <w:r w:rsidRPr="00DC1978">
        <w:rPr>
          <w:rFonts w:ascii="Arial" w:hAnsi="Arial" w:cs="Arial"/>
          <w:color w:val="222222"/>
          <w:rtl/>
        </w:rPr>
        <w:t xml:space="preserve"> نفخ </w:t>
      </w:r>
      <w:proofErr w:type="spellStart"/>
      <w:r w:rsidRPr="00DC1978">
        <w:rPr>
          <w:rFonts w:ascii="Arial" w:hAnsi="Arial" w:cs="Arial"/>
          <w:color w:val="222222"/>
          <w:rtl/>
        </w:rPr>
        <w:t>تأثیر</w:t>
      </w:r>
      <w:proofErr w:type="spellEnd"/>
      <w:r w:rsidRPr="00DC1978">
        <w:rPr>
          <w:rFonts w:ascii="Arial" w:hAnsi="Arial" w:cs="Arial"/>
          <w:color w:val="222222"/>
          <w:rtl/>
        </w:rPr>
        <w:t xml:space="preserve"> </w:t>
      </w:r>
      <w:proofErr w:type="spellStart"/>
      <w:r w:rsidRPr="00DC1978">
        <w:rPr>
          <w:rFonts w:ascii="Arial" w:hAnsi="Arial" w:cs="Arial"/>
          <w:color w:val="222222"/>
          <w:rtl/>
        </w:rPr>
        <w:t>چشمگیری</w:t>
      </w:r>
      <w:proofErr w:type="spellEnd"/>
      <w:r w:rsidRPr="00DC1978">
        <w:rPr>
          <w:rFonts w:ascii="Arial" w:hAnsi="Arial" w:cs="Arial"/>
          <w:color w:val="222222"/>
          <w:rtl/>
        </w:rPr>
        <w:t xml:space="preserve"> </w:t>
      </w:r>
      <w:proofErr w:type="spellStart"/>
      <w:r w:rsidRPr="00DC1978">
        <w:rPr>
          <w:rFonts w:ascii="Arial" w:hAnsi="Arial" w:cs="Arial"/>
          <w:color w:val="222222"/>
          <w:rtl/>
        </w:rPr>
        <w:t>ندارد</w:t>
      </w:r>
      <w:proofErr w:type="spellEnd"/>
      <w:r w:rsidRPr="00DC1978">
        <w:rPr>
          <w:rFonts w:ascii="Arial" w:hAnsi="Arial" w:cs="Arial"/>
          <w:color w:val="222222"/>
          <w:rtl/>
        </w:rPr>
        <w:t xml:space="preserve"> (13). </w:t>
      </w:r>
      <w:proofErr w:type="spellStart"/>
      <w:r w:rsidRPr="00DC1978">
        <w:rPr>
          <w:rFonts w:ascii="Arial" w:hAnsi="Arial" w:cs="Arial"/>
          <w:color w:val="222222"/>
          <w:rtl/>
        </w:rPr>
        <w:t>یافته‌های</w:t>
      </w:r>
      <w:proofErr w:type="spellEnd"/>
      <w:r w:rsidRPr="00DC1978">
        <w:rPr>
          <w:rFonts w:ascii="Arial" w:hAnsi="Arial" w:cs="Arial"/>
          <w:color w:val="222222"/>
          <w:rtl/>
        </w:rPr>
        <w:t xml:space="preserve"> مطالعه حاضر </w:t>
      </w:r>
      <w:proofErr w:type="spellStart"/>
      <w:r w:rsidRPr="00DC1978">
        <w:rPr>
          <w:rFonts w:ascii="Arial" w:hAnsi="Arial" w:cs="Arial"/>
          <w:color w:val="222222"/>
          <w:rtl/>
        </w:rPr>
        <w:t>نیز</w:t>
      </w:r>
      <w:proofErr w:type="spellEnd"/>
      <w:r w:rsidRPr="00DC1978">
        <w:rPr>
          <w:rFonts w:ascii="Arial" w:hAnsi="Arial" w:cs="Arial"/>
          <w:color w:val="222222"/>
          <w:rtl/>
        </w:rPr>
        <w:t xml:space="preserve"> نشان داد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نسبت به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نفخ </w:t>
      </w:r>
      <w:proofErr w:type="gramStart"/>
      <w:r w:rsidRPr="00DC1978">
        <w:rPr>
          <w:rFonts w:ascii="Arial" w:hAnsi="Arial" w:cs="Arial"/>
          <w:color w:val="222222"/>
          <w:rtl/>
        </w:rPr>
        <w:t>و احساس</w:t>
      </w:r>
      <w:proofErr w:type="gramEnd"/>
      <w:r w:rsidRPr="00DC1978">
        <w:rPr>
          <w:rFonts w:ascii="Arial" w:hAnsi="Arial" w:cs="Arial"/>
          <w:color w:val="222222"/>
          <w:rtl/>
        </w:rPr>
        <w:t xml:space="preserve"> </w:t>
      </w:r>
      <w:proofErr w:type="spellStart"/>
      <w:r w:rsidRPr="00DC1978">
        <w:rPr>
          <w:rFonts w:ascii="Arial" w:hAnsi="Arial" w:cs="Arial"/>
          <w:color w:val="222222"/>
          <w:rtl/>
        </w:rPr>
        <w:t>پری</w:t>
      </w:r>
      <w:proofErr w:type="spellEnd"/>
      <w:r w:rsidRPr="00DC1978">
        <w:rPr>
          <w:rFonts w:ascii="Arial" w:hAnsi="Arial" w:cs="Arial"/>
          <w:color w:val="222222"/>
          <w:rtl/>
        </w:rPr>
        <w:t xml:space="preserve"> </w:t>
      </w:r>
      <w:proofErr w:type="spellStart"/>
      <w:r w:rsidRPr="00DC1978">
        <w:rPr>
          <w:rFonts w:ascii="Arial" w:hAnsi="Arial" w:cs="Arial"/>
          <w:color w:val="222222"/>
          <w:rtl/>
        </w:rPr>
        <w:t>شکم</w:t>
      </w:r>
      <w:proofErr w:type="spellEnd"/>
      <w:r w:rsidRPr="00DC1978">
        <w:rPr>
          <w:rFonts w:ascii="Arial" w:hAnsi="Arial" w:cs="Arial"/>
          <w:color w:val="222222"/>
          <w:rtl/>
        </w:rPr>
        <w:t xml:space="preserve"> </w:t>
      </w:r>
      <w:proofErr w:type="spellStart"/>
      <w:r w:rsidRPr="00DC1978">
        <w:rPr>
          <w:rFonts w:ascii="Arial" w:hAnsi="Arial" w:cs="Arial"/>
          <w:color w:val="222222"/>
          <w:rtl/>
        </w:rPr>
        <w:t>مؤثرتر</w:t>
      </w:r>
      <w:proofErr w:type="spellEnd"/>
      <w:r w:rsidRPr="00DC1978">
        <w:rPr>
          <w:rFonts w:ascii="Arial" w:hAnsi="Arial" w:cs="Arial"/>
          <w:color w:val="222222"/>
          <w:rtl/>
        </w:rPr>
        <w:t xml:space="preserve"> است،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w:t>
      </w:r>
      <w:proofErr w:type="spellStart"/>
      <w:r w:rsidRPr="00DC1978">
        <w:rPr>
          <w:rFonts w:ascii="Arial" w:hAnsi="Arial" w:cs="Arial"/>
          <w:color w:val="222222"/>
          <w:rtl/>
        </w:rPr>
        <w:t>ناشی</w:t>
      </w:r>
      <w:proofErr w:type="spellEnd"/>
      <w:r w:rsidRPr="00DC1978">
        <w:rPr>
          <w:rFonts w:ascii="Arial" w:hAnsi="Arial" w:cs="Arial"/>
          <w:color w:val="222222"/>
          <w:rtl/>
        </w:rPr>
        <w:t xml:space="preserve"> از </w:t>
      </w:r>
      <w:proofErr w:type="spellStart"/>
      <w:r w:rsidRPr="00DC1978">
        <w:rPr>
          <w:rFonts w:ascii="Arial" w:hAnsi="Arial" w:cs="Arial"/>
          <w:color w:val="222222"/>
          <w:rtl/>
        </w:rPr>
        <w:t>اثرات</w:t>
      </w:r>
      <w:proofErr w:type="spellEnd"/>
      <w:r w:rsidRPr="00DC1978">
        <w:rPr>
          <w:rFonts w:ascii="Arial" w:hAnsi="Arial" w:cs="Arial"/>
          <w:color w:val="222222"/>
          <w:rtl/>
        </w:rPr>
        <w:t xml:space="preserve"> </w:t>
      </w:r>
      <w:proofErr w:type="spellStart"/>
      <w:r w:rsidRPr="00DC1978">
        <w:rPr>
          <w:rFonts w:ascii="Arial" w:hAnsi="Arial" w:cs="Arial"/>
          <w:color w:val="222222"/>
          <w:rtl/>
        </w:rPr>
        <w:t>تنظیمی</w:t>
      </w:r>
      <w:proofErr w:type="spellEnd"/>
      <w:r w:rsidRPr="00DC1978">
        <w:rPr>
          <w:rFonts w:ascii="Arial" w:hAnsi="Arial" w:cs="Arial"/>
          <w:color w:val="222222"/>
          <w:rtl/>
        </w:rPr>
        <w:t xml:space="preserve"> آن بر فلور </w:t>
      </w:r>
      <w:proofErr w:type="spellStart"/>
      <w:r w:rsidRPr="00DC1978">
        <w:rPr>
          <w:rFonts w:ascii="Arial" w:hAnsi="Arial" w:cs="Arial"/>
          <w:color w:val="222222"/>
          <w:rtl/>
        </w:rPr>
        <w:t>باکتریایی</w:t>
      </w:r>
      <w:proofErr w:type="spellEnd"/>
      <w:r w:rsidRPr="00DC1978">
        <w:rPr>
          <w:rFonts w:ascii="Arial" w:hAnsi="Arial" w:cs="Arial"/>
          <w:color w:val="222222"/>
          <w:rtl/>
        </w:rPr>
        <w:t xml:space="preserve"> روده باشد.</w:t>
      </w:r>
    </w:p>
    <w:p w:rsidR="00A477ED" w:rsidRPr="00DC1978" w:rsidRDefault="00A477ED" w:rsidP="00A477ED">
      <w:pPr>
        <w:pStyle w:val="NormalWeb"/>
        <w:bidi/>
        <w:rPr>
          <w:rFonts w:ascii="Arial" w:hAnsi="Arial" w:cs="Arial"/>
          <w:color w:val="222222"/>
          <w:rtl/>
        </w:rPr>
      </w:pPr>
      <w:r w:rsidRPr="00DC1978">
        <w:rPr>
          <w:rFonts w:ascii="Arial" w:hAnsi="Arial" w:cs="Arial"/>
          <w:color w:val="222222"/>
          <w:rtl/>
        </w:rPr>
        <w:t xml:space="preserve">مطالعات </w:t>
      </w:r>
      <w:proofErr w:type="spellStart"/>
      <w:r w:rsidRPr="00DC1978">
        <w:rPr>
          <w:rFonts w:ascii="Arial" w:hAnsi="Arial" w:cs="Arial"/>
          <w:color w:val="222222"/>
          <w:rtl/>
        </w:rPr>
        <w:t>گذشته</w:t>
      </w:r>
      <w:proofErr w:type="spellEnd"/>
      <w:r w:rsidRPr="00DC1978">
        <w:rPr>
          <w:rFonts w:ascii="Arial" w:hAnsi="Arial" w:cs="Arial"/>
          <w:color w:val="222222"/>
          <w:rtl/>
        </w:rPr>
        <w:t xml:space="preserve"> نشان </w:t>
      </w:r>
      <w:proofErr w:type="spellStart"/>
      <w:r w:rsidRPr="00DC1978">
        <w:rPr>
          <w:rFonts w:ascii="Arial" w:hAnsi="Arial" w:cs="Arial"/>
          <w:color w:val="222222"/>
          <w:rtl/>
        </w:rPr>
        <w:t>داده‌اند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w:t>
      </w:r>
      <w:r w:rsidRPr="00DC1978">
        <w:rPr>
          <w:rFonts w:ascii="Arial" w:hAnsi="Arial" w:cs="Arial"/>
          <w:color w:val="222222"/>
        </w:rPr>
        <w:t>IBS</w:t>
      </w:r>
      <w:r w:rsidRPr="00DC1978">
        <w:rPr>
          <w:rFonts w:ascii="Arial" w:hAnsi="Arial" w:cs="Arial"/>
          <w:color w:val="222222"/>
          <w:rtl/>
        </w:rPr>
        <w:t xml:space="preserve"> اغلب </w:t>
      </w:r>
      <w:proofErr w:type="spellStart"/>
      <w:r w:rsidRPr="00DC1978">
        <w:rPr>
          <w:rFonts w:ascii="Arial" w:hAnsi="Arial" w:cs="Arial"/>
          <w:color w:val="222222"/>
          <w:rtl/>
        </w:rPr>
        <w:t>دارای</w:t>
      </w:r>
      <w:proofErr w:type="spellEnd"/>
      <w:r w:rsidRPr="00DC1978">
        <w:rPr>
          <w:rFonts w:ascii="Arial" w:hAnsi="Arial" w:cs="Arial"/>
          <w:color w:val="222222"/>
          <w:rtl/>
        </w:rPr>
        <w:t xml:space="preserve"> </w:t>
      </w:r>
      <w:proofErr w:type="spellStart"/>
      <w:r w:rsidRPr="00DC1978">
        <w:rPr>
          <w:rFonts w:ascii="Arial" w:hAnsi="Arial" w:cs="Arial"/>
          <w:color w:val="222222"/>
          <w:rtl/>
        </w:rPr>
        <w:t>درجاتی</w:t>
      </w:r>
      <w:proofErr w:type="spellEnd"/>
      <w:r w:rsidRPr="00DC1978">
        <w:rPr>
          <w:rFonts w:ascii="Arial" w:hAnsi="Arial" w:cs="Arial"/>
          <w:color w:val="222222"/>
          <w:rtl/>
        </w:rPr>
        <w:t xml:space="preserve"> از رشد </w:t>
      </w:r>
      <w:proofErr w:type="spellStart"/>
      <w:r w:rsidRPr="00DC1978">
        <w:rPr>
          <w:rFonts w:ascii="Arial" w:hAnsi="Arial" w:cs="Arial"/>
          <w:color w:val="222222"/>
          <w:rtl/>
        </w:rPr>
        <w:t>بیش</w:t>
      </w:r>
      <w:proofErr w:type="spellEnd"/>
      <w:r w:rsidRPr="00DC1978">
        <w:rPr>
          <w:rFonts w:ascii="Arial" w:hAnsi="Arial" w:cs="Arial"/>
          <w:color w:val="222222"/>
          <w:rtl/>
        </w:rPr>
        <w:t xml:space="preserve"> از حد </w:t>
      </w:r>
      <w:proofErr w:type="spellStart"/>
      <w:r w:rsidRPr="00DC1978">
        <w:rPr>
          <w:rFonts w:ascii="Arial" w:hAnsi="Arial" w:cs="Arial"/>
          <w:color w:val="222222"/>
          <w:rtl/>
        </w:rPr>
        <w:t>باکتریایی</w:t>
      </w:r>
      <w:proofErr w:type="spellEnd"/>
      <w:r w:rsidRPr="00DC1978">
        <w:rPr>
          <w:rFonts w:ascii="Arial" w:hAnsi="Arial" w:cs="Arial"/>
          <w:color w:val="222222"/>
          <w:rtl/>
        </w:rPr>
        <w:t xml:space="preserve"> در روده </w:t>
      </w:r>
      <w:proofErr w:type="spellStart"/>
      <w:r w:rsidRPr="00DC1978">
        <w:rPr>
          <w:rFonts w:ascii="Arial" w:hAnsi="Arial" w:cs="Arial"/>
          <w:color w:val="222222"/>
          <w:rtl/>
        </w:rPr>
        <w:t>باریک</w:t>
      </w:r>
      <w:proofErr w:type="spellEnd"/>
      <w:r w:rsidRPr="00DC1978">
        <w:rPr>
          <w:rFonts w:ascii="Arial" w:hAnsi="Arial" w:cs="Arial"/>
          <w:color w:val="222222"/>
          <w:rtl/>
        </w:rPr>
        <w:t xml:space="preserve"> </w:t>
      </w:r>
      <w:proofErr w:type="spellStart"/>
      <w:r w:rsidRPr="00DC1978">
        <w:rPr>
          <w:rFonts w:ascii="Arial" w:hAnsi="Arial" w:cs="Arial"/>
          <w:color w:val="222222"/>
          <w:rtl/>
        </w:rPr>
        <w:t>هستند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باعث </w:t>
      </w:r>
      <w:proofErr w:type="spellStart"/>
      <w:r w:rsidRPr="00DC1978">
        <w:rPr>
          <w:rFonts w:ascii="Arial" w:hAnsi="Arial" w:cs="Arial"/>
          <w:color w:val="222222"/>
          <w:rtl/>
        </w:rPr>
        <w:t>تولید</w:t>
      </w:r>
      <w:proofErr w:type="spellEnd"/>
      <w:r w:rsidRPr="00DC1978">
        <w:rPr>
          <w:rFonts w:ascii="Arial" w:hAnsi="Arial" w:cs="Arial"/>
          <w:color w:val="222222"/>
          <w:rtl/>
        </w:rPr>
        <w:t xml:space="preserve"> </w:t>
      </w:r>
      <w:proofErr w:type="spellStart"/>
      <w:r w:rsidRPr="00DC1978">
        <w:rPr>
          <w:rFonts w:ascii="Arial" w:hAnsi="Arial" w:cs="Arial"/>
          <w:color w:val="222222"/>
          <w:rtl/>
        </w:rPr>
        <w:t>گاز</w:t>
      </w:r>
      <w:proofErr w:type="spellEnd"/>
      <w:r w:rsidRPr="00DC1978">
        <w:rPr>
          <w:rFonts w:ascii="Arial" w:hAnsi="Arial" w:cs="Arial"/>
          <w:color w:val="222222"/>
          <w:rtl/>
        </w:rPr>
        <w:t xml:space="preserve">، نفخ </w:t>
      </w:r>
      <w:proofErr w:type="gramStart"/>
      <w:r w:rsidRPr="00DC1978">
        <w:rPr>
          <w:rFonts w:ascii="Arial" w:hAnsi="Arial" w:cs="Arial"/>
          <w:color w:val="222222"/>
          <w:rtl/>
        </w:rPr>
        <w:t>و درد</w:t>
      </w:r>
      <w:proofErr w:type="gramEnd"/>
      <w:r w:rsidRPr="00DC1978">
        <w:rPr>
          <w:rFonts w:ascii="Arial" w:hAnsi="Arial" w:cs="Arial"/>
          <w:color w:val="222222"/>
          <w:rtl/>
        </w:rPr>
        <w:t xml:space="preserve">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شود (14). از </w:t>
      </w:r>
      <w:proofErr w:type="spellStart"/>
      <w:r w:rsidRPr="00DC1978">
        <w:rPr>
          <w:rFonts w:ascii="Arial" w:hAnsi="Arial" w:cs="Arial"/>
          <w:color w:val="222222"/>
          <w:rtl/>
        </w:rPr>
        <w:t>آنجا</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بدون جذب </w:t>
      </w:r>
      <w:proofErr w:type="spellStart"/>
      <w:r w:rsidRPr="00DC1978">
        <w:rPr>
          <w:rFonts w:ascii="Arial" w:hAnsi="Arial" w:cs="Arial"/>
          <w:color w:val="222222"/>
          <w:rtl/>
        </w:rPr>
        <w:t>سیستمیک</w:t>
      </w:r>
      <w:proofErr w:type="spellEnd"/>
      <w:r w:rsidRPr="00DC1978">
        <w:rPr>
          <w:rFonts w:ascii="Arial" w:hAnsi="Arial" w:cs="Arial"/>
          <w:color w:val="222222"/>
          <w:rtl/>
        </w:rPr>
        <w:t xml:space="preserve"> عمل </w:t>
      </w:r>
      <w:proofErr w:type="spellStart"/>
      <w:r w:rsidRPr="00DC1978">
        <w:rPr>
          <w:rFonts w:ascii="Arial" w:hAnsi="Arial" w:cs="Arial"/>
          <w:color w:val="222222"/>
          <w:rtl/>
        </w:rPr>
        <w:t>می‌کند</w:t>
      </w:r>
      <w:proofErr w:type="spellEnd"/>
      <w:r w:rsidRPr="00DC1978">
        <w:rPr>
          <w:rFonts w:ascii="Arial" w:hAnsi="Arial" w:cs="Arial"/>
          <w:color w:val="222222"/>
          <w:rtl/>
        </w:rPr>
        <w:t xml:space="preserve"> و </w:t>
      </w:r>
      <w:proofErr w:type="gramStart"/>
      <w:r w:rsidRPr="00DC1978">
        <w:rPr>
          <w:rFonts w:ascii="Arial" w:hAnsi="Arial" w:cs="Arial"/>
          <w:color w:val="222222"/>
          <w:rtl/>
        </w:rPr>
        <w:t>اثر</w:t>
      </w:r>
      <w:proofErr w:type="gramEnd"/>
      <w:r w:rsidRPr="00DC1978">
        <w:rPr>
          <w:rFonts w:ascii="Arial" w:hAnsi="Arial" w:cs="Arial"/>
          <w:color w:val="222222"/>
          <w:rtl/>
        </w:rPr>
        <w:t xml:space="preserve"> آن عمدتاً در سطح لومن روده است،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از </w:t>
      </w:r>
      <w:proofErr w:type="spellStart"/>
      <w:r w:rsidRPr="00DC1978">
        <w:rPr>
          <w:rFonts w:ascii="Arial" w:hAnsi="Arial" w:cs="Arial"/>
          <w:color w:val="222222"/>
          <w:rtl/>
        </w:rPr>
        <w:t>طریق</w:t>
      </w:r>
      <w:proofErr w:type="spellEnd"/>
      <w:r w:rsidRPr="00DC1978">
        <w:rPr>
          <w:rFonts w:ascii="Arial" w:hAnsi="Arial" w:cs="Arial"/>
          <w:color w:val="222222"/>
          <w:rtl/>
        </w:rPr>
        <w:t xml:space="preserve">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بار </w:t>
      </w:r>
      <w:proofErr w:type="spellStart"/>
      <w:r w:rsidRPr="00DC1978">
        <w:rPr>
          <w:rFonts w:ascii="Arial" w:hAnsi="Arial" w:cs="Arial"/>
          <w:color w:val="222222"/>
          <w:rtl/>
        </w:rPr>
        <w:t>باکتریایی</w:t>
      </w:r>
      <w:proofErr w:type="spellEnd"/>
      <w:r w:rsidRPr="00DC1978">
        <w:rPr>
          <w:rFonts w:ascii="Arial" w:hAnsi="Arial" w:cs="Arial"/>
          <w:color w:val="222222"/>
          <w:rtl/>
        </w:rPr>
        <w:t xml:space="preserve"> و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w:t>
      </w:r>
      <w:proofErr w:type="spellStart"/>
      <w:r w:rsidRPr="00DC1978">
        <w:rPr>
          <w:rFonts w:ascii="Arial" w:hAnsi="Arial" w:cs="Arial"/>
          <w:color w:val="222222"/>
          <w:rtl/>
        </w:rPr>
        <w:t>دیسبیوزیس</w:t>
      </w:r>
      <w:proofErr w:type="spellEnd"/>
      <w:r w:rsidRPr="00DC1978">
        <w:rPr>
          <w:rFonts w:ascii="Arial" w:hAnsi="Arial" w:cs="Arial"/>
          <w:color w:val="222222"/>
          <w:rtl/>
        </w:rPr>
        <w:t xml:space="preserve"> به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علائم منجر شود (1،6).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ویژگی</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را به </w:t>
      </w:r>
      <w:proofErr w:type="spellStart"/>
      <w:r w:rsidRPr="00DC1978">
        <w:rPr>
          <w:rFonts w:ascii="Arial" w:hAnsi="Arial" w:cs="Arial"/>
          <w:color w:val="222222"/>
          <w:rtl/>
        </w:rPr>
        <w:t>یکی</w:t>
      </w:r>
      <w:proofErr w:type="spellEnd"/>
      <w:r w:rsidRPr="00DC1978">
        <w:rPr>
          <w:rFonts w:ascii="Arial" w:hAnsi="Arial" w:cs="Arial"/>
          <w:color w:val="222222"/>
          <w:rtl/>
        </w:rPr>
        <w:t xml:space="preserve"> از </w:t>
      </w:r>
      <w:proofErr w:type="spellStart"/>
      <w:r w:rsidRPr="00DC1978">
        <w:rPr>
          <w:rFonts w:ascii="Arial" w:hAnsi="Arial" w:cs="Arial"/>
          <w:color w:val="222222"/>
          <w:rtl/>
        </w:rPr>
        <w:t>گزینه‌های</w:t>
      </w:r>
      <w:proofErr w:type="spellEnd"/>
      <w:r w:rsidRPr="00DC1978">
        <w:rPr>
          <w:rFonts w:ascii="Arial" w:hAnsi="Arial" w:cs="Arial"/>
          <w:color w:val="222222"/>
          <w:rtl/>
        </w:rPr>
        <w:t xml:space="preserve">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w:t>
      </w:r>
      <w:proofErr w:type="spellStart"/>
      <w:r w:rsidRPr="00DC1978">
        <w:rPr>
          <w:rFonts w:ascii="Arial" w:hAnsi="Arial" w:cs="Arial"/>
          <w:color w:val="222222"/>
          <w:rtl/>
        </w:rPr>
        <w:t>نوین</w:t>
      </w:r>
      <w:proofErr w:type="spellEnd"/>
      <w:r w:rsidRPr="00DC1978">
        <w:rPr>
          <w:rFonts w:ascii="Arial" w:hAnsi="Arial" w:cs="Arial"/>
          <w:color w:val="222222"/>
          <w:rtl/>
        </w:rPr>
        <w:t xml:space="preserve"> </w:t>
      </w:r>
      <w:proofErr w:type="gramStart"/>
      <w:r w:rsidRPr="00DC1978">
        <w:rPr>
          <w:rFonts w:ascii="Arial" w:hAnsi="Arial" w:cs="Arial"/>
          <w:color w:val="222222"/>
          <w:rtl/>
        </w:rPr>
        <w:t>و قابل</w:t>
      </w:r>
      <w:proofErr w:type="gramEnd"/>
      <w:r w:rsidRPr="00DC1978">
        <w:rPr>
          <w:rFonts w:ascii="Arial" w:hAnsi="Arial" w:cs="Arial"/>
          <w:color w:val="222222"/>
          <w:rtl/>
        </w:rPr>
        <w:t xml:space="preserve"> اعتماد در </w:t>
      </w:r>
      <w:proofErr w:type="spellStart"/>
      <w:r w:rsidRPr="00DC1978">
        <w:rPr>
          <w:rFonts w:ascii="Arial" w:hAnsi="Arial" w:cs="Arial"/>
          <w:color w:val="222222"/>
          <w:rtl/>
        </w:rPr>
        <w:t>مدیریت</w:t>
      </w:r>
      <w:proofErr w:type="spellEnd"/>
      <w:r w:rsidRPr="00DC1978">
        <w:rPr>
          <w:rFonts w:ascii="Arial" w:hAnsi="Arial" w:cs="Arial"/>
          <w:color w:val="222222"/>
          <w:rtl/>
        </w:rPr>
        <w:t xml:space="preserve">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تبدیل</w:t>
      </w:r>
      <w:proofErr w:type="spellEnd"/>
      <w:r w:rsidRPr="00DC1978">
        <w:rPr>
          <w:rFonts w:ascii="Arial" w:hAnsi="Arial" w:cs="Arial"/>
          <w:color w:val="222222"/>
          <w:rtl/>
        </w:rPr>
        <w:t xml:space="preserve"> </w:t>
      </w:r>
      <w:proofErr w:type="spellStart"/>
      <w:r w:rsidRPr="00DC1978">
        <w:rPr>
          <w:rFonts w:ascii="Arial" w:hAnsi="Arial" w:cs="Arial"/>
          <w:color w:val="222222"/>
          <w:rtl/>
        </w:rPr>
        <w:t>کرده</w:t>
      </w:r>
      <w:proofErr w:type="spellEnd"/>
      <w:r w:rsidRPr="00DC1978">
        <w:rPr>
          <w:rFonts w:ascii="Arial" w:hAnsi="Arial" w:cs="Arial"/>
          <w:color w:val="222222"/>
          <w:rtl/>
        </w:rPr>
        <w:t xml:space="preserve"> است.</w:t>
      </w:r>
    </w:p>
    <w:p w:rsidR="00A477ED" w:rsidRPr="00DC1978" w:rsidRDefault="00A477ED" w:rsidP="00A477ED">
      <w:pPr>
        <w:pStyle w:val="NormalWeb"/>
        <w:bidi/>
        <w:rPr>
          <w:rFonts w:ascii="Arial" w:hAnsi="Arial" w:cs="Arial"/>
          <w:color w:val="222222"/>
          <w:rtl/>
        </w:rPr>
      </w:pPr>
      <w:r w:rsidRPr="00DC1978">
        <w:rPr>
          <w:rFonts w:ascii="Arial" w:hAnsi="Arial" w:cs="Arial"/>
          <w:color w:val="222222"/>
          <w:rtl/>
        </w:rPr>
        <w:t xml:space="preserve">از نظر </w:t>
      </w:r>
      <w:proofErr w:type="spellStart"/>
      <w:r w:rsidRPr="00DC1978">
        <w:rPr>
          <w:rFonts w:ascii="Arial" w:hAnsi="Arial" w:cs="Arial"/>
          <w:color w:val="222222"/>
          <w:rtl/>
        </w:rPr>
        <w:t>ایمنی</w:t>
      </w:r>
      <w:proofErr w:type="spellEnd"/>
      <w:r w:rsidRPr="00DC1978">
        <w:rPr>
          <w:rFonts w:ascii="Arial" w:hAnsi="Arial" w:cs="Arial"/>
          <w:color w:val="222222"/>
          <w:rtl/>
        </w:rPr>
        <w:t xml:space="preserve">،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پژوهش</w:t>
      </w:r>
      <w:proofErr w:type="spellEnd"/>
      <w:r w:rsidRPr="00DC1978">
        <w:rPr>
          <w:rFonts w:ascii="Arial" w:hAnsi="Arial" w:cs="Arial"/>
          <w:color w:val="222222"/>
          <w:rtl/>
        </w:rPr>
        <w:t xml:space="preserve"> نشان داد </w:t>
      </w:r>
      <w:proofErr w:type="spellStart"/>
      <w:r w:rsidRPr="00DC1978">
        <w:rPr>
          <w:rFonts w:ascii="Arial" w:hAnsi="Arial" w:cs="Arial"/>
          <w:color w:val="222222"/>
          <w:rtl/>
        </w:rPr>
        <w:t>که</w:t>
      </w:r>
      <w:proofErr w:type="spellEnd"/>
      <w:r w:rsidRPr="00DC1978">
        <w:rPr>
          <w:rFonts w:ascii="Arial" w:hAnsi="Arial" w:cs="Arial"/>
          <w:color w:val="222222"/>
          <w:rtl/>
        </w:rPr>
        <w:t xml:space="preserve"> مصرف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بروز </w:t>
      </w:r>
      <w:proofErr w:type="spellStart"/>
      <w:r w:rsidRPr="00DC1978">
        <w:rPr>
          <w:rFonts w:ascii="Arial" w:hAnsi="Arial" w:cs="Arial"/>
          <w:color w:val="222222"/>
          <w:rtl/>
        </w:rPr>
        <w:t>حداقلی</w:t>
      </w:r>
      <w:proofErr w:type="spellEnd"/>
      <w:r w:rsidRPr="00DC1978">
        <w:rPr>
          <w:rFonts w:ascii="Arial" w:hAnsi="Arial" w:cs="Arial"/>
          <w:color w:val="222222"/>
          <w:rtl/>
        </w:rPr>
        <w:t xml:space="preserve"> عوارض </w:t>
      </w:r>
      <w:proofErr w:type="spellStart"/>
      <w:r w:rsidRPr="00DC1978">
        <w:rPr>
          <w:rFonts w:ascii="Arial" w:hAnsi="Arial" w:cs="Arial"/>
          <w:color w:val="222222"/>
          <w:rtl/>
        </w:rPr>
        <w:t>جانبی</w:t>
      </w:r>
      <w:proofErr w:type="spellEnd"/>
      <w:r w:rsidRPr="00DC1978">
        <w:rPr>
          <w:rFonts w:ascii="Arial" w:hAnsi="Arial" w:cs="Arial"/>
          <w:color w:val="222222"/>
          <w:rtl/>
        </w:rPr>
        <w:t xml:space="preserve"> </w:t>
      </w:r>
      <w:proofErr w:type="spellStart"/>
      <w:r w:rsidRPr="00DC1978">
        <w:rPr>
          <w:rFonts w:ascii="Arial" w:hAnsi="Arial" w:cs="Arial"/>
          <w:color w:val="222222"/>
          <w:rtl/>
        </w:rPr>
        <w:t>همراه</w:t>
      </w:r>
      <w:proofErr w:type="spellEnd"/>
      <w:r w:rsidRPr="00DC1978">
        <w:rPr>
          <w:rFonts w:ascii="Arial" w:hAnsi="Arial" w:cs="Arial"/>
          <w:color w:val="222222"/>
          <w:rtl/>
        </w:rPr>
        <w:t xml:space="preserve"> است </w:t>
      </w:r>
      <w:proofErr w:type="gramStart"/>
      <w:r w:rsidRPr="00DC1978">
        <w:rPr>
          <w:rFonts w:ascii="Arial" w:hAnsi="Arial" w:cs="Arial"/>
          <w:color w:val="222222"/>
          <w:rtl/>
        </w:rPr>
        <w:t xml:space="preserve">و </w:t>
      </w:r>
      <w:proofErr w:type="spellStart"/>
      <w:r w:rsidRPr="00DC1978">
        <w:rPr>
          <w:rFonts w:ascii="Arial" w:hAnsi="Arial" w:cs="Arial"/>
          <w:color w:val="222222"/>
          <w:rtl/>
        </w:rPr>
        <w:t>بیماران</w:t>
      </w:r>
      <w:proofErr w:type="spellEnd"/>
      <w:proofErr w:type="gramEnd"/>
      <w:r w:rsidRPr="00DC1978">
        <w:rPr>
          <w:rFonts w:ascii="Arial" w:hAnsi="Arial" w:cs="Arial"/>
          <w:color w:val="222222"/>
          <w:rtl/>
        </w:rPr>
        <w:t xml:space="preserve"> تحمل </w:t>
      </w:r>
      <w:proofErr w:type="spellStart"/>
      <w:r w:rsidRPr="00DC1978">
        <w:rPr>
          <w:rFonts w:ascii="Arial" w:hAnsi="Arial" w:cs="Arial"/>
          <w:color w:val="222222"/>
          <w:rtl/>
        </w:rPr>
        <w:t>خوبی</w:t>
      </w:r>
      <w:proofErr w:type="spellEnd"/>
      <w:r w:rsidRPr="00DC1978">
        <w:rPr>
          <w:rFonts w:ascii="Arial" w:hAnsi="Arial" w:cs="Arial"/>
          <w:color w:val="222222"/>
          <w:rtl/>
        </w:rPr>
        <w:t xml:space="preserve"> نسبت به دارو </w:t>
      </w:r>
      <w:proofErr w:type="spellStart"/>
      <w:r w:rsidRPr="00DC1978">
        <w:rPr>
          <w:rFonts w:ascii="Arial" w:hAnsi="Arial" w:cs="Arial"/>
          <w:color w:val="222222"/>
          <w:rtl/>
        </w:rPr>
        <w:t>داشتند</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یافته</w:t>
      </w:r>
      <w:proofErr w:type="spellEnd"/>
      <w:r w:rsidRPr="00DC1978">
        <w:rPr>
          <w:rFonts w:ascii="Arial" w:hAnsi="Arial" w:cs="Arial"/>
          <w:color w:val="222222"/>
          <w:rtl/>
        </w:rPr>
        <w:t xml:space="preserve"> مطابق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پژوهش‌های</w:t>
      </w:r>
      <w:proofErr w:type="spellEnd"/>
      <w:r w:rsidRPr="00DC1978">
        <w:rPr>
          <w:rFonts w:ascii="Arial" w:hAnsi="Arial" w:cs="Arial"/>
          <w:color w:val="222222"/>
          <w:rtl/>
        </w:rPr>
        <w:t xml:space="preserve"> </w:t>
      </w:r>
      <w:proofErr w:type="spellStart"/>
      <w:r w:rsidRPr="00DC1978">
        <w:rPr>
          <w:rFonts w:ascii="Arial" w:hAnsi="Arial" w:cs="Arial"/>
          <w:color w:val="222222"/>
          <w:rtl/>
        </w:rPr>
        <w:t>قبلی</w:t>
      </w:r>
      <w:proofErr w:type="spellEnd"/>
      <w:r w:rsidRPr="00DC1978">
        <w:rPr>
          <w:rFonts w:ascii="Arial" w:hAnsi="Arial" w:cs="Arial"/>
          <w:color w:val="222222"/>
          <w:rtl/>
        </w:rPr>
        <w:t xml:space="preserve"> است </w:t>
      </w:r>
      <w:proofErr w:type="spellStart"/>
      <w:r w:rsidRPr="00DC1978">
        <w:rPr>
          <w:rFonts w:ascii="Arial" w:hAnsi="Arial" w:cs="Arial"/>
          <w:color w:val="222222"/>
          <w:rtl/>
        </w:rPr>
        <w:t>که</w:t>
      </w:r>
      <w:proofErr w:type="spellEnd"/>
      <w:r w:rsidRPr="00DC1978">
        <w:rPr>
          <w:rFonts w:ascii="Arial" w:hAnsi="Arial" w:cs="Arial"/>
          <w:color w:val="222222"/>
          <w:rtl/>
        </w:rPr>
        <w:t xml:space="preserve"> عوارض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دارو را </w:t>
      </w:r>
      <w:proofErr w:type="spellStart"/>
      <w:r w:rsidRPr="00DC1978">
        <w:rPr>
          <w:rFonts w:ascii="Arial" w:hAnsi="Arial" w:cs="Arial"/>
          <w:color w:val="222222"/>
          <w:rtl/>
        </w:rPr>
        <w:t>خفیف</w:t>
      </w:r>
      <w:proofErr w:type="spellEnd"/>
      <w:r w:rsidRPr="00DC1978">
        <w:rPr>
          <w:rFonts w:ascii="Arial" w:hAnsi="Arial" w:cs="Arial"/>
          <w:color w:val="222222"/>
          <w:rtl/>
        </w:rPr>
        <w:t xml:space="preserve">، </w:t>
      </w:r>
      <w:proofErr w:type="spellStart"/>
      <w:r w:rsidRPr="00DC1978">
        <w:rPr>
          <w:rFonts w:ascii="Arial" w:hAnsi="Arial" w:cs="Arial"/>
          <w:color w:val="222222"/>
          <w:rtl/>
        </w:rPr>
        <w:t>گذرا</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غیرجدی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گزارش</w:t>
      </w:r>
      <w:proofErr w:type="spellEnd"/>
      <w:r w:rsidRPr="00DC1978">
        <w:rPr>
          <w:rFonts w:ascii="Arial" w:hAnsi="Arial" w:cs="Arial"/>
          <w:color w:val="222222"/>
          <w:rtl/>
        </w:rPr>
        <w:t xml:space="preserve"> </w:t>
      </w:r>
      <w:proofErr w:type="spellStart"/>
      <w:r w:rsidRPr="00DC1978">
        <w:rPr>
          <w:rFonts w:ascii="Arial" w:hAnsi="Arial" w:cs="Arial"/>
          <w:color w:val="222222"/>
          <w:rtl/>
        </w:rPr>
        <w:t>کرده‌اند</w:t>
      </w:r>
      <w:proofErr w:type="spellEnd"/>
      <w:r w:rsidRPr="00DC1978">
        <w:rPr>
          <w:rFonts w:ascii="Arial" w:hAnsi="Arial" w:cs="Arial"/>
          <w:color w:val="222222"/>
          <w:rtl/>
        </w:rPr>
        <w:t xml:space="preserve"> (5،15).</w:t>
      </w:r>
    </w:p>
    <w:p w:rsidR="00A477ED" w:rsidRPr="00DC1978" w:rsidRDefault="00A477ED" w:rsidP="00A477ED">
      <w:pPr>
        <w:pStyle w:val="NormalWeb"/>
        <w:bidi/>
        <w:rPr>
          <w:rFonts w:ascii="Arial" w:hAnsi="Arial" w:cs="Arial"/>
          <w:color w:val="222222"/>
          <w:rtl/>
        </w:rPr>
      </w:pPr>
      <w:proofErr w:type="spellStart"/>
      <w:r w:rsidRPr="00DC1978">
        <w:rPr>
          <w:rFonts w:ascii="Arial" w:hAnsi="Arial" w:cs="Arial"/>
          <w:color w:val="222222"/>
          <w:rtl/>
        </w:rPr>
        <w:t>با</w:t>
      </w:r>
      <w:proofErr w:type="spellEnd"/>
      <w:r w:rsidRPr="00DC1978">
        <w:rPr>
          <w:rFonts w:ascii="Arial" w:hAnsi="Arial" w:cs="Arial"/>
          <w:color w:val="222222"/>
          <w:rtl/>
        </w:rPr>
        <w:t xml:space="preserve"> وجود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برخی</w:t>
      </w:r>
      <w:proofErr w:type="spellEnd"/>
      <w:r w:rsidRPr="00DC1978">
        <w:rPr>
          <w:rFonts w:ascii="Arial" w:hAnsi="Arial" w:cs="Arial"/>
          <w:color w:val="222222"/>
          <w:rtl/>
        </w:rPr>
        <w:t xml:space="preserve"> مطالعات </w:t>
      </w:r>
      <w:proofErr w:type="spellStart"/>
      <w:r w:rsidRPr="00DC1978">
        <w:rPr>
          <w:rFonts w:ascii="Arial" w:hAnsi="Arial" w:cs="Arial"/>
          <w:color w:val="222222"/>
          <w:rtl/>
        </w:rPr>
        <w:t>پیشنهاد</w:t>
      </w:r>
      <w:proofErr w:type="spellEnd"/>
      <w:r w:rsidRPr="00DC1978">
        <w:rPr>
          <w:rFonts w:ascii="Arial" w:hAnsi="Arial" w:cs="Arial"/>
          <w:color w:val="222222"/>
          <w:rtl/>
        </w:rPr>
        <w:t xml:space="preserve"> </w:t>
      </w:r>
      <w:proofErr w:type="spellStart"/>
      <w:r w:rsidRPr="00DC1978">
        <w:rPr>
          <w:rFonts w:ascii="Arial" w:hAnsi="Arial" w:cs="Arial"/>
          <w:color w:val="222222"/>
          <w:rtl/>
        </w:rPr>
        <w:t>کرده‌اند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پاسخ</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به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ممکن</w:t>
      </w:r>
      <w:proofErr w:type="spellEnd"/>
      <w:r w:rsidRPr="00DC1978">
        <w:rPr>
          <w:rFonts w:ascii="Arial" w:hAnsi="Arial" w:cs="Arial"/>
          <w:color w:val="222222"/>
          <w:rtl/>
        </w:rPr>
        <w:t xml:space="preserve"> است به </w:t>
      </w:r>
      <w:proofErr w:type="spellStart"/>
      <w:r w:rsidRPr="00DC1978">
        <w:rPr>
          <w:rFonts w:ascii="Arial" w:hAnsi="Arial" w:cs="Arial"/>
          <w:color w:val="222222"/>
          <w:rtl/>
        </w:rPr>
        <w:t>زیرگروه‌های</w:t>
      </w:r>
      <w:proofErr w:type="spellEnd"/>
      <w:r w:rsidRPr="00DC1978">
        <w:rPr>
          <w:rFonts w:ascii="Arial" w:hAnsi="Arial" w:cs="Arial"/>
          <w:color w:val="222222"/>
          <w:rtl/>
        </w:rPr>
        <w:t xml:space="preserve"> </w:t>
      </w:r>
      <w:proofErr w:type="spellStart"/>
      <w:r w:rsidRPr="00DC1978">
        <w:rPr>
          <w:rFonts w:ascii="Arial" w:hAnsi="Arial" w:cs="Arial"/>
          <w:color w:val="222222"/>
          <w:rtl/>
        </w:rPr>
        <w:t>بالینی</w:t>
      </w:r>
      <w:proofErr w:type="spellEnd"/>
      <w:r w:rsidRPr="00DC1978">
        <w:rPr>
          <w:rFonts w:ascii="Arial" w:hAnsi="Arial" w:cs="Arial"/>
          <w:color w:val="222222"/>
          <w:rtl/>
        </w:rPr>
        <w:t xml:space="preserve">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اسهالی</w:t>
      </w:r>
      <w:proofErr w:type="spellEnd"/>
      <w:r w:rsidRPr="00DC1978">
        <w:rPr>
          <w:rFonts w:ascii="Arial" w:hAnsi="Arial" w:cs="Arial"/>
          <w:color w:val="222222"/>
          <w:rtl/>
        </w:rPr>
        <w:t xml:space="preserve">، </w:t>
      </w:r>
      <w:proofErr w:type="spellStart"/>
      <w:r w:rsidRPr="00DC1978">
        <w:rPr>
          <w:rFonts w:ascii="Arial" w:hAnsi="Arial" w:cs="Arial"/>
          <w:color w:val="222222"/>
          <w:rtl/>
        </w:rPr>
        <w:t>یبوستی</w:t>
      </w:r>
      <w:proofErr w:type="spellEnd"/>
      <w:r w:rsidRPr="00DC1978">
        <w:rPr>
          <w:rFonts w:ascii="Arial" w:hAnsi="Arial" w:cs="Arial"/>
          <w:color w:val="222222"/>
          <w:rtl/>
        </w:rPr>
        <w:t xml:space="preserve"> </w:t>
      </w:r>
      <w:proofErr w:type="spellStart"/>
      <w:r w:rsidRPr="00DC1978">
        <w:rPr>
          <w:rFonts w:ascii="Arial" w:hAnsi="Arial" w:cs="Arial"/>
          <w:color w:val="222222"/>
          <w:rtl/>
        </w:rPr>
        <w:t>یا</w:t>
      </w:r>
      <w:proofErr w:type="spellEnd"/>
      <w:r w:rsidRPr="00DC1978">
        <w:rPr>
          <w:rFonts w:ascii="Arial" w:hAnsi="Arial" w:cs="Arial"/>
          <w:color w:val="222222"/>
          <w:rtl/>
        </w:rPr>
        <w:t xml:space="preserve"> مخلوط) </w:t>
      </w:r>
      <w:proofErr w:type="gramStart"/>
      <w:r w:rsidRPr="00DC1978">
        <w:rPr>
          <w:rFonts w:ascii="Arial" w:hAnsi="Arial" w:cs="Arial"/>
          <w:color w:val="222222"/>
          <w:rtl/>
        </w:rPr>
        <w:t xml:space="preserve">و </w:t>
      </w:r>
      <w:proofErr w:type="spellStart"/>
      <w:r w:rsidRPr="00DC1978">
        <w:rPr>
          <w:rFonts w:ascii="Arial" w:hAnsi="Arial" w:cs="Arial"/>
          <w:color w:val="222222"/>
          <w:rtl/>
        </w:rPr>
        <w:t>نیز</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وضعیت</w:t>
      </w:r>
      <w:proofErr w:type="spellEnd"/>
      <w:r w:rsidRPr="00DC1978">
        <w:rPr>
          <w:rFonts w:ascii="Arial" w:hAnsi="Arial" w:cs="Arial"/>
          <w:color w:val="222222"/>
          <w:rtl/>
        </w:rPr>
        <w:t xml:space="preserve"> </w:t>
      </w:r>
      <w:proofErr w:type="spellStart"/>
      <w:r w:rsidRPr="00DC1978">
        <w:rPr>
          <w:rFonts w:ascii="Arial" w:hAnsi="Arial" w:cs="Arial"/>
          <w:color w:val="222222"/>
          <w:rtl/>
        </w:rPr>
        <w:t>میکروبیوتای</w:t>
      </w:r>
      <w:proofErr w:type="spellEnd"/>
      <w:r w:rsidRPr="00DC1978">
        <w:rPr>
          <w:rFonts w:ascii="Arial" w:hAnsi="Arial" w:cs="Arial"/>
          <w:color w:val="222222"/>
          <w:rtl/>
        </w:rPr>
        <w:t xml:space="preserve"> </w:t>
      </w:r>
      <w:proofErr w:type="spellStart"/>
      <w:r w:rsidRPr="00DC1978">
        <w:rPr>
          <w:rFonts w:ascii="Arial" w:hAnsi="Arial" w:cs="Arial"/>
          <w:color w:val="222222"/>
          <w:rtl/>
        </w:rPr>
        <w:t>پایه</w:t>
      </w:r>
      <w:proofErr w:type="spellEnd"/>
      <w:r w:rsidRPr="00DC1978">
        <w:rPr>
          <w:rFonts w:ascii="Arial" w:hAnsi="Arial" w:cs="Arial"/>
          <w:color w:val="222222"/>
          <w:rtl/>
        </w:rPr>
        <w:t xml:space="preserve"> </w:t>
      </w:r>
      <w:proofErr w:type="spellStart"/>
      <w:r w:rsidRPr="00DC1978">
        <w:rPr>
          <w:rFonts w:ascii="Arial" w:hAnsi="Arial" w:cs="Arial"/>
          <w:color w:val="222222"/>
          <w:rtl/>
        </w:rPr>
        <w:t>بستگی</w:t>
      </w:r>
      <w:proofErr w:type="spellEnd"/>
      <w:r w:rsidRPr="00DC1978">
        <w:rPr>
          <w:rFonts w:ascii="Arial" w:hAnsi="Arial" w:cs="Arial"/>
          <w:color w:val="222222"/>
          <w:rtl/>
        </w:rPr>
        <w:t xml:space="preserve"> داشته باشد (16). </w:t>
      </w:r>
      <w:proofErr w:type="spellStart"/>
      <w:r w:rsidRPr="00DC1978">
        <w:rPr>
          <w:rFonts w:ascii="Arial" w:hAnsi="Arial" w:cs="Arial"/>
          <w:color w:val="222222"/>
          <w:rtl/>
        </w:rPr>
        <w:t>بنابراین</w:t>
      </w:r>
      <w:proofErr w:type="spellEnd"/>
      <w:r w:rsidRPr="00DC1978">
        <w:rPr>
          <w:rFonts w:ascii="Arial" w:hAnsi="Arial" w:cs="Arial"/>
          <w:color w:val="222222"/>
          <w:rtl/>
        </w:rPr>
        <w:t xml:space="preserve">، انتخاب </w:t>
      </w:r>
      <w:proofErr w:type="spellStart"/>
      <w:r w:rsidRPr="00DC1978">
        <w:rPr>
          <w:rFonts w:ascii="Arial" w:hAnsi="Arial" w:cs="Arial"/>
          <w:color w:val="222222"/>
          <w:rtl/>
        </w:rPr>
        <w:t>بیمار</w:t>
      </w:r>
      <w:proofErr w:type="spellEnd"/>
      <w:r w:rsidRPr="00DC1978">
        <w:rPr>
          <w:rFonts w:ascii="Arial" w:hAnsi="Arial" w:cs="Arial"/>
          <w:color w:val="222222"/>
          <w:rtl/>
        </w:rPr>
        <w:t xml:space="preserve"> مناسب </w:t>
      </w:r>
      <w:proofErr w:type="gramStart"/>
      <w:r w:rsidRPr="00DC1978">
        <w:rPr>
          <w:rFonts w:ascii="Arial" w:hAnsi="Arial" w:cs="Arial"/>
          <w:color w:val="222222"/>
          <w:rtl/>
        </w:rPr>
        <w:t xml:space="preserve">و </w:t>
      </w:r>
      <w:proofErr w:type="spellStart"/>
      <w:r w:rsidRPr="00DC1978">
        <w:rPr>
          <w:rFonts w:ascii="Arial" w:hAnsi="Arial" w:cs="Arial"/>
          <w:color w:val="222222"/>
          <w:rtl/>
        </w:rPr>
        <w:t>شناسایی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ویژگی‌های</w:t>
      </w:r>
      <w:proofErr w:type="spellEnd"/>
      <w:r w:rsidRPr="00DC1978">
        <w:rPr>
          <w:rFonts w:ascii="Arial" w:hAnsi="Arial" w:cs="Arial"/>
          <w:color w:val="222222"/>
          <w:rtl/>
        </w:rPr>
        <w:t xml:space="preserve"> </w:t>
      </w:r>
      <w:proofErr w:type="spellStart"/>
      <w:r w:rsidRPr="00DC1978">
        <w:rPr>
          <w:rFonts w:ascii="Arial" w:hAnsi="Arial" w:cs="Arial"/>
          <w:color w:val="222222"/>
          <w:rtl/>
        </w:rPr>
        <w:t>پیش‌بینی‌کننده</w:t>
      </w:r>
      <w:proofErr w:type="spellEnd"/>
      <w:r w:rsidRPr="00DC1978">
        <w:rPr>
          <w:rFonts w:ascii="Arial" w:hAnsi="Arial" w:cs="Arial"/>
          <w:color w:val="222222"/>
          <w:rtl/>
        </w:rPr>
        <w:t xml:space="preserve"> </w:t>
      </w:r>
      <w:proofErr w:type="spellStart"/>
      <w:r w:rsidRPr="00DC1978">
        <w:rPr>
          <w:rFonts w:ascii="Arial" w:hAnsi="Arial" w:cs="Arial"/>
          <w:color w:val="222222"/>
          <w:rtl/>
        </w:rPr>
        <w:t>پاسخ</w:t>
      </w:r>
      <w:proofErr w:type="spellEnd"/>
      <w:r w:rsidRPr="00DC1978">
        <w:rPr>
          <w:rFonts w:ascii="Arial" w:hAnsi="Arial" w:cs="Arial"/>
          <w:color w:val="222222"/>
          <w:rtl/>
        </w:rPr>
        <w:t xml:space="preserve">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w:t>
      </w:r>
      <w:proofErr w:type="spellStart"/>
      <w:r w:rsidRPr="00DC1978">
        <w:rPr>
          <w:rFonts w:ascii="Arial" w:hAnsi="Arial" w:cs="Arial"/>
          <w:color w:val="222222"/>
          <w:rtl/>
        </w:rPr>
        <w:t>اثربخشی</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دارو را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w:t>
      </w:r>
      <w:proofErr w:type="spellStart"/>
      <w:r w:rsidRPr="00DC1978">
        <w:rPr>
          <w:rFonts w:ascii="Arial" w:hAnsi="Arial" w:cs="Arial"/>
          <w:color w:val="222222"/>
          <w:rtl/>
        </w:rPr>
        <w:t>بخشد</w:t>
      </w:r>
      <w:proofErr w:type="spellEnd"/>
      <w:r w:rsidRPr="00DC1978">
        <w:rPr>
          <w:rFonts w:ascii="Arial" w:hAnsi="Arial" w:cs="Arial"/>
          <w:color w:val="222222"/>
          <w:rtl/>
        </w:rPr>
        <w:t>.</w:t>
      </w:r>
    </w:p>
    <w:p w:rsidR="00A477ED" w:rsidRPr="00DC1978" w:rsidRDefault="00A477ED" w:rsidP="00A477ED">
      <w:pPr>
        <w:pStyle w:val="NormalWeb"/>
        <w:bidi/>
        <w:rPr>
          <w:rFonts w:ascii="Arial" w:hAnsi="Arial" w:cs="Arial"/>
          <w:color w:val="222222"/>
          <w:rtl/>
        </w:rPr>
      </w:pPr>
      <w:r w:rsidRPr="00DC1978">
        <w:rPr>
          <w:rFonts w:ascii="Arial" w:hAnsi="Arial" w:cs="Arial"/>
          <w:color w:val="222222"/>
          <w:rtl/>
        </w:rPr>
        <w:t xml:space="preserve">به طور </w:t>
      </w:r>
      <w:proofErr w:type="spellStart"/>
      <w:r w:rsidRPr="00DC1978">
        <w:rPr>
          <w:rFonts w:ascii="Arial" w:hAnsi="Arial" w:cs="Arial"/>
          <w:color w:val="222222"/>
          <w:rtl/>
        </w:rPr>
        <w:t>کلی</w:t>
      </w:r>
      <w:proofErr w:type="spellEnd"/>
      <w:r w:rsidRPr="00DC1978">
        <w:rPr>
          <w:rFonts w:ascii="Arial" w:hAnsi="Arial" w:cs="Arial"/>
          <w:color w:val="222222"/>
          <w:rtl/>
        </w:rPr>
        <w:t xml:space="preserve">،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مطالعه حاضر نشان </w:t>
      </w:r>
      <w:proofErr w:type="spellStart"/>
      <w:r w:rsidRPr="00DC1978">
        <w:rPr>
          <w:rFonts w:ascii="Arial" w:hAnsi="Arial" w:cs="Arial"/>
          <w:color w:val="222222"/>
          <w:rtl/>
        </w:rPr>
        <w:t>می‌دهد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نسبت به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کلیدی</w:t>
      </w:r>
      <w:proofErr w:type="spellEnd"/>
      <w:r w:rsidRPr="00DC1978">
        <w:rPr>
          <w:rFonts w:ascii="Arial" w:hAnsi="Arial" w:cs="Arial"/>
          <w:color w:val="222222"/>
          <w:rtl/>
        </w:rPr>
        <w:t xml:space="preserve"> </w:t>
      </w:r>
      <w:r w:rsidRPr="00DC1978">
        <w:rPr>
          <w:rFonts w:ascii="Arial" w:hAnsi="Arial" w:cs="Arial"/>
          <w:color w:val="222222"/>
        </w:rPr>
        <w:t>IBS</w:t>
      </w:r>
      <w:r w:rsidRPr="00DC1978">
        <w:rPr>
          <w:rFonts w:ascii="Arial" w:hAnsi="Arial" w:cs="Arial"/>
          <w:color w:val="222222"/>
          <w:rtl/>
        </w:rPr>
        <w:t xml:space="preserve"> از جمله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نفخ </w:t>
      </w:r>
      <w:proofErr w:type="gramStart"/>
      <w:r w:rsidRPr="00DC1978">
        <w:rPr>
          <w:rFonts w:ascii="Arial" w:hAnsi="Arial" w:cs="Arial"/>
          <w:color w:val="222222"/>
          <w:rtl/>
        </w:rPr>
        <w:t>و اتساع</w:t>
      </w:r>
      <w:proofErr w:type="gramEnd"/>
      <w:r w:rsidRPr="00DC1978">
        <w:rPr>
          <w:rFonts w:ascii="Arial" w:hAnsi="Arial" w:cs="Arial"/>
          <w:color w:val="222222"/>
          <w:rtl/>
        </w:rPr>
        <w:t xml:space="preserve"> </w:t>
      </w:r>
      <w:proofErr w:type="spellStart"/>
      <w:r w:rsidRPr="00DC1978">
        <w:rPr>
          <w:rFonts w:ascii="Arial" w:hAnsi="Arial" w:cs="Arial"/>
          <w:color w:val="222222"/>
          <w:rtl/>
        </w:rPr>
        <w:t>شکم</w:t>
      </w:r>
      <w:proofErr w:type="spellEnd"/>
      <w:r w:rsidRPr="00DC1978">
        <w:rPr>
          <w:rFonts w:ascii="Arial" w:hAnsi="Arial" w:cs="Arial"/>
          <w:color w:val="222222"/>
          <w:rtl/>
        </w:rPr>
        <w:t xml:space="preserve"> </w:t>
      </w:r>
      <w:proofErr w:type="spellStart"/>
      <w:r w:rsidRPr="00DC1978">
        <w:rPr>
          <w:rFonts w:ascii="Arial" w:hAnsi="Arial" w:cs="Arial"/>
          <w:color w:val="222222"/>
          <w:rtl/>
        </w:rPr>
        <w:t>مؤثرتر</w:t>
      </w:r>
      <w:proofErr w:type="spellEnd"/>
      <w:r w:rsidRPr="00DC1978">
        <w:rPr>
          <w:rFonts w:ascii="Arial" w:hAnsi="Arial" w:cs="Arial"/>
          <w:color w:val="222222"/>
          <w:rtl/>
        </w:rPr>
        <w:t xml:space="preserve"> است.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حال، در مورد </w:t>
      </w:r>
      <w:proofErr w:type="spellStart"/>
      <w:r w:rsidRPr="00DC1978">
        <w:rPr>
          <w:rFonts w:ascii="Arial" w:hAnsi="Arial" w:cs="Arial"/>
          <w:color w:val="222222"/>
          <w:rtl/>
        </w:rPr>
        <w:t>علائمی</w:t>
      </w:r>
      <w:proofErr w:type="spellEnd"/>
      <w:r w:rsidRPr="00DC1978">
        <w:rPr>
          <w:rFonts w:ascii="Arial" w:hAnsi="Arial" w:cs="Arial"/>
          <w:color w:val="222222"/>
          <w:rtl/>
        </w:rPr>
        <w:t xml:space="preserve"> </w:t>
      </w:r>
      <w:proofErr w:type="spellStart"/>
      <w:r w:rsidRPr="00DC1978">
        <w:rPr>
          <w:rFonts w:ascii="Arial" w:hAnsi="Arial" w:cs="Arial"/>
          <w:color w:val="222222"/>
          <w:rtl/>
        </w:rPr>
        <w:t>چون</w:t>
      </w:r>
      <w:proofErr w:type="spellEnd"/>
      <w:r w:rsidRPr="00DC1978">
        <w:rPr>
          <w:rFonts w:ascii="Arial" w:hAnsi="Arial" w:cs="Arial"/>
          <w:color w:val="222222"/>
          <w:rtl/>
        </w:rPr>
        <w:t xml:space="preserve"> تهوع </w:t>
      </w:r>
      <w:proofErr w:type="gramStart"/>
      <w:r w:rsidRPr="00DC1978">
        <w:rPr>
          <w:rFonts w:ascii="Arial" w:hAnsi="Arial" w:cs="Arial"/>
          <w:color w:val="222222"/>
          <w:rtl/>
        </w:rPr>
        <w:t>و استفراغ</w:t>
      </w:r>
      <w:proofErr w:type="gramEnd"/>
      <w:r w:rsidRPr="00DC1978">
        <w:rPr>
          <w:rFonts w:ascii="Arial" w:hAnsi="Arial" w:cs="Arial"/>
          <w:color w:val="222222"/>
          <w:rtl/>
        </w:rPr>
        <w:t xml:space="preserve"> تفاوت قابل </w:t>
      </w:r>
      <w:proofErr w:type="spellStart"/>
      <w:r w:rsidRPr="00DC1978">
        <w:rPr>
          <w:rFonts w:ascii="Arial" w:hAnsi="Arial" w:cs="Arial"/>
          <w:color w:val="222222"/>
          <w:rtl/>
        </w:rPr>
        <w:t>ملاحظه‌ای</w:t>
      </w:r>
      <w:proofErr w:type="spellEnd"/>
      <w:r w:rsidRPr="00DC1978">
        <w:rPr>
          <w:rFonts w:ascii="Arial" w:hAnsi="Arial" w:cs="Arial"/>
          <w:color w:val="222222"/>
          <w:rtl/>
        </w:rPr>
        <w:t xml:space="preserve"> مشاهده نشد،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ممکن</w:t>
      </w:r>
      <w:proofErr w:type="spellEnd"/>
      <w:r w:rsidRPr="00DC1978">
        <w:rPr>
          <w:rFonts w:ascii="Arial" w:hAnsi="Arial" w:cs="Arial"/>
          <w:color w:val="222222"/>
          <w:rtl/>
        </w:rPr>
        <w:t xml:space="preserve"> است به تفاوت </w:t>
      </w:r>
      <w:proofErr w:type="spellStart"/>
      <w:r w:rsidRPr="00DC1978">
        <w:rPr>
          <w:rFonts w:ascii="Arial" w:hAnsi="Arial" w:cs="Arial"/>
          <w:color w:val="222222"/>
          <w:rtl/>
        </w:rPr>
        <w:t>مکانیسم‌های</w:t>
      </w:r>
      <w:proofErr w:type="spellEnd"/>
      <w:r w:rsidRPr="00DC1978">
        <w:rPr>
          <w:rFonts w:ascii="Arial" w:hAnsi="Arial" w:cs="Arial"/>
          <w:color w:val="222222"/>
          <w:rtl/>
        </w:rPr>
        <w:t xml:space="preserve"> </w:t>
      </w:r>
      <w:proofErr w:type="spellStart"/>
      <w:r w:rsidRPr="00DC1978">
        <w:rPr>
          <w:rFonts w:ascii="Arial" w:hAnsi="Arial" w:cs="Arial"/>
          <w:color w:val="222222"/>
          <w:rtl/>
        </w:rPr>
        <w:t>فیزیولوژیک</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علائم مرتبط باشد.</w:t>
      </w:r>
    </w:p>
    <w:p w:rsidR="00A477ED" w:rsidRPr="00DC1978" w:rsidRDefault="00A477ED" w:rsidP="00A477ED">
      <w:pPr>
        <w:pStyle w:val="NormalWeb"/>
        <w:bidi/>
        <w:rPr>
          <w:rFonts w:ascii="Arial" w:hAnsi="Arial" w:cs="Arial"/>
          <w:color w:val="222222"/>
          <w:rtl/>
        </w:rPr>
      </w:pPr>
      <w:proofErr w:type="spellStart"/>
      <w:r w:rsidRPr="00DC1978">
        <w:rPr>
          <w:rFonts w:ascii="Arial" w:hAnsi="Arial" w:cs="Arial"/>
          <w:color w:val="222222"/>
          <w:rtl/>
        </w:rPr>
        <w:t>محدودیت‌های</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پژوهش</w:t>
      </w:r>
      <w:proofErr w:type="spellEnd"/>
      <w:r w:rsidRPr="00DC1978">
        <w:rPr>
          <w:rFonts w:ascii="Arial" w:hAnsi="Arial" w:cs="Arial"/>
          <w:color w:val="222222"/>
          <w:rtl/>
        </w:rPr>
        <w:t xml:space="preserve"> شامل </w:t>
      </w:r>
      <w:proofErr w:type="spellStart"/>
      <w:r w:rsidRPr="00DC1978">
        <w:rPr>
          <w:rFonts w:ascii="Arial" w:hAnsi="Arial" w:cs="Arial"/>
          <w:color w:val="222222"/>
          <w:rtl/>
        </w:rPr>
        <w:t>اندازه</w:t>
      </w:r>
      <w:proofErr w:type="spellEnd"/>
      <w:r w:rsidRPr="00DC1978">
        <w:rPr>
          <w:rFonts w:ascii="Arial" w:hAnsi="Arial" w:cs="Arial"/>
          <w:color w:val="222222"/>
          <w:rtl/>
        </w:rPr>
        <w:t xml:space="preserve"> نمونه محدود، مدت </w:t>
      </w:r>
      <w:proofErr w:type="spellStart"/>
      <w:r w:rsidRPr="00DC1978">
        <w:rPr>
          <w:rFonts w:ascii="Arial" w:hAnsi="Arial" w:cs="Arial"/>
          <w:color w:val="222222"/>
          <w:rtl/>
        </w:rPr>
        <w:t>پیگیری</w:t>
      </w:r>
      <w:proofErr w:type="spellEnd"/>
      <w:r w:rsidRPr="00DC1978">
        <w:rPr>
          <w:rFonts w:ascii="Arial" w:hAnsi="Arial" w:cs="Arial"/>
          <w:color w:val="222222"/>
          <w:rtl/>
        </w:rPr>
        <w:t xml:space="preserve"> نسبتاً </w:t>
      </w:r>
      <w:proofErr w:type="spellStart"/>
      <w:r w:rsidRPr="00DC1978">
        <w:rPr>
          <w:rFonts w:ascii="Arial" w:hAnsi="Arial" w:cs="Arial"/>
          <w:color w:val="222222"/>
          <w:rtl/>
        </w:rPr>
        <w:t>کوتاه</w:t>
      </w:r>
      <w:proofErr w:type="spellEnd"/>
      <w:r w:rsidRPr="00DC1978">
        <w:rPr>
          <w:rFonts w:ascii="Arial" w:hAnsi="Arial" w:cs="Arial"/>
          <w:color w:val="222222"/>
          <w:rtl/>
        </w:rPr>
        <w:t xml:space="preserve"> </w:t>
      </w:r>
      <w:proofErr w:type="gramStart"/>
      <w:r w:rsidRPr="00DC1978">
        <w:rPr>
          <w:rFonts w:ascii="Arial" w:hAnsi="Arial" w:cs="Arial"/>
          <w:color w:val="222222"/>
          <w:rtl/>
        </w:rPr>
        <w:t>و عدم</w:t>
      </w:r>
      <w:proofErr w:type="gramEnd"/>
      <w:r w:rsidRPr="00DC1978">
        <w:rPr>
          <w:rFonts w:ascii="Arial" w:hAnsi="Arial" w:cs="Arial"/>
          <w:color w:val="222222"/>
          <w:rtl/>
        </w:rPr>
        <w:t xml:space="preserve"> </w:t>
      </w:r>
      <w:proofErr w:type="spellStart"/>
      <w:r w:rsidRPr="00DC1978">
        <w:rPr>
          <w:rFonts w:ascii="Arial" w:hAnsi="Arial" w:cs="Arial"/>
          <w:color w:val="222222"/>
          <w:rtl/>
        </w:rPr>
        <w:t>بررسی</w:t>
      </w:r>
      <w:proofErr w:type="spellEnd"/>
      <w:r w:rsidRPr="00DC1978">
        <w:rPr>
          <w:rFonts w:ascii="Arial" w:hAnsi="Arial" w:cs="Arial"/>
          <w:color w:val="222222"/>
          <w:rtl/>
        </w:rPr>
        <w:t xml:space="preserve"> </w:t>
      </w:r>
      <w:proofErr w:type="spellStart"/>
      <w:r w:rsidRPr="00DC1978">
        <w:rPr>
          <w:rFonts w:ascii="Arial" w:hAnsi="Arial" w:cs="Arial"/>
          <w:color w:val="222222"/>
          <w:rtl/>
        </w:rPr>
        <w:t>زیرگروه‌های</w:t>
      </w:r>
      <w:proofErr w:type="spellEnd"/>
      <w:r w:rsidRPr="00DC1978">
        <w:rPr>
          <w:rFonts w:ascii="Arial" w:hAnsi="Arial" w:cs="Arial"/>
          <w:color w:val="222222"/>
          <w:rtl/>
        </w:rPr>
        <w:t xml:space="preserve"> مختلف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می‌باشد</w:t>
      </w:r>
      <w:proofErr w:type="spellEnd"/>
      <w:r w:rsidRPr="00DC1978">
        <w:rPr>
          <w:rFonts w:ascii="Arial" w:hAnsi="Arial" w:cs="Arial"/>
          <w:color w:val="222222"/>
          <w:rtl/>
        </w:rPr>
        <w:t xml:space="preserve">. انجام مطالعات </w:t>
      </w:r>
      <w:proofErr w:type="spellStart"/>
      <w:r w:rsidRPr="00DC1978">
        <w:rPr>
          <w:rFonts w:ascii="Arial" w:hAnsi="Arial" w:cs="Arial"/>
          <w:color w:val="222222"/>
          <w:rtl/>
        </w:rPr>
        <w:t>چندمرکزی</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حجم نمونه </w:t>
      </w:r>
      <w:proofErr w:type="spellStart"/>
      <w:r w:rsidRPr="00DC1978">
        <w:rPr>
          <w:rFonts w:ascii="Arial" w:hAnsi="Arial" w:cs="Arial"/>
          <w:color w:val="222222"/>
          <w:rtl/>
        </w:rPr>
        <w:t>بیشتر</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پیگیری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بلندمدت</w:t>
      </w:r>
      <w:proofErr w:type="spell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دقیق‌تر</w:t>
      </w:r>
      <w:proofErr w:type="spellEnd"/>
      <w:r w:rsidRPr="00DC1978">
        <w:rPr>
          <w:rFonts w:ascii="Arial" w:hAnsi="Arial" w:cs="Arial"/>
          <w:color w:val="222222"/>
          <w:rtl/>
        </w:rPr>
        <w:t xml:space="preserve"> و قابل </w:t>
      </w:r>
      <w:proofErr w:type="spellStart"/>
      <w:r w:rsidRPr="00DC1978">
        <w:rPr>
          <w:rFonts w:ascii="Arial" w:hAnsi="Arial" w:cs="Arial"/>
          <w:color w:val="222222"/>
          <w:rtl/>
        </w:rPr>
        <w:t>تعمیم‌تری</w:t>
      </w:r>
      <w:proofErr w:type="spellEnd"/>
      <w:r w:rsidRPr="00DC1978">
        <w:rPr>
          <w:rFonts w:ascii="Arial" w:hAnsi="Arial" w:cs="Arial"/>
          <w:color w:val="222222"/>
          <w:rtl/>
        </w:rPr>
        <w:t xml:space="preserve"> </w:t>
      </w:r>
      <w:proofErr w:type="spellStart"/>
      <w:r w:rsidRPr="00DC1978">
        <w:rPr>
          <w:rFonts w:ascii="Arial" w:hAnsi="Arial" w:cs="Arial"/>
          <w:color w:val="222222"/>
          <w:rtl/>
        </w:rPr>
        <w:t>ارائه</w:t>
      </w:r>
      <w:proofErr w:type="spellEnd"/>
      <w:r w:rsidRPr="00DC1978">
        <w:rPr>
          <w:rFonts w:ascii="Arial" w:hAnsi="Arial" w:cs="Arial"/>
          <w:color w:val="222222"/>
          <w:rtl/>
        </w:rPr>
        <w:t xml:space="preserve"> </w:t>
      </w:r>
      <w:proofErr w:type="spellStart"/>
      <w:r w:rsidRPr="00DC1978">
        <w:rPr>
          <w:rFonts w:ascii="Arial" w:hAnsi="Arial" w:cs="Arial"/>
          <w:color w:val="222222"/>
          <w:rtl/>
        </w:rPr>
        <w:t>کند</w:t>
      </w:r>
      <w:proofErr w:type="spellEnd"/>
      <w:r w:rsidRPr="00DC1978">
        <w:rPr>
          <w:rFonts w:ascii="Arial" w:hAnsi="Arial" w:cs="Arial"/>
          <w:color w:val="222222"/>
          <w:rtl/>
        </w:rPr>
        <w:t>.</w:t>
      </w:r>
    </w:p>
    <w:p w:rsidR="00800A6D" w:rsidRPr="00DC1978" w:rsidRDefault="00A477ED" w:rsidP="00A477ED">
      <w:pPr>
        <w:pStyle w:val="NormalWeb"/>
        <w:bidi/>
        <w:rPr>
          <w:rFonts w:cs="B Nazanin"/>
          <w:rtl/>
        </w:rPr>
      </w:pPr>
      <w:r w:rsidRPr="00DC1978">
        <w:rPr>
          <w:rFonts w:ascii="Arial" w:hAnsi="Arial" w:cs="Arial"/>
          <w:color w:val="222222"/>
          <w:rtl/>
        </w:rPr>
        <w:lastRenderedPageBreak/>
        <w:t xml:space="preserve">در مجموع، </w:t>
      </w:r>
      <w:proofErr w:type="spellStart"/>
      <w:r w:rsidRPr="00DC1978">
        <w:rPr>
          <w:rFonts w:ascii="Arial" w:hAnsi="Arial" w:cs="Arial"/>
          <w:color w:val="222222"/>
          <w:rtl/>
        </w:rPr>
        <w:t>یافته‌های</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مطالعه از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از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به عنوان </w:t>
      </w:r>
      <w:proofErr w:type="spellStart"/>
      <w:r w:rsidRPr="00DC1978">
        <w:rPr>
          <w:rFonts w:ascii="Arial" w:hAnsi="Arial" w:cs="Arial"/>
          <w:color w:val="222222"/>
          <w:rtl/>
        </w:rPr>
        <w:t>گزینه‌ای</w:t>
      </w:r>
      <w:proofErr w:type="spellEnd"/>
      <w:r w:rsidRPr="00DC1978">
        <w:rPr>
          <w:rFonts w:ascii="Arial" w:hAnsi="Arial" w:cs="Arial"/>
          <w:color w:val="222222"/>
          <w:rtl/>
        </w:rPr>
        <w:t xml:space="preserve"> مؤثر، </w:t>
      </w:r>
      <w:proofErr w:type="spellStart"/>
      <w:r w:rsidRPr="00DC1978">
        <w:rPr>
          <w:rFonts w:ascii="Arial" w:hAnsi="Arial" w:cs="Arial"/>
          <w:color w:val="222222"/>
          <w:rtl/>
        </w:rPr>
        <w:t>ایمن</w:t>
      </w:r>
      <w:proofErr w:type="spellEnd"/>
      <w:r w:rsidRPr="00DC1978">
        <w:rPr>
          <w:rFonts w:ascii="Arial" w:hAnsi="Arial" w:cs="Arial"/>
          <w:color w:val="222222"/>
          <w:rtl/>
        </w:rPr>
        <w:t xml:space="preserve"> </w:t>
      </w:r>
      <w:proofErr w:type="gramStart"/>
      <w:r w:rsidRPr="00DC1978">
        <w:rPr>
          <w:rFonts w:ascii="Arial" w:hAnsi="Arial" w:cs="Arial"/>
          <w:color w:val="222222"/>
          <w:rtl/>
        </w:rPr>
        <w:t>و قابل</w:t>
      </w:r>
      <w:proofErr w:type="gramEnd"/>
      <w:r w:rsidRPr="00DC1978">
        <w:rPr>
          <w:rFonts w:ascii="Arial" w:hAnsi="Arial" w:cs="Arial"/>
          <w:color w:val="222222"/>
          <w:rtl/>
        </w:rPr>
        <w:t xml:space="preserve"> تحمل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w:t>
      </w:r>
      <w:proofErr w:type="spellStart"/>
      <w:r w:rsidRPr="00DC1978">
        <w:rPr>
          <w:rFonts w:ascii="Arial" w:hAnsi="Arial" w:cs="Arial"/>
          <w:color w:val="222222"/>
          <w:rtl/>
        </w:rPr>
        <w:t>حمایت</w:t>
      </w:r>
      <w:proofErr w:type="spellEnd"/>
      <w:r w:rsidRPr="00DC1978">
        <w:rPr>
          <w:rFonts w:ascii="Arial" w:hAnsi="Arial" w:cs="Arial"/>
          <w:color w:val="222222"/>
          <w:rtl/>
        </w:rPr>
        <w:t xml:space="preserve"> </w:t>
      </w:r>
      <w:proofErr w:type="spellStart"/>
      <w:r w:rsidRPr="00DC1978">
        <w:rPr>
          <w:rFonts w:ascii="Arial" w:hAnsi="Arial" w:cs="Arial"/>
          <w:color w:val="222222"/>
          <w:rtl/>
        </w:rPr>
        <w:t>می‌کند</w:t>
      </w:r>
      <w:proofErr w:type="spellEnd"/>
      <w:r w:rsidRPr="00DC1978">
        <w:rPr>
          <w:rFonts w:ascii="Arial" w:hAnsi="Arial" w:cs="Arial"/>
          <w:color w:val="222222"/>
          <w:rtl/>
        </w:rPr>
        <w:t xml:space="preserve">، </w:t>
      </w:r>
      <w:proofErr w:type="spellStart"/>
      <w:r w:rsidRPr="00DC1978">
        <w:rPr>
          <w:rFonts w:ascii="Arial" w:hAnsi="Arial" w:cs="Arial"/>
          <w:color w:val="222222"/>
          <w:rtl/>
        </w:rPr>
        <w:t>به‌ویژه</w:t>
      </w:r>
      <w:proofErr w:type="spellEnd"/>
      <w:r w:rsidRPr="00DC1978">
        <w:rPr>
          <w:rFonts w:ascii="Arial" w:hAnsi="Arial" w:cs="Arial"/>
          <w:color w:val="222222"/>
          <w:rtl/>
        </w:rPr>
        <w:t xml:space="preserve"> در </w:t>
      </w:r>
      <w:proofErr w:type="spellStart"/>
      <w:r w:rsidRPr="00DC1978">
        <w:rPr>
          <w:rFonts w:ascii="Arial" w:hAnsi="Arial" w:cs="Arial"/>
          <w:color w:val="222222"/>
          <w:rtl/>
        </w:rPr>
        <w:t>مواردی</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علائم غالب شامل نفخ و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باشد.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در </w:t>
      </w:r>
      <w:proofErr w:type="spellStart"/>
      <w:r w:rsidRPr="00DC1978">
        <w:rPr>
          <w:rFonts w:ascii="Arial" w:hAnsi="Arial" w:cs="Arial"/>
          <w:color w:val="222222"/>
          <w:rtl/>
        </w:rPr>
        <w:t>طراحی</w:t>
      </w:r>
      <w:proofErr w:type="spellEnd"/>
      <w:r w:rsidRPr="00DC1978">
        <w:rPr>
          <w:rFonts w:ascii="Arial" w:hAnsi="Arial" w:cs="Arial"/>
          <w:color w:val="222222"/>
          <w:rtl/>
        </w:rPr>
        <w:t xml:space="preserve"> </w:t>
      </w:r>
      <w:proofErr w:type="spellStart"/>
      <w:r w:rsidRPr="00DC1978">
        <w:rPr>
          <w:rFonts w:ascii="Arial" w:hAnsi="Arial" w:cs="Arial"/>
          <w:color w:val="222222"/>
          <w:rtl/>
        </w:rPr>
        <w:t>راهبردهای</w:t>
      </w:r>
      <w:proofErr w:type="spellEnd"/>
      <w:r w:rsidRPr="00DC1978">
        <w:rPr>
          <w:rFonts w:ascii="Arial" w:hAnsi="Arial" w:cs="Arial"/>
          <w:color w:val="222222"/>
          <w:rtl/>
        </w:rPr>
        <w:t xml:space="preserve">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w:t>
      </w:r>
      <w:proofErr w:type="spellStart"/>
      <w:r w:rsidRPr="00DC1978">
        <w:rPr>
          <w:rFonts w:ascii="Arial" w:hAnsi="Arial" w:cs="Arial"/>
          <w:color w:val="222222"/>
          <w:rtl/>
        </w:rPr>
        <w:t>آینده</w:t>
      </w:r>
      <w:proofErr w:type="spellEnd"/>
      <w:r w:rsidRPr="00DC1978">
        <w:rPr>
          <w:rFonts w:ascii="Arial" w:hAnsi="Arial" w:cs="Arial"/>
          <w:color w:val="222222"/>
          <w:rtl/>
        </w:rPr>
        <w:t xml:space="preserve"> </w:t>
      </w:r>
      <w:proofErr w:type="gramStart"/>
      <w:r w:rsidRPr="00DC1978">
        <w:rPr>
          <w:rFonts w:ascii="Arial" w:hAnsi="Arial" w:cs="Arial"/>
          <w:color w:val="222222"/>
          <w:rtl/>
        </w:rPr>
        <w:t>و انتخاب</w:t>
      </w:r>
      <w:proofErr w:type="gramEnd"/>
      <w:r w:rsidRPr="00DC1978">
        <w:rPr>
          <w:rFonts w:ascii="Arial" w:hAnsi="Arial" w:cs="Arial"/>
          <w:color w:val="222222"/>
          <w:rtl/>
        </w:rPr>
        <w:t xml:space="preserve"> درمان </w:t>
      </w:r>
      <w:proofErr w:type="spellStart"/>
      <w:r w:rsidRPr="00DC1978">
        <w:rPr>
          <w:rFonts w:ascii="Arial" w:hAnsi="Arial" w:cs="Arial"/>
          <w:color w:val="222222"/>
          <w:rtl/>
        </w:rPr>
        <w:t>هدفمند</w:t>
      </w:r>
      <w:proofErr w:type="spellEnd"/>
      <w:r w:rsidRPr="00DC1978">
        <w:rPr>
          <w:rFonts w:ascii="Arial" w:hAnsi="Arial" w:cs="Arial"/>
          <w:color w:val="222222"/>
          <w:rtl/>
        </w:rPr>
        <w:t xml:space="preserve">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w:t>
      </w:r>
      <w:r w:rsidRPr="00DC1978">
        <w:rPr>
          <w:rFonts w:ascii="Arial" w:hAnsi="Arial" w:cs="Arial"/>
          <w:color w:val="222222"/>
        </w:rPr>
        <w:t>IBS</w:t>
      </w:r>
      <w:r w:rsidRPr="00DC1978">
        <w:rPr>
          <w:rFonts w:ascii="Arial" w:hAnsi="Arial" w:cs="Arial"/>
          <w:color w:val="222222"/>
          <w:rtl/>
        </w:rPr>
        <w:t xml:space="preserve"> مؤثر واقع شود</w:t>
      </w:r>
      <w:r w:rsidR="000675EA" w:rsidRPr="00DC1978">
        <w:rPr>
          <w:rFonts w:cs="B Nazanin" w:hint="cs"/>
        </w:rPr>
        <w:t xml:space="preserve">. </w:t>
      </w:r>
    </w:p>
    <w:p w:rsidR="008B3FEB" w:rsidRPr="00DC1978" w:rsidRDefault="008B3FEB" w:rsidP="008B3FEB">
      <w:pPr>
        <w:pStyle w:val="Heading3"/>
        <w:jc w:val="right"/>
        <w:rPr>
          <w:rFonts w:ascii="Arial" w:hAnsi="Arial" w:cs="Arial"/>
          <w:color w:val="222222"/>
          <w:sz w:val="24"/>
          <w:szCs w:val="24"/>
        </w:rPr>
      </w:pPr>
      <w:proofErr w:type="spellStart"/>
      <w:r w:rsidRPr="00DC1978">
        <w:rPr>
          <w:rFonts w:ascii="Arial" w:hAnsi="Arial" w:cs="Arial"/>
          <w:color w:val="222222"/>
          <w:sz w:val="24"/>
          <w:szCs w:val="24"/>
          <w:rtl/>
        </w:rPr>
        <w:t>نتیجه‌گیری</w:t>
      </w:r>
      <w:proofErr w:type="spellEnd"/>
    </w:p>
    <w:p w:rsidR="008B3FEB" w:rsidRPr="00DC1978" w:rsidRDefault="008B3FEB" w:rsidP="008B3FEB">
      <w:pPr>
        <w:pStyle w:val="NormalWeb"/>
        <w:bidi/>
        <w:rPr>
          <w:rFonts w:ascii="Arial" w:hAnsi="Arial" w:cs="Arial"/>
          <w:color w:val="222222"/>
          <w:rtl/>
        </w:rPr>
      </w:pP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پژوهش</w:t>
      </w:r>
      <w:proofErr w:type="spellEnd"/>
      <w:r w:rsidRPr="00DC1978">
        <w:rPr>
          <w:rFonts w:ascii="Arial" w:hAnsi="Arial" w:cs="Arial"/>
          <w:color w:val="222222"/>
          <w:rtl/>
        </w:rPr>
        <w:t xml:space="preserve"> نشان داد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مقایسه</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w:t>
      </w:r>
      <w:proofErr w:type="spellStart"/>
      <w:r w:rsidRPr="00DC1978">
        <w:rPr>
          <w:rFonts w:ascii="Arial" w:hAnsi="Arial" w:cs="Arial"/>
          <w:color w:val="222222"/>
          <w:rtl/>
        </w:rPr>
        <w:t>اثربخشی</w:t>
      </w:r>
      <w:proofErr w:type="spellEnd"/>
      <w:r w:rsidRPr="00DC1978">
        <w:rPr>
          <w:rFonts w:ascii="Arial" w:hAnsi="Arial" w:cs="Arial"/>
          <w:color w:val="222222"/>
          <w:rtl/>
        </w:rPr>
        <w:t xml:space="preserve"> </w:t>
      </w:r>
      <w:proofErr w:type="spellStart"/>
      <w:r w:rsidRPr="00DC1978">
        <w:rPr>
          <w:rFonts w:ascii="Arial" w:hAnsi="Arial" w:cs="Arial"/>
          <w:color w:val="222222"/>
          <w:rtl/>
        </w:rPr>
        <w:t>بیشتری</w:t>
      </w:r>
      <w:proofErr w:type="spellEnd"/>
      <w:r w:rsidRPr="00DC1978">
        <w:rPr>
          <w:rFonts w:ascii="Arial" w:hAnsi="Arial" w:cs="Arial"/>
          <w:color w:val="222222"/>
          <w:rtl/>
        </w:rPr>
        <w:t xml:space="preserve"> در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گوارشی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دارد.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دارو موجب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معنی‌دار</w:t>
      </w:r>
      <w:proofErr w:type="spellEnd"/>
      <w:r w:rsidRPr="00DC1978">
        <w:rPr>
          <w:rFonts w:ascii="Arial" w:hAnsi="Arial" w:cs="Arial"/>
          <w:color w:val="222222"/>
          <w:rtl/>
        </w:rPr>
        <w:t xml:space="preserve">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نفخ </w:t>
      </w:r>
      <w:proofErr w:type="gramStart"/>
      <w:r w:rsidRPr="00DC1978">
        <w:rPr>
          <w:rFonts w:ascii="Arial" w:hAnsi="Arial" w:cs="Arial"/>
          <w:color w:val="222222"/>
          <w:rtl/>
        </w:rPr>
        <w:t>و اتساع</w:t>
      </w:r>
      <w:proofErr w:type="gramEnd"/>
      <w:r w:rsidRPr="00DC1978">
        <w:rPr>
          <w:rFonts w:ascii="Arial" w:hAnsi="Arial" w:cs="Arial"/>
          <w:color w:val="222222"/>
          <w:rtl/>
        </w:rPr>
        <w:t xml:space="preserve"> </w:t>
      </w:r>
      <w:proofErr w:type="spellStart"/>
      <w:r w:rsidRPr="00DC1978">
        <w:rPr>
          <w:rFonts w:ascii="Arial" w:hAnsi="Arial" w:cs="Arial"/>
          <w:color w:val="222222"/>
          <w:rtl/>
        </w:rPr>
        <w:t>شکم</w:t>
      </w:r>
      <w:proofErr w:type="spellEnd"/>
      <w:r w:rsidRPr="00DC1978">
        <w:rPr>
          <w:rFonts w:ascii="Arial" w:hAnsi="Arial" w:cs="Arial"/>
          <w:color w:val="222222"/>
          <w:rtl/>
        </w:rPr>
        <w:t xml:space="preserve"> </w:t>
      </w:r>
      <w:proofErr w:type="spellStart"/>
      <w:r w:rsidRPr="00DC1978">
        <w:rPr>
          <w:rFonts w:ascii="Arial" w:hAnsi="Arial" w:cs="Arial"/>
          <w:color w:val="222222"/>
          <w:rtl/>
        </w:rPr>
        <w:t>گردید</w:t>
      </w:r>
      <w:proofErr w:type="spellEnd"/>
      <w:r w:rsidRPr="00DC1978">
        <w:rPr>
          <w:rFonts w:ascii="Arial" w:hAnsi="Arial" w:cs="Arial"/>
          <w:color w:val="222222"/>
          <w:rtl/>
        </w:rPr>
        <w:t xml:space="preserve">، در </w:t>
      </w:r>
      <w:proofErr w:type="spellStart"/>
      <w:r w:rsidRPr="00DC1978">
        <w:rPr>
          <w:rFonts w:ascii="Arial" w:hAnsi="Arial" w:cs="Arial"/>
          <w:color w:val="222222"/>
          <w:rtl/>
        </w:rPr>
        <w:t>حالی‌که</w:t>
      </w:r>
      <w:proofErr w:type="spellEnd"/>
      <w:r w:rsidRPr="00DC1978">
        <w:rPr>
          <w:rFonts w:ascii="Arial" w:hAnsi="Arial" w:cs="Arial"/>
          <w:color w:val="222222"/>
          <w:rtl/>
        </w:rPr>
        <w:t xml:space="preserve"> در </w:t>
      </w:r>
      <w:proofErr w:type="spellStart"/>
      <w:r w:rsidRPr="00DC1978">
        <w:rPr>
          <w:rFonts w:ascii="Arial" w:hAnsi="Arial" w:cs="Arial"/>
          <w:color w:val="222222"/>
          <w:rtl/>
        </w:rPr>
        <w:t>علائمی</w:t>
      </w:r>
      <w:proofErr w:type="spellEnd"/>
      <w:r w:rsidRPr="00DC1978">
        <w:rPr>
          <w:rFonts w:ascii="Arial" w:hAnsi="Arial" w:cs="Arial"/>
          <w:color w:val="222222"/>
          <w:rtl/>
        </w:rPr>
        <w:t xml:space="preserve"> </w:t>
      </w:r>
      <w:proofErr w:type="spellStart"/>
      <w:r w:rsidRPr="00DC1978">
        <w:rPr>
          <w:rFonts w:ascii="Arial" w:hAnsi="Arial" w:cs="Arial"/>
          <w:color w:val="222222"/>
          <w:rtl/>
        </w:rPr>
        <w:t>مانند</w:t>
      </w:r>
      <w:proofErr w:type="spellEnd"/>
      <w:r w:rsidRPr="00DC1978">
        <w:rPr>
          <w:rFonts w:ascii="Arial" w:hAnsi="Arial" w:cs="Arial"/>
          <w:color w:val="222222"/>
          <w:rtl/>
        </w:rPr>
        <w:t xml:space="preserve"> تهوع و استفراغ تفاوت قابل </w:t>
      </w:r>
      <w:proofErr w:type="spellStart"/>
      <w:r w:rsidRPr="00DC1978">
        <w:rPr>
          <w:rFonts w:ascii="Arial" w:hAnsi="Arial" w:cs="Arial"/>
          <w:color w:val="222222"/>
          <w:rtl/>
        </w:rPr>
        <w:t>ملاحظه‌ای</w:t>
      </w:r>
      <w:proofErr w:type="spellEnd"/>
      <w:r w:rsidRPr="00DC1978">
        <w:rPr>
          <w:rFonts w:ascii="Arial" w:hAnsi="Arial" w:cs="Arial"/>
          <w:color w:val="222222"/>
          <w:rtl/>
        </w:rPr>
        <w:t xml:space="preserve"> </w:t>
      </w:r>
      <w:proofErr w:type="spellStart"/>
      <w:r w:rsidRPr="00DC1978">
        <w:rPr>
          <w:rFonts w:ascii="Arial" w:hAnsi="Arial" w:cs="Arial"/>
          <w:color w:val="222222"/>
          <w:rtl/>
        </w:rPr>
        <w:t>میان</w:t>
      </w:r>
      <w:proofErr w:type="spellEnd"/>
      <w:r w:rsidRPr="00DC1978">
        <w:rPr>
          <w:rFonts w:ascii="Arial" w:hAnsi="Arial" w:cs="Arial"/>
          <w:color w:val="222222"/>
          <w:rtl/>
        </w:rPr>
        <w:t xml:space="preserve"> دو دارو مشاهده نشد (1،2).</w:t>
      </w:r>
    </w:p>
    <w:p w:rsidR="008B3FEB" w:rsidRPr="00DC1978" w:rsidRDefault="008B3FEB" w:rsidP="008B3FEB">
      <w:pPr>
        <w:pStyle w:val="NormalWeb"/>
        <w:bidi/>
        <w:rPr>
          <w:rFonts w:ascii="Arial" w:hAnsi="Arial" w:cs="Arial"/>
          <w:color w:val="222222"/>
          <w:rtl/>
        </w:rPr>
      </w:pP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جذب </w:t>
      </w:r>
      <w:proofErr w:type="spellStart"/>
      <w:r w:rsidRPr="00DC1978">
        <w:rPr>
          <w:rFonts w:ascii="Arial" w:hAnsi="Arial" w:cs="Arial"/>
          <w:color w:val="222222"/>
          <w:rtl/>
        </w:rPr>
        <w:t>سیستمیک</w:t>
      </w:r>
      <w:proofErr w:type="spellEnd"/>
      <w:r w:rsidRPr="00DC1978">
        <w:rPr>
          <w:rFonts w:ascii="Arial" w:hAnsi="Arial" w:cs="Arial"/>
          <w:color w:val="222222"/>
          <w:rtl/>
        </w:rPr>
        <w:t xml:space="preserve"> </w:t>
      </w:r>
      <w:proofErr w:type="spellStart"/>
      <w:r w:rsidRPr="00DC1978">
        <w:rPr>
          <w:rFonts w:ascii="Arial" w:hAnsi="Arial" w:cs="Arial"/>
          <w:color w:val="222222"/>
          <w:rtl/>
        </w:rPr>
        <w:t>حداقلی</w:t>
      </w:r>
      <w:proofErr w:type="spellEnd"/>
      <w:r w:rsidRPr="00DC1978">
        <w:rPr>
          <w:rFonts w:ascii="Arial" w:hAnsi="Arial" w:cs="Arial"/>
          <w:color w:val="222222"/>
          <w:rtl/>
        </w:rPr>
        <w:t xml:space="preserve"> و </w:t>
      </w:r>
      <w:proofErr w:type="gramStart"/>
      <w:r w:rsidRPr="00DC1978">
        <w:rPr>
          <w:rFonts w:ascii="Arial" w:hAnsi="Arial" w:cs="Arial"/>
          <w:color w:val="222222"/>
          <w:rtl/>
        </w:rPr>
        <w:t>اثر</w:t>
      </w:r>
      <w:proofErr w:type="gramEnd"/>
      <w:r w:rsidRPr="00DC1978">
        <w:rPr>
          <w:rFonts w:ascii="Arial" w:hAnsi="Arial" w:cs="Arial"/>
          <w:color w:val="222222"/>
          <w:rtl/>
        </w:rPr>
        <w:t xml:space="preserve"> </w:t>
      </w:r>
      <w:proofErr w:type="spellStart"/>
      <w:r w:rsidRPr="00DC1978">
        <w:rPr>
          <w:rFonts w:ascii="Arial" w:hAnsi="Arial" w:cs="Arial"/>
          <w:color w:val="222222"/>
          <w:rtl/>
        </w:rPr>
        <w:t>موضعی</w:t>
      </w:r>
      <w:proofErr w:type="spellEnd"/>
      <w:r w:rsidRPr="00DC1978">
        <w:rPr>
          <w:rFonts w:ascii="Arial" w:hAnsi="Arial" w:cs="Arial"/>
          <w:color w:val="222222"/>
          <w:rtl/>
        </w:rPr>
        <w:t xml:space="preserve"> در روده، از </w:t>
      </w:r>
      <w:proofErr w:type="spellStart"/>
      <w:r w:rsidRPr="00DC1978">
        <w:rPr>
          <w:rFonts w:ascii="Arial" w:hAnsi="Arial" w:cs="Arial"/>
          <w:color w:val="222222"/>
          <w:rtl/>
        </w:rPr>
        <w:t>طریق</w:t>
      </w:r>
      <w:proofErr w:type="spellEnd"/>
      <w:r w:rsidRPr="00DC1978">
        <w:rPr>
          <w:rFonts w:ascii="Arial" w:hAnsi="Arial" w:cs="Arial"/>
          <w:color w:val="222222"/>
          <w:rtl/>
        </w:rPr>
        <w:t xml:space="preserve"> </w:t>
      </w:r>
      <w:proofErr w:type="spellStart"/>
      <w:r w:rsidRPr="00DC1978">
        <w:rPr>
          <w:rFonts w:ascii="Arial" w:hAnsi="Arial" w:cs="Arial"/>
          <w:color w:val="222222"/>
          <w:rtl/>
        </w:rPr>
        <w:t>تعدیل</w:t>
      </w:r>
      <w:proofErr w:type="spellEnd"/>
      <w:r w:rsidRPr="00DC1978">
        <w:rPr>
          <w:rFonts w:ascii="Arial" w:hAnsi="Arial" w:cs="Arial"/>
          <w:color w:val="222222"/>
          <w:rtl/>
        </w:rPr>
        <w:t xml:space="preserve"> </w:t>
      </w:r>
      <w:proofErr w:type="spellStart"/>
      <w:r w:rsidRPr="00DC1978">
        <w:rPr>
          <w:rFonts w:ascii="Arial" w:hAnsi="Arial" w:cs="Arial"/>
          <w:color w:val="222222"/>
          <w:rtl/>
        </w:rPr>
        <w:t>میکروبیوتای</w:t>
      </w:r>
      <w:proofErr w:type="spellEnd"/>
      <w:r w:rsidRPr="00DC1978">
        <w:rPr>
          <w:rFonts w:ascii="Arial" w:hAnsi="Arial" w:cs="Arial"/>
          <w:color w:val="222222"/>
          <w:rtl/>
        </w:rPr>
        <w:t xml:space="preserve"> روده و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نفوذپذیری</w:t>
      </w:r>
      <w:proofErr w:type="spellEnd"/>
      <w:r w:rsidRPr="00DC1978">
        <w:rPr>
          <w:rFonts w:ascii="Arial" w:hAnsi="Arial" w:cs="Arial"/>
          <w:color w:val="222222"/>
          <w:rtl/>
        </w:rPr>
        <w:t xml:space="preserve"> </w:t>
      </w:r>
      <w:proofErr w:type="spellStart"/>
      <w:r w:rsidRPr="00DC1978">
        <w:rPr>
          <w:rFonts w:ascii="Arial" w:hAnsi="Arial" w:cs="Arial"/>
          <w:color w:val="222222"/>
          <w:rtl/>
        </w:rPr>
        <w:t>مخاطی</w:t>
      </w:r>
      <w:proofErr w:type="spellEnd"/>
      <w:r w:rsidRPr="00DC1978">
        <w:rPr>
          <w:rFonts w:ascii="Arial" w:hAnsi="Arial" w:cs="Arial"/>
          <w:color w:val="222222"/>
          <w:rtl/>
        </w:rPr>
        <w:t xml:space="preserve">، باعث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عملکردی</w:t>
      </w:r>
      <w:proofErr w:type="spellEnd"/>
      <w:r w:rsidRPr="00DC1978">
        <w:rPr>
          <w:rFonts w:ascii="Arial" w:hAnsi="Arial" w:cs="Arial"/>
          <w:color w:val="222222"/>
          <w:rtl/>
        </w:rPr>
        <w:t xml:space="preserve"> در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می‌شود</w:t>
      </w:r>
      <w:proofErr w:type="spellEnd"/>
      <w:r w:rsidRPr="00DC1978">
        <w:rPr>
          <w:rFonts w:ascii="Arial" w:hAnsi="Arial" w:cs="Arial"/>
          <w:color w:val="222222"/>
          <w:rtl/>
        </w:rPr>
        <w:t xml:space="preserve"> (3،4). بر اساس مطالعات </w:t>
      </w:r>
      <w:proofErr w:type="spellStart"/>
      <w:r w:rsidRPr="00DC1978">
        <w:rPr>
          <w:rFonts w:ascii="Arial" w:hAnsi="Arial" w:cs="Arial"/>
          <w:color w:val="222222"/>
          <w:rtl/>
        </w:rPr>
        <w:t>پیشین</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دارو نه تنها در </w:t>
      </w:r>
      <w:proofErr w:type="spellStart"/>
      <w:r w:rsidRPr="00DC1978">
        <w:rPr>
          <w:rFonts w:ascii="Arial" w:hAnsi="Arial" w:cs="Arial"/>
          <w:color w:val="222222"/>
          <w:rtl/>
        </w:rPr>
        <w:t>کنترل</w:t>
      </w:r>
      <w:proofErr w:type="spellEnd"/>
      <w:r w:rsidRPr="00DC1978">
        <w:rPr>
          <w:rFonts w:ascii="Arial" w:hAnsi="Arial" w:cs="Arial"/>
          <w:color w:val="222222"/>
          <w:rtl/>
        </w:rPr>
        <w:t xml:space="preserve"> علائم </w:t>
      </w:r>
      <w:r w:rsidRPr="00DC1978">
        <w:rPr>
          <w:rFonts w:ascii="Arial" w:hAnsi="Arial" w:cs="Arial"/>
          <w:color w:val="222222"/>
        </w:rPr>
        <w:t>IBS</w:t>
      </w:r>
      <w:r w:rsidRPr="00DC1978">
        <w:rPr>
          <w:rFonts w:ascii="Arial" w:hAnsi="Arial" w:cs="Arial"/>
          <w:color w:val="222222"/>
          <w:rtl/>
        </w:rPr>
        <w:t xml:space="preserve">، </w:t>
      </w:r>
      <w:proofErr w:type="spellStart"/>
      <w:r w:rsidRPr="00DC1978">
        <w:rPr>
          <w:rFonts w:ascii="Arial" w:hAnsi="Arial" w:cs="Arial"/>
          <w:color w:val="222222"/>
          <w:rtl/>
        </w:rPr>
        <w:t>بلکه</w:t>
      </w:r>
      <w:proofErr w:type="spellEnd"/>
      <w:r w:rsidRPr="00DC1978">
        <w:rPr>
          <w:rFonts w:ascii="Arial" w:hAnsi="Arial" w:cs="Arial"/>
          <w:color w:val="222222"/>
          <w:rtl/>
        </w:rPr>
        <w:t xml:space="preserve"> در </w:t>
      </w:r>
      <w:proofErr w:type="spellStart"/>
      <w:r w:rsidRPr="00DC1978">
        <w:rPr>
          <w:rFonts w:ascii="Arial" w:hAnsi="Arial" w:cs="Arial"/>
          <w:color w:val="222222"/>
          <w:rtl/>
        </w:rPr>
        <w:t>بهبود</w:t>
      </w:r>
      <w:proofErr w:type="spellEnd"/>
      <w:r w:rsidRPr="00DC1978">
        <w:rPr>
          <w:rFonts w:ascii="Arial" w:hAnsi="Arial" w:cs="Arial"/>
          <w:color w:val="222222"/>
          <w:rtl/>
        </w:rPr>
        <w:t xml:space="preserve"> </w:t>
      </w:r>
      <w:proofErr w:type="spellStart"/>
      <w:r w:rsidRPr="00DC1978">
        <w:rPr>
          <w:rFonts w:ascii="Arial" w:hAnsi="Arial" w:cs="Arial"/>
          <w:color w:val="222222"/>
          <w:rtl/>
        </w:rPr>
        <w:t>کیفیت</w:t>
      </w:r>
      <w:proofErr w:type="spellEnd"/>
      <w:r w:rsidRPr="00DC1978">
        <w:rPr>
          <w:rFonts w:ascii="Arial" w:hAnsi="Arial" w:cs="Arial"/>
          <w:color w:val="222222"/>
          <w:rtl/>
        </w:rPr>
        <w:t xml:space="preserve"> </w:t>
      </w:r>
      <w:proofErr w:type="spellStart"/>
      <w:r w:rsidRPr="00DC1978">
        <w:rPr>
          <w:rFonts w:ascii="Arial" w:hAnsi="Arial" w:cs="Arial"/>
          <w:color w:val="222222"/>
          <w:rtl/>
        </w:rPr>
        <w:t>زندگی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w:t>
      </w:r>
      <w:proofErr w:type="spellStart"/>
      <w:r w:rsidRPr="00DC1978">
        <w:rPr>
          <w:rFonts w:ascii="Arial" w:hAnsi="Arial" w:cs="Arial"/>
          <w:color w:val="222222"/>
          <w:rtl/>
        </w:rPr>
        <w:t>نیز</w:t>
      </w:r>
      <w:proofErr w:type="spellEnd"/>
      <w:r w:rsidRPr="00DC1978">
        <w:rPr>
          <w:rFonts w:ascii="Arial" w:hAnsi="Arial" w:cs="Arial"/>
          <w:color w:val="222222"/>
          <w:rtl/>
        </w:rPr>
        <w:t xml:space="preserve"> </w:t>
      </w:r>
      <w:proofErr w:type="spellStart"/>
      <w:r w:rsidRPr="00DC1978">
        <w:rPr>
          <w:rFonts w:ascii="Arial" w:hAnsi="Arial" w:cs="Arial"/>
          <w:color w:val="222222"/>
          <w:rtl/>
        </w:rPr>
        <w:t>تأثیر</w:t>
      </w:r>
      <w:proofErr w:type="spellEnd"/>
      <w:r w:rsidRPr="00DC1978">
        <w:rPr>
          <w:rFonts w:ascii="Arial" w:hAnsi="Arial" w:cs="Arial"/>
          <w:color w:val="222222"/>
          <w:rtl/>
        </w:rPr>
        <w:t xml:space="preserve"> مثبت داشته است (5،6). در مقابل،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w:t>
      </w:r>
      <w:proofErr w:type="spellStart"/>
      <w:r w:rsidRPr="00DC1978">
        <w:rPr>
          <w:rFonts w:ascii="Arial" w:hAnsi="Arial" w:cs="Arial"/>
          <w:color w:val="222222"/>
          <w:rtl/>
        </w:rPr>
        <w:t>به‌عنوان</w:t>
      </w:r>
      <w:proofErr w:type="spellEnd"/>
      <w:r w:rsidRPr="00DC1978">
        <w:rPr>
          <w:rFonts w:ascii="Arial" w:hAnsi="Arial" w:cs="Arial"/>
          <w:color w:val="222222"/>
          <w:rtl/>
        </w:rPr>
        <w:t xml:space="preserve"> </w:t>
      </w:r>
      <w:proofErr w:type="spellStart"/>
      <w:r w:rsidRPr="00DC1978">
        <w:rPr>
          <w:rFonts w:ascii="Arial" w:hAnsi="Arial" w:cs="Arial"/>
          <w:color w:val="222222"/>
          <w:rtl/>
        </w:rPr>
        <w:t>داروی</w:t>
      </w:r>
      <w:proofErr w:type="spellEnd"/>
      <w:r w:rsidRPr="00DC1978">
        <w:rPr>
          <w:rFonts w:ascii="Arial" w:hAnsi="Arial" w:cs="Arial"/>
          <w:color w:val="222222"/>
          <w:rtl/>
        </w:rPr>
        <w:t xml:space="preserve"> </w:t>
      </w:r>
      <w:proofErr w:type="spellStart"/>
      <w:r w:rsidRPr="00DC1978">
        <w:rPr>
          <w:rFonts w:ascii="Arial" w:hAnsi="Arial" w:cs="Arial"/>
          <w:color w:val="222222"/>
          <w:rtl/>
        </w:rPr>
        <w:t>ضداسپاسم</w:t>
      </w:r>
      <w:proofErr w:type="spellEnd"/>
      <w:r w:rsidRPr="00DC1978">
        <w:rPr>
          <w:rFonts w:ascii="Arial" w:hAnsi="Arial" w:cs="Arial"/>
          <w:color w:val="222222"/>
          <w:rtl/>
        </w:rPr>
        <w:t xml:space="preserve">، عمدتاً بر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w:t>
      </w:r>
      <w:proofErr w:type="spellStart"/>
      <w:r w:rsidRPr="00DC1978">
        <w:rPr>
          <w:rFonts w:ascii="Arial" w:hAnsi="Arial" w:cs="Arial"/>
          <w:color w:val="222222"/>
          <w:rtl/>
        </w:rPr>
        <w:t>اسپاسم</w:t>
      </w:r>
      <w:proofErr w:type="spellEnd"/>
      <w:r w:rsidRPr="00DC1978">
        <w:rPr>
          <w:rFonts w:ascii="Arial" w:hAnsi="Arial" w:cs="Arial"/>
          <w:color w:val="222222"/>
          <w:rtl/>
        </w:rPr>
        <w:t xml:space="preserve"> عضلات صاف </w:t>
      </w:r>
      <w:proofErr w:type="gramStart"/>
      <w:r w:rsidRPr="00DC1978">
        <w:rPr>
          <w:rFonts w:ascii="Arial" w:hAnsi="Arial" w:cs="Arial"/>
          <w:color w:val="222222"/>
          <w:rtl/>
        </w:rPr>
        <w:t>و درد</w:t>
      </w:r>
      <w:proofErr w:type="gramEnd"/>
      <w:r w:rsidRPr="00DC1978">
        <w:rPr>
          <w:rFonts w:ascii="Arial" w:hAnsi="Arial" w:cs="Arial"/>
          <w:color w:val="222222"/>
          <w:rtl/>
        </w:rPr>
        <w:t xml:space="preserve">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مؤثر است، اما در </w:t>
      </w:r>
      <w:proofErr w:type="spellStart"/>
      <w:r w:rsidRPr="00DC1978">
        <w:rPr>
          <w:rFonts w:ascii="Arial" w:hAnsi="Arial" w:cs="Arial"/>
          <w:color w:val="222222"/>
          <w:rtl/>
        </w:rPr>
        <w:t>کنترل</w:t>
      </w:r>
      <w:proofErr w:type="spellEnd"/>
      <w:r w:rsidRPr="00DC1978">
        <w:rPr>
          <w:rFonts w:ascii="Arial" w:hAnsi="Arial" w:cs="Arial"/>
          <w:color w:val="222222"/>
          <w:rtl/>
        </w:rPr>
        <w:t xml:space="preserve"> علائم </w:t>
      </w:r>
      <w:proofErr w:type="spellStart"/>
      <w:r w:rsidRPr="00DC1978">
        <w:rPr>
          <w:rFonts w:ascii="Arial" w:hAnsi="Arial" w:cs="Arial"/>
          <w:color w:val="222222"/>
          <w:rtl/>
        </w:rPr>
        <w:t>ناشی</w:t>
      </w:r>
      <w:proofErr w:type="spellEnd"/>
      <w:r w:rsidRPr="00DC1978">
        <w:rPr>
          <w:rFonts w:ascii="Arial" w:hAnsi="Arial" w:cs="Arial"/>
          <w:color w:val="222222"/>
          <w:rtl/>
        </w:rPr>
        <w:t xml:space="preserve"> از اختلالات فلور </w:t>
      </w:r>
      <w:proofErr w:type="spellStart"/>
      <w:r w:rsidRPr="00DC1978">
        <w:rPr>
          <w:rFonts w:ascii="Arial" w:hAnsi="Arial" w:cs="Arial"/>
          <w:color w:val="222222"/>
          <w:rtl/>
        </w:rPr>
        <w:t>میکروبی</w:t>
      </w:r>
      <w:proofErr w:type="spellEnd"/>
      <w:r w:rsidRPr="00DC1978">
        <w:rPr>
          <w:rFonts w:ascii="Arial" w:hAnsi="Arial" w:cs="Arial"/>
          <w:color w:val="222222"/>
          <w:rtl/>
        </w:rPr>
        <w:t xml:space="preserve"> نقش </w:t>
      </w:r>
      <w:proofErr w:type="spellStart"/>
      <w:r w:rsidRPr="00DC1978">
        <w:rPr>
          <w:rFonts w:ascii="Arial" w:hAnsi="Arial" w:cs="Arial"/>
          <w:color w:val="222222"/>
          <w:rtl/>
        </w:rPr>
        <w:t>محدودی</w:t>
      </w:r>
      <w:proofErr w:type="spellEnd"/>
      <w:r w:rsidRPr="00DC1978">
        <w:rPr>
          <w:rFonts w:ascii="Arial" w:hAnsi="Arial" w:cs="Arial"/>
          <w:color w:val="222222"/>
          <w:rtl/>
        </w:rPr>
        <w:t xml:space="preserve"> دارد (7،8)</w:t>
      </w:r>
    </w:p>
    <w:p w:rsidR="008B3FEB" w:rsidRPr="00DC1978" w:rsidRDefault="008B3FEB" w:rsidP="008B3FEB">
      <w:pPr>
        <w:pStyle w:val="NormalWeb"/>
        <w:bidi/>
        <w:rPr>
          <w:rFonts w:ascii="Arial" w:hAnsi="Arial" w:cs="Arial"/>
          <w:color w:val="222222"/>
          <w:rtl/>
        </w:rPr>
      </w:pPr>
      <w:proofErr w:type="spellStart"/>
      <w:r w:rsidRPr="00DC1978">
        <w:rPr>
          <w:rFonts w:ascii="Arial" w:hAnsi="Arial" w:cs="Arial"/>
          <w:color w:val="222222"/>
          <w:rtl/>
        </w:rPr>
        <w:t>یافته‌های</w:t>
      </w:r>
      <w:proofErr w:type="spellEnd"/>
      <w:r w:rsidRPr="00DC1978">
        <w:rPr>
          <w:rFonts w:ascii="Arial" w:hAnsi="Arial" w:cs="Arial"/>
          <w:color w:val="222222"/>
          <w:rtl/>
        </w:rPr>
        <w:t xml:space="preserve"> مطالعه حاضر </w:t>
      </w:r>
      <w:proofErr w:type="spellStart"/>
      <w:r w:rsidRPr="00DC1978">
        <w:rPr>
          <w:rFonts w:ascii="Arial" w:hAnsi="Arial" w:cs="Arial"/>
          <w:color w:val="222222"/>
          <w:rtl/>
        </w:rPr>
        <w:t>هم‌راستا</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پژوهش‌های</w:t>
      </w:r>
      <w:proofErr w:type="spellEnd"/>
      <w:r w:rsidRPr="00DC1978">
        <w:rPr>
          <w:rFonts w:ascii="Arial" w:hAnsi="Arial" w:cs="Arial"/>
          <w:color w:val="222222"/>
          <w:rtl/>
        </w:rPr>
        <w:t xml:space="preserve"> </w:t>
      </w:r>
      <w:proofErr w:type="spellStart"/>
      <w:r w:rsidRPr="00DC1978">
        <w:rPr>
          <w:rFonts w:ascii="Arial" w:hAnsi="Arial" w:cs="Arial"/>
          <w:color w:val="222222"/>
          <w:rtl/>
        </w:rPr>
        <w:t>بین‌المللی</w:t>
      </w:r>
      <w:proofErr w:type="spellEnd"/>
      <w:r w:rsidRPr="00DC1978">
        <w:rPr>
          <w:rFonts w:ascii="Arial" w:hAnsi="Arial" w:cs="Arial"/>
          <w:color w:val="222222"/>
          <w:rtl/>
        </w:rPr>
        <w:t xml:space="preserve"> </w:t>
      </w:r>
      <w:proofErr w:type="spellStart"/>
      <w:r w:rsidRPr="00DC1978">
        <w:rPr>
          <w:rFonts w:ascii="Arial" w:hAnsi="Arial" w:cs="Arial"/>
          <w:color w:val="222222"/>
          <w:rtl/>
        </w:rPr>
        <w:t>نظیر</w:t>
      </w:r>
      <w:proofErr w:type="spellEnd"/>
      <w:r w:rsidRPr="00DC1978">
        <w:rPr>
          <w:rFonts w:ascii="Arial" w:hAnsi="Arial" w:cs="Arial"/>
          <w:color w:val="222222"/>
          <w:rtl/>
        </w:rPr>
        <w:t xml:space="preserve"> مطالعات </w:t>
      </w:r>
      <w:r w:rsidRPr="00DC1978">
        <w:rPr>
          <w:rFonts w:ascii="Arial" w:hAnsi="Arial" w:cs="Arial"/>
          <w:color w:val="222222"/>
        </w:rPr>
        <w:t>Lembo</w:t>
      </w:r>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همکاران</w:t>
      </w:r>
      <w:proofErr w:type="spellEnd"/>
      <w:proofErr w:type="gramEnd"/>
      <w:r w:rsidRPr="00DC1978">
        <w:rPr>
          <w:rFonts w:ascii="Arial" w:hAnsi="Arial" w:cs="Arial"/>
          <w:color w:val="222222"/>
          <w:rtl/>
        </w:rPr>
        <w:t xml:space="preserve"> (10) و </w:t>
      </w:r>
      <w:r w:rsidRPr="00DC1978">
        <w:rPr>
          <w:rFonts w:ascii="Arial" w:hAnsi="Arial" w:cs="Arial"/>
          <w:color w:val="222222"/>
        </w:rPr>
        <w:t>Saadi</w:t>
      </w:r>
      <w:r w:rsidRPr="00DC1978">
        <w:rPr>
          <w:rFonts w:ascii="Arial" w:hAnsi="Arial" w:cs="Arial"/>
          <w:color w:val="222222"/>
          <w:rtl/>
        </w:rPr>
        <w:t xml:space="preserve"> و </w:t>
      </w:r>
      <w:r w:rsidRPr="00DC1978">
        <w:rPr>
          <w:rFonts w:ascii="Arial" w:hAnsi="Arial" w:cs="Arial"/>
          <w:color w:val="222222"/>
        </w:rPr>
        <w:t>McCallum (1</w:t>
      </w:r>
      <w:r w:rsidRPr="00DC1978">
        <w:rPr>
          <w:rFonts w:ascii="Arial" w:hAnsi="Arial" w:cs="Arial"/>
          <w:color w:val="222222"/>
          <w:rtl/>
        </w:rPr>
        <w:t xml:space="preserve">) نشان </w:t>
      </w:r>
      <w:proofErr w:type="spellStart"/>
      <w:r w:rsidRPr="00DC1978">
        <w:rPr>
          <w:rFonts w:ascii="Arial" w:hAnsi="Arial" w:cs="Arial"/>
          <w:color w:val="222222"/>
          <w:rtl/>
        </w:rPr>
        <w:t>می‌دهد</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در </w:t>
      </w:r>
      <w:proofErr w:type="spellStart"/>
      <w:r w:rsidRPr="00DC1978">
        <w:rPr>
          <w:rFonts w:ascii="Arial" w:hAnsi="Arial" w:cs="Arial"/>
          <w:color w:val="222222"/>
          <w:rtl/>
        </w:rPr>
        <w:t>کاهش</w:t>
      </w:r>
      <w:proofErr w:type="spellEnd"/>
      <w:r w:rsidRPr="00DC1978">
        <w:rPr>
          <w:rFonts w:ascii="Arial" w:hAnsi="Arial" w:cs="Arial"/>
          <w:color w:val="222222"/>
          <w:rtl/>
        </w:rPr>
        <w:t xml:space="preserve"> درد و نفخ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w:t>
      </w:r>
      <w:proofErr w:type="spellStart"/>
      <w:r w:rsidRPr="00DC1978">
        <w:rPr>
          <w:rFonts w:ascii="Arial" w:hAnsi="Arial" w:cs="Arial"/>
          <w:color w:val="222222"/>
          <w:rtl/>
        </w:rPr>
        <w:t>برتر</w:t>
      </w:r>
      <w:proofErr w:type="spellEnd"/>
      <w:r w:rsidRPr="00DC1978">
        <w:rPr>
          <w:rFonts w:ascii="Arial" w:hAnsi="Arial" w:cs="Arial"/>
          <w:color w:val="222222"/>
          <w:rtl/>
        </w:rPr>
        <w:t xml:space="preserve"> از </w:t>
      </w:r>
      <w:proofErr w:type="spellStart"/>
      <w:r w:rsidRPr="00DC1978">
        <w:rPr>
          <w:rFonts w:ascii="Arial" w:hAnsi="Arial" w:cs="Arial"/>
          <w:color w:val="222222"/>
          <w:rtl/>
        </w:rPr>
        <w:t>داروهای</w:t>
      </w:r>
      <w:proofErr w:type="spellEnd"/>
      <w:r w:rsidRPr="00DC1978">
        <w:rPr>
          <w:rFonts w:ascii="Arial" w:hAnsi="Arial" w:cs="Arial"/>
          <w:color w:val="222222"/>
          <w:rtl/>
        </w:rPr>
        <w:t xml:space="preserve"> </w:t>
      </w:r>
      <w:proofErr w:type="spellStart"/>
      <w:r w:rsidRPr="00DC1978">
        <w:rPr>
          <w:rFonts w:ascii="Arial" w:hAnsi="Arial" w:cs="Arial"/>
          <w:color w:val="222222"/>
          <w:rtl/>
        </w:rPr>
        <w:t>کلاسیک</w:t>
      </w:r>
      <w:proofErr w:type="spellEnd"/>
      <w:r w:rsidRPr="00DC1978">
        <w:rPr>
          <w:rFonts w:ascii="Arial" w:hAnsi="Arial" w:cs="Arial"/>
          <w:color w:val="222222"/>
          <w:rtl/>
        </w:rPr>
        <w:t xml:space="preserve"> </w:t>
      </w:r>
      <w:proofErr w:type="spellStart"/>
      <w:r w:rsidRPr="00DC1978">
        <w:rPr>
          <w:rFonts w:ascii="Arial" w:hAnsi="Arial" w:cs="Arial"/>
          <w:color w:val="222222"/>
          <w:rtl/>
        </w:rPr>
        <w:t>مانند</w:t>
      </w:r>
      <w:proofErr w:type="spellEnd"/>
      <w:r w:rsidRPr="00DC1978">
        <w:rPr>
          <w:rFonts w:ascii="Arial" w:hAnsi="Arial" w:cs="Arial"/>
          <w:color w:val="222222"/>
          <w:rtl/>
        </w:rPr>
        <w:t xml:space="preserve"> </w:t>
      </w:r>
      <w:proofErr w:type="spellStart"/>
      <w:r w:rsidRPr="00DC1978">
        <w:rPr>
          <w:rFonts w:ascii="Arial" w:hAnsi="Arial" w:cs="Arial"/>
          <w:color w:val="222222"/>
          <w:rtl/>
        </w:rPr>
        <w:t>مبورین</w:t>
      </w:r>
      <w:proofErr w:type="spellEnd"/>
      <w:r w:rsidRPr="00DC1978">
        <w:rPr>
          <w:rFonts w:ascii="Arial" w:hAnsi="Arial" w:cs="Arial"/>
          <w:color w:val="222222"/>
          <w:rtl/>
        </w:rPr>
        <w:t xml:space="preserve"> است. از </w:t>
      </w:r>
      <w:proofErr w:type="spellStart"/>
      <w:r w:rsidRPr="00DC1978">
        <w:rPr>
          <w:rFonts w:ascii="Arial" w:hAnsi="Arial" w:cs="Arial"/>
          <w:color w:val="222222"/>
          <w:rtl/>
        </w:rPr>
        <w:t>سوی</w:t>
      </w:r>
      <w:proofErr w:type="spellEnd"/>
      <w:r w:rsidRPr="00DC1978">
        <w:rPr>
          <w:rFonts w:ascii="Arial" w:hAnsi="Arial" w:cs="Arial"/>
          <w:color w:val="222222"/>
          <w:rtl/>
        </w:rPr>
        <w:t xml:space="preserve"> </w:t>
      </w:r>
      <w:proofErr w:type="spellStart"/>
      <w:r w:rsidRPr="00DC1978">
        <w:rPr>
          <w:rFonts w:ascii="Arial" w:hAnsi="Arial" w:cs="Arial"/>
          <w:color w:val="222222"/>
          <w:rtl/>
        </w:rPr>
        <w:t>دیگر</w:t>
      </w:r>
      <w:proofErr w:type="spellEnd"/>
      <w:r w:rsidRPr="00DC1978">
        <w:rPr>
          <w:rFonts w:ascii="Arial" w:hAnsi="Arial" w:cs="Arial"/>
          <w:color w:val="222222"/>
          <w:rtl/>
        </w:rPr>
        <w:t xml:space="preserve">، </w:t>
      </w:r>
      <w:proofErr w:type="spellStart"/>
      <w:r w:rsidRPr="00DC1978">
        <w:rPr>
          <w:rFonts w:ascii="Arial" w:hAnsi="Arial" w:cs="Arial"/>
          <w:color w:val="222222"/>
          <w:rtl/>
        </w:rPr>
        <w:t>ایمنی</w:t>
      </w:r>
      <w:proofErr w:type="spellEnd"/>
      <w:r w:rsidRPr="00DC1978">
        <w:rPr>
          <w:rFonts w:ascii="Arial" w:hAnsi="Arial" w:cs="Arial"/>
          <w:color w:val="222222"/>
          <w:rtl/>
        </w:rPr>
        <w:t xml:space="preserve"> بالا، </w:t>
      </w:r>
      <w:proofErr w:type="spellStart"/>
      <w:r w:rsidRPr="00DC1978">
        <w:rPr>
          <w:rFonts w:ascii="Arial" w:hAnsi="Arial" w:cs="Arial"/>
          <w:color w:val="222222"/>
          <w:rtl/>
        </w:rPr>
        <w:t>تحمل‌پذیری</w:t>
      </w:r>
      <w:proofErr w:type="spellEnd"/>
      <w:r w:rsidRPr="00DC1978">
        <w:rPr>
          <w:rFonts w:ascii="Arial" w:hAnsi="Arial" w:cs="Arial"/>
          <w:color w:val="222222"/>
          <w:rtl/>
        </w:rPr>
        <w:t xml:space="preserve"> مناسب </w:t>
      </w:r>
      <w:proofErr w:type="gramStart"/>
      <w:r w:rsidRPr="00DC1978">
        <w:rPr>
          <w:rFonts w:ascii="Arial" w:hAnsi="Arial" w:cs="Arial"/>
          <w:color w:val="222222"/>
          <w:rtl/>
        </w:rPr>
        <w:t>و عوارض</w:t>
      </w:r>
      <w:proofErr w:type="gramEnd"/>
      <w:r w:rsidRPr="00DC1978">
        <w:rPr>
          <w:rFonts w:ascii="Arial" w:hAnsi="Arial" w:cs="Arial"/>
          <w:color w:val="222222"/>
          <w:rtl/>
        </w:rPr>
        <w:t xml:space="preserve"> </w:t>
      </w:r>
      <w:proofErr w:type="spellStart"/>
      <w:r w:rsidRPr="00DC1978">
        <w:rPr>
          <w:rFonts w:ascii="Arial" w:hAnsi="Arial" w:cs="Arial"/>
          <w:color w:val="222222"/>
          <w:rtl/>
        </w:rPr>
        <w:t>حداقلی</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دارو، </w:t>
      </w:r>
      <w:proofErr w:type="spellStart"/>
      <w:r w:rsidRPr="00DC1978">
        <w:rPr>
          <w:rFonts w:ascii="Arial" w:hAnsi="Arial" w:cs="Arial"/>
          <w:color w:val="222222"/>
          <w:rtl/>
        </w:rPr>
        <w:t>استفاده</w:t>
      </w:r>
      <w:proofErr w:type="spellEnd"/>
      <w:r w:rsidRPr="00DC1978">
        <w:rPr>
          <w:rFonts w:ascii="Arial" w:hAnsi="Arial" w:cs="Arial"/>
          <w:color w:val="222222"/>
          <w:rtl/>
        </w:rPr>
        <w:t xml:space="preserve"> از آن را در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w:t>
      </w:r>
      <w:r w:rsidRPr="00DC1978">
        <w:rPr>
          <w:rFonts w:ascii="Arial" w:hAnsi="Arial" w:cs="Arial"/>
          <w:color w:val="222222"/>
        </w:rPr>
        <w:t>IBS</w:t>
      </w:r>
      <w:r w:rsidRPr="00DC1978">
        <w:rPr>
          <w:rFonts w:ascii="Arial" w:hAnsi="Arial" w:cs="Arial"/>
          <w:color w:val="222222"/>
          <w:rtl/>
        </w:rPr>
        <w:t xml:space="preserve"> قابل </w:t>
      </w:r>
      <w:proofErr w:type="spellStart"/>
      <w:r w:rsidRPr="00DC1978">
        <w:rPr>
          <w:rFonts w:ascii="Arial" w:hAnsi="Arial" w:cs="Arial"/>
          <w:color w:val="222222"/>
          <w:rtl/>
        </w:rPr>
        <w:t>توصیه</w:t>
      </w:r>
      <w:proofErr w:type="spellEnd"/>
      <w:r w:rsidRPr="00DC1978">
        <w:rPr>
          <w:rFonts w:ascii="Arial" w:hAnsi="Arial" w:cs="Arial"/>
          <w:color w:val="222222"/>
          <w:rtl/>
        </w:rPr>
        <w:t xml:space="preserve"> </w:t>
      </w:r>
      <w:proofErr w:type="spellStart"/>
      <w:r w:rsidRPr="00DC1978">
        <w:rPr>
          <w:rFonts w:ascii="Arial" w:hAnsi="Arial" w:cs="Arial"/>
          <w:color w:val="222222"/>
          <w:rtl/>
        </w:rPr>
        <w:t>می‌سازد</w:t>
      </w:r>
      <w:proofErr w:type="spellEnd"/>
      <w:r w:rsidRPr="00DC1978">
        <w:rPr>
          <w:rFonts w:ascii="Arial" w:hAnsi="Arial" w:cs="Arial"/>
          <w:color w:val="222222"/>
          <w:rtl/>
        </w:rPr>
        <w:t xml:space="preserve"> (5،9).</w:t>
      </w:r>
    </w:p>
    <w:p w:rsidR="008B3FEB" w:rsidRPr="00DC1978" w:rsidRDefault="008B3FEB" w:rsidP="008B3FEB">
      <w:pPr>
        <w:pStyle w:val="NormalWeb"/>
        <w:bidi/>
        <w:rPr>
          <w:rFonts w:ascii="Arial" w:hAnsi="Arial" w:cs="Arial"/>
          <w:color w:val="222222"/>
        </w:rPr>
      </w:pPr>
      <w:r w:rsidRPr="00DC1978">
        <w:rPr>
          <w:rFonts w:ascii="Arial" w:hAnsi="Arial" w:cs="Arial"/>
          <w:color w:val="222222"/>
          <w:rtl/>
        </w:rPr>
        <w:t xml:space="preserve">بر اساس </w:t>
      </w:r>
      <w:proofErr w:type="spellStart"/>
      <w:r w:rsidRPr="00DC1978">
        <w:rPr>
          <w:rFonts w:ascii="Arial" w:hAnsi="Arial" w:cs="Arial"/>
          <w:color w:val="222222"/>
          <w:rtl/>
        </w:rPr>
        <w:t>نتایج</w:t>
      </w:r>
      <w:proofErr w:type="spellEnd"/>
      <w:r w:rsidRPr="00DC1978">
        <w:rPr>
          <w:rFonts w:ascii="Arial" w:hAnsi="Arial" w:cs="Arial"/>
          <w:color w:val="222222"/>
          <w:rtl/>
        </w:rPr>
        <w:t xml:space="preserve"> </w:t>
      </w:r>
      <w:proofErr w:type="spellStart"/>
      <w:r w:rsidRPr="00DC1978">
        <w:rPr>
          <w:rFonts w:ascii="Arial" w:hAnsi="Arial" w:cs="Arial"/>
          <w:color w:val="222222"/>
          <w:rtl/>
        </w:rPr>
        <w:t>به‌دست‌آمده</w:t>
      </w:r>
      <w:proofErr w:type="spellEnd"/>
      <w:r w:rsidRPr="00DC1978">
        <w:rPr>
          <w:rFonts w:ascii="Arial" w:hAnsi="Arial" w:cs="Arial"/>
          <w:color w:val="222222"/>
          <w:rtl/>
        </w:rPr>
        <w:t xml:space="preserve">، </w:t>
      </w:r>
      <w:proofErr w:type="spellStart"/>
      <w:r w:rsidRPr="00DC1978">
        <w:rPr>
          <w:rFonts w:ascii="Arial" w:hAnsi="Arial" w:cs="Arial"/>
          <w:color w:val="222222"/>
          <w:rtl/>
        </w:rPr>
        <w:t>ریفاکسیمین</w:t>
      </w:r>
      <w:proofErr w:type="spellEnd"/>
      <w:r w:rsidRPr="00DC1978">
        <w:rPr>
          <w:rFonts w:ascii="Arial" w:hAnsi="Arial" w:cs="Arial"/>
          <w:color w:val="222222"/>
          <w:rtl/>
        </w:rPr>
        <w:t xml:space="preserve"> </w:t>
      </w:r>
      <w:proofErr w:type="spellStart"/>
      <w:r w:rsidRPr="00DC1978">
        <w:rPr>
          <w:rFonts w:ascii="Arial" w:hAnsi="Arial" w:cs="Arial"/>
          <w:color w:val="222222"/>
          <w:rtl/>
        </w:rPr>
        <w:t>می‌تواند</w:t>
      </w:r>
      <w:proofErr w:type="spellEnd"/>
      <w:r w:rsidRPr="00DC1978">
        <w:rPr>
          <w:rFonts w:ascii="Arial" w:hAnsi="Arial" w:cs="Arial"/>
          <w:color w:val="222222"/>
          <w:rtl/>
        </w:rPr>
        <w:t xml:space="preserve"> </w:t>
      </w:r>
      <w:proofErr w:type="spellStart"/>
      <w:r w:rsidRPr="00DC1978">
        <w:rPr>
          <w:rFonts w:ascii="Arial" w:hAnsi="Arial" w:cs="Arial"/>
          <w:color w:val="222222"/>
          <w:rtl/>
        </w:rPr>
        <w:t>به‌عنوان</w:t>
      </w:r>
      <w:proofErr w:type="spellEnd"/>
      <w:r w:rsidRPr="00DC1978">
        <w:rPr>
          <w:rFonts w:ascii="Arial" w:hAnsi="Arial" w:cs="Arial"/>
          <w:color w:val="222222"/>
          <w:rtl/>
        </w:rPr>
        <w:t xml:space="preserve"> </w:t>
      </w:r>
      <w:proofErr w:type="spellStart"/>
      <w:r w:rsidRPr="00DC1978">
        <w:rPr>
          <w:rFonts w:ascii="Arial" w:hAnsi="Arial" w:cs="Arial"/>
          <w:color w:val="222222"/>
          <w:rtl/>
        </w:rPr>
        <w:t>یک</w:t>
      </w:r>
      <w:proofErr w:type="spellEnd"/>
      <w:r w:rsidRPr="00DC1978">
        <w:rPr>
          <w:rFonts w:ascii="Arial" w:hAnsi="Arial" w:cs="Arial"/>
          <w:color w:val="222222"/>
          <w:rtl/>
        </w:rPr>
        <w:t xml:space="preserve"> </w:t>
      </w:r>
      <w:proofErr w:type="spellStart"/>
      <w:r w:rsidRPr="00DC1978">
        <w:rPr>
          <w:rFonts w:ascii="Arial" w:hAnsi="Arial" w:cs="Arial"/>
          <w:color w:val="222222"/>
          <w:rtl/>
        </w:rPr>
        <w:t>گزینه</w:t>
      </w:r>
      <w:proofErr w:type="spellEnd"/>
      <w:r w:rsidRPr="00DC1978">
        <w:rPr>
          <w:rFonts w:ascii="Arial" w:hAnsi="Arial" w:cs="Arial"/>
          <w:color w:val="222222"/>
          <w:rtl/>
        </w:rPr>
        <w:t xml:space="preserve"> </w:t>
      </w:r>
      <w:proofErr w:type="spellStart"/>
      <w:r w:rsidRPr="00DC1978">
        <w:rPr>
          <w:rFonts w:ascii="Arial" w:hAnsi="Arial" w:cs="Arial"/>
          <w:color w:val="222222"/>
          <w:rtl/>
        </w:rPr>
        <w:t>درمانی</w:t>
      </w:r>
      <w:proofErr w:type="spellEnd"/>
      <w:r w:rsidRPr="00DC1978">
        <w:rPr>
          <w:rFonts w:ascii="Arial" w:hAnsi="Arial" w:cs="Arial"/>
          <w:color w:val="222222"/>
          <w:rtl/>
        </w:rPr>
        <w:t xml:space="preserve"> مؤثر، </w:t>
      </w:r>
      <w:proofErr w:type="spellStart"/>
      <w:r w:rsidRPr="00DC1978">
        <w:rPr>
          <w:rFonts w:ascii="Arial" w:hAnsi="Arial" w:cs="Arial"/>
          <w:color w:val="222222"/>
          <w:rtl/>
        </w:rPr>
        <w:t>ایمن</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هدفمند</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برای</w:t>
      </w:r>
      <w:proofErr w:type="spellEnd"/>
      <w:r w:rsidRPr="00DC1978">
        <w:rPr>
          <w:rFonts w:ascii="Arial" w:hAnsi="Arial" w:cs="Arial"/>
          <w:color w:val="222222"/>
          <w:rtl/>
        </w:rPr>
        <w:t xml:space="preserve"> </w:t>
      </w:r>
      <w:proofErr w:type="spellStart"/>
      <w:r w:rsidRPr="00DC1978">
        <w:rPr>
          <w:rFonts w:ascii="Arial" w:hAnsi="Arial" w:cs="Arial"/>
          <w:color w:val="222222"/>
          <w:rtl/>
        </w:rPr>
        <w:t>بیماران</w:t>
      </w:r>
      <w:proofErr w:type="spellEnd"/>
      <w:r w:rsidRPr="00DC1978">
        <w:rPr>
          <w:rFonts w:ascii="Arial" w:hAnsi="Arial" w:cs="Arial"/>
          <w:color w:val="222222"/>
          <w:rtl/>
        </w:rPr>
        <w:t xml:space="preserve"> مبتلا به سندرم روده </w:t>
      </w:r>
      <w:proofErr w:type="spellStart"/>
      <w:r w:rsidRPr="00DC1978">
        <w:rPr>
          <w:rFonts w:ascii="Arial" w:hAnsi="Arial" w:cs="Arial"/>
          <w:color w:val="222222"/>
          <w:rtl/>
        </w:rPr>
        <w:t>تحریک‌پذیر</w:t>
      </w:r>
      <w:proofErr w:type="spellEnd"/>
      <w:r w:rsidRPr="00DC1978">
        <w:rPr>
          <w:rFonts w:ascii="Arial" w:hAnsi="Arial" w:cs="Arial"/>
          <w:color w:val="222222"/>
          <w:rtl/>
        </w:rPr>
        <w:t xml:space="preserve">، </w:t>
      </w:r>
      <w:proofErr w:type="spellStart"/>
      <w:r w:rsidRPr="00DC1978">
        <w:rPr>
          <w:rFonts w:ascii="Arial" w:hAnsi="Arial" w:cs="Arial"/>
          <w:color w:val="222222"/>
          <w:rtl/>
        </w:rPr>
        <w:t>به‌ویژه</w:t>
      </w:r>
      <w:proofErr w:type="spellEnd"/>
      <w:r w:rsidRPr="00DC1978">
        <w:rPr>
          <w:rFonts w:ascii="Arial" w:hAnsi="Arial" w:cs="Arial"/>
          <w:color w:val="222222"/>
          <w:rtl/>
        </w:rPr>
        <w:t xml:space="preserve"> در </w:t>
      </w:r>
      <w:proofErr w:type="spellStart"/>
      <w:r w:rsidRPr="00DC1978">
        <w:rPr>
          <w:rFonts w:ascii="Arial" w:hAnsi="Arial" w:cs="Arial"/>
          <w:color w:val="222222"/>
          <w:rtl/>
        </w:rPr>
        <w:t>مواردی</w:t>
      </w:r>
      <w:proofErr w:type="spellEnd"/>
      <w:r w:rsidRPr="00DC1978">
        <w:rPr>
          <w:rFonts w:ascii="Arial" w:hAnsi="Arial" w:cs="Arial"/>
          <w:color w:val="222222"/>
          <w:rtl/>
        </w:rPr>
        <w:t xml:space="preserve"> </w:t>
      </w:r>
      <w:proofErr w:type="spellStart"/>
      <w:r w:rsidRPr="00DC1978">
        <w:rPr>
          <w:rFonts w:ascii="Arial" w:hAnsi="Arial" w:cs="Arial"/>
          <w:color w:val="222222"/>
          <w:rtl/>
        </w:rPr>
        <w:t>که</w:t>
      </w:r>
      <w:proofErr w:type="spellEnd"/>
      <w:r w:rsidRPr="00DC1978">
        <w:rPr>
          <w:rFonts w:ascii="Arial" w:hAnsi="Arial" w:cs="Arial"/>
          <w:color w:val="222222"/>
          <w:rtl/>
        </w:rPr>
        <w:t xml:space="preserve"> علائم غالب شامل نفخ و درد </w:t>
      </w:r>
      <w:proofErr w:type="spellStart"/>
      <w:r w:rsidRPr="00DC1978">
        <w:rPr>
          <w:rFonts w:ascii="Arial" w:hAnsi="Arial" w:cs="Arial"/>
          <w:color w:val="222222"/>
          <w:rtl/>
        </w:rPr>
        <w:t>شکمی</w:t>
      </w:r>
      <w:proofErr w:type="spellEnd"/>
      <w:r w:rsidRPr="00DC1978">
        <w:rPr>
          <w:rFonts w:ascii="Arial" w:hAnsi="Arial" w:cs="Arial"/>
          <w:color w:val="222222"/>
          <w:rtl/>
        </w:rPr>
        <w:t xml:space="preserve"> است، در نظر </w:t>
      </w:r>
      <w:proofErr w:type="spellStart"/>
      <w:r w:rsidRPr="00DC1978">
        <w:rPr>
          <w:rFonts w:ascii="Arial" w:hAnsi="Arial" w:cs="Arial"/>
          <w:color w:val="222222"/>
          <w:rtl/>
        </w:rPr>
        <w:t>گرفته</w:t>
      </w:r>
      <w:proofErr w:type="spellEnd"/>
      <w:r w:rsidRPr="00DC1978">
        <w:rPr>
          <w:rFonts w:ascii="Arial" w:hAnsi="Arial" w:cs="Arial"/>
          <w:color w:val="222222"/>
          <w:rtl/>
        </w:rPr>
        <w:t xml:space="preserve"> شود.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حال، انجام مطالعات </w:t>
      </w:r>
      <w:proofErr w:type="spellStart"/>
      <w:r w:rsidRPr="00DC1978">
        <w:rPr>
          <w:rFonts w:ascii="Arial" w:hAnsi="Arial" w:cs="Arial"/>
          <w:color w:val="222222"/>
          <w:rtl/>
        </w:rPr>
        <w:t>گسترده‌تر</w:t>
      </w:r>
      <w:proofErr w:type="spellEnd"/>
      <w:r w:rsidRPr="00DC1978">
        <w:rPr>
          <w:rFonts w:ascii="Arial" w:hAnsi="Arial" w:cs="Arial"/>
          <w:color w:val="222222"/>
          <w:rtl/>
        </w:rPr>
        <w:t xml:space="preserve"> </w:t>
      </w:r>
      <w:proofErr w:type="spellStart"/>
      <w:r w:rsidRPr="00DC1978">
        <w:rPr>
          <w:rFonts w:ascii="Arial" w:hAnsi="Arial" w:cs="Arial"/>
          <w:color w:val="222222"/>
          <w:rtl/>
        </w:rPr>
        <w:t>با</w:t>
      </w:r>
      <w:proofErr w:type="spellEnd"/>
      <w:r w:rsidRPr="00DC1978">
        <w:rPr>
          <w:rFonts w:ascii="Arial" w:hAnsi="Arial" w:cs="Arial"/>
          <w:color w:val="222222"/>
          <w:rtl/>
        </w:rPr>
        <w:t xml:space="preserve"> </w:t>
      </w:r>
      <w:proofErr w:type="spellStart"/>
      <w:r w:rsidRPr="00DC1978">
        <w:rPr>
          <w:rFonts w:ascii="Arial" w:hAnsi="Arial" w:cs="Arial"/>
          <w:color w:val="222222"/>
          <w:rtl/>
        </w:rPr>
        <w:t>جمعیت</w:t>
      </w:r>
      <w:proofErr w:type="spellEnd"/>
      <w:r w:rsidRPr="00DC1978">
        <w:rPr>
          <w:rFonts w:ascii="Arial" w:hAnsi="Arial" w:cs="Arial"/>
          <w:color w:val="222222"/>
          <w:rtl/>
        </w:rPr>
        <w:t xml:space="preserve"> </w:t>
      </w:r>
      <w:proofErr w:type="spellStart"/>
      <w:r w:rsidRPr="00DC1978">
        <w:rPr>
          <w:rFonts w:ascii="Arial" w:hAnsi="Arial" w:cs="Arial"/>
          <w:color w:val="222222"/>
          <w:rtl/>
        </w:rPr>
        <w:t>بزرگ‌تر</w:t>
      </w:r>
      <w:proofErr w:type="spellEnd"/>
      <w:r w:rsidRPr="00DC1978">
        <w:rPr>
          <w:rFonts w:ascii="Arial" w:hAnsi="Arial" w:cs="Arial"/>
          <w:color w:val="222222"/>
          <w:rtl/>
        </w:rPr>
        <w:t xml:space="preserve">، </w:t>
      </w:r>
      <w:proofErr w:type="spellStart"/>
      <w:r w:rsidRPr="00DC1978">
        <w:rPr>
          <w:rFonts w:ascii="Arial" w:hAnsi="Arial" w:cs="Arial"/>
          <w:color w:val="222222"/>
          <w:rtl/>
        </w:rPr>
        <w:t>دوره‌های</w:t>
      </w:r>
      <w:proofErr w:type="spellEnd"/>
      <w:r w:rsidRPr="00DC1978">
        <w:rPr>
          <w:rFonts w:ascii="Arial" w:hAnsi="Arial" w:cs="Arial"/>
          <w:color w:val="222222"/>
          <w:rtl/>
        </w:rPr>
        <w:t xml:space="preserve"> </w:t>
      </w:r>
      <w:proofErr w:type="spellStart"/>
      <w:r w:rsidRPr="00DC1978">
        <w:rPr>
          <w:rFonts w:ascii="Arial" w:hAnsi="Arial" w:cs="Arial"/>
          <w:color w:val="222222"/>
          <w:rtl/>
        </w:rPr>
        <w:t>پیگیری</w:t>
      </w:r>
      <w:proofErr w:type="spellEnd"/>
      <w:r w:rsidRPr="00DC1978">
        <w:rPr>
          <w:rFonts w:ascii="Arial" w:hAnsi="Arial" w:cs="Arial"/>
          <w:color w:val="222222"/>
          <w:rtl/>
        </w:rPr>
        <w:t xml:space="preserve"> </w:t>
      </w:r>
      <w:proofErr w:type="spellStart"/>
      <w:r w:rsidRPr="00DC1978">
        <w:rPr>
          <w:rFonts w:ascii="Arial" w:hAnsi="Arial" w:cs="Arial"/>
          <w:color w:val="222222"/>
          <w:rtl/>
        </w:rPr>
        <w:t>طولانی‌تر</w:t>
      </w:r>
      <w:proofErr w:type="spellEnd"/>
      <w:r w:rsidRPr="00DC1978">
        <w:rPr>
          <w:rFonts w:ascii="Arial" w:hAnsi="Arial" w:cs="Arial"/>
          <w:color w:val="222222"/>
          <w:rtl/>
        </w:rPr>
        <w:t xml:space="preserve"> </w:t>
      </w:r>
      <w:proofErr w:type="gramStart"/>
      <w:r w:rsidRPr="00DC1978">
        <w:rPr>
          <w:rFonts w:ascii="Arial" w:hAnsi="Arial" w:cs="Arial"/>
          <w:color w:val="222222"/>
          <w:rtl/>
        </w:rPr>
        <w:t xml:space="preserve">و </w:t>
      </w:r>
      <w:proofErr w:type="spellStart"/>
      <w:r w:rsidRPr="00DC1978">
        <w:rPr>
          <w:rFonts w:ascii="Arial" w:hAnsi="Arial" w:cs="Arial"/>
          <w:color w:val="222222"/>
          <w:rtl/>
        </w:rPr>
        <w:t>بررسی</w:t>
      </w:r>
      <w:proofErr w:type="spellEnd"/>
      <w:proofErr w:type="gramEnd"/>
      <w:r w:rsidRPr="00DC1978">
        <w:rPr>
          <w:rFonts w:ascii="Arial" w:hAnsi="Arial" w:cs="Arial"/>
          <w:color w:val="222222"/>
          <w:rtl/>
        </w:rPr>
        <w:t xml:space="preserve"> </w:t>
      </w:r>
      <w:proofErr w:type="spellStart"/>
      <w:r w:rsidRPr="00DC1978">
        <w:rPr>
          <w:rFonts w:ascii="Arial" w:hAnsi="Arial" w:cs="Arial"/>
          <w:color w:val="222222"/>
          <w:rtl/>
        </w:rPr>
        <w:t>زیرگروه‌های</w:t>
      </w:r>
      <w:proofErr w:type="spellEnd"/>
      <w:r w:rsidRPr="00DC1978">
        <w:rPr>
          <w:rFonts w:ascii="Arial" w:hAnsi="Arial" w:cs="Arial"/>
          <w:color w:val="222222"/>
          <w:rtl/>
        </w:rPr>
        <w:t xml:space="preserve"> مختلف </w:t>
      </w:r>
      <w:r w:rsidRPr="00DC1978">
        <w:rPr>
          <w:rFonts w:ascii="Arial" w:hAnsi="Arial" w:cs="Arial"/>
          <w:color w:val="222222"/>
        </w:rPr>
        <w:t>IBS</w:t>
      </w:r>
      <w:r w:rsidRPr="00DC1978">
        <w:rPr>
          <w:rFonts w:ascii="Arial" w:hAnsi="Arial" w:cs="Arial"/>
          <w:color w:val="222222"/>
          <w:rtl/>
        </w:rPr>
        <w:t xml:space="preserve"> جهت </w:t>
      </w:r>
      <w:proofErr w:type="spellStart"/>
      <w:r w:rsidRPr="00DC1978">
        <w:rPr>
          <w:rFonts w:ascii="Arial" w:hAnsi="Arial" w:cs="Arial"/>
          <w:color w:val="222222"/>
          <w:rtl/>
        </w:rPr>
        <w:t>تأیید</w:t>
      </w:r>
      <w:proofErr w:type="spellEnd"/>
      <w:r w:rsidRPr="00DC1978">
        <w:rPr>
          <w:rFonts w:ascii="Arial" w:hAnsi="Arial" w:cs="Arial"/>
          <w:color w:val="222222"/>
          <w:rtl/>
        </w:rPr>
        <w:t xml:space="preserve"> </w:t>
      </w:r>
      <w:proofErr w:type="spellStart"/>
      <w:r w:rsidRPr="00DC1978">
        <w:rPr>
          <w:rFonts w:ascii="Arial" w:hAnsi="Arial" w:cs="Arial"/>
          <w:color w:val="222222"/>
          <w:rtl/>
        </w:rPr>
        <w:t>نهایی</w:t>
      </w:r>
      <w:proofErr w:type="spellEnd"/>
      <w:r w:rsidRPr="00DC1978">
        <w:rPr>
          <w:rFonts w:ascii="Arial" w:hAnsi="Arial" w:cs="Arial"/>
          <w:color w:val="222222"/>
          <w:rtl/>
        </w:rPr>
        <w:t xml:space="preserve"> </w:t>
      </w:r>
      <w:proofErr w:type="spellStart"/>
      <w:r w:rsidRPr="00DC1978">
        <w:rPr>
          <w:rFonts w:ascii="Arial" w:hAnsi="Arial" w:cs="Arial"/>
          <w:color w:val="222222"/>
          <w:rtl/>
        </w:rPr>
        <w:t>این</w:t>
      </w:r>
      <w:proofErr w:type="spellEnd"/>
      <w:r w:rsidRPr="00DC1978">
        <w:rPr>
          <w:rFonts w:ascii="Arial" w:hAnsi="Arial" w:cs="Arial"/>
          <w:color w:val="222222"/>
          <w:rtl/>
        </w:rPr>
        <w:t xml:space="preserve"> </w:t>
      </w:r>
      <w:proofErr w:type="spellStart"/>
      <w:r w:rsidRPr="00DC1978">
        <w:rPr>
          <w:rFonts w:ascii="Arial" w:hAnsi="Arial" w:cs="Arial"/>
          <w:color w:val="222222"/>
          <w:rtl/>
        </w:rPr>
        <w:t>یافته‌ها</w:t>
      </w:r>
      <w:proofErr w:type="spellEnd"/>
      <w:r w:rsidRPr="00DC1978">
        <w:rPr>
          <w:rFonts w:ascii="Arial" w:hAnsi="Arial" w:cs="Arial"/>
          <w:color w:val="222222"/>
          <w:rtl/>
        </w:rPr>
        <w:t xml:space="preserve"> </w:t>
      </w:r>
      <w:proofErr w:type="spellStart"/>
      <w:r w:rsidRPr="00DC1978">
        <w:rPr>
          <w:rFonts w:ascii="Arial" w:hAnsi="Arial" w:cs="Arial"/>
          <w:color w:val="222222"/>
          <w:rtl/>
        </w:rPr>
        <w:t>ضروری</w:t>
      </w:r>
      <w:proofErr w:type="spellEnd"/>
      <w:r w:rsidRPr="00DC1978">
        <w:rPr>
          <w:rFonts w:ascii="Arial" w:hAnsi="Arial" w:cs="Arial"/>
          <w:color w:val="222222"/>
          <w:rtl/>
        </w:rPr>
        <w:t xml:space="preserve"> است</w:t>
      </w:r>
      <w:r w:rsidRPr="00DC1978">
        <w:rPr>
          <w:rStyle w:val="apple-converted-space"/>
          <w:rFonts w:ascii="Arial" w:hAnsi="Arial" w:cs="Arial" w:hint="cs"/>
          <w:color w:val="222222"/>
          <w:rtl/>
        </w:rPr>
        <w:t>.</w:t>
      </w:r>
    </w:p>
    <w:p w:rsidR="00433438" w:rsidRPr="00DC1978" w:rsidRDefault="000675EA" w:rsidP="006C2ABA">
      <w:pPr>
        <w:pStyle w:val="NormalWeb"/>
        <w:jc w:val="right"/>
        <w:rPr>
          <w:rtl/>
        </w:rPr>
      </w:pPr>
      <w:r w:rsidRPr="00DC1978">
        <w:rPr>
          <w:rFonts w:cs="B Nazanin" w:hint="cs"/>
        </w:rPr>
        <w:t xml:space="preserve">. </w:t>
      </w:r>
    </w:p>
    <w:p w:rsidR="00263F0B" w:rsidRPr="00DC1978" w:rsidRDefault="00263F0B" w:rsidP="000675EA">
      <w:pPr>
        <w:autoSpaceDE w:val="0"/>
        <w:autoSpaceDN w:val="0"/>
        <w:bidi/>
        <w:adjustRightInd w:val="0"/>
        <w:spacing w:after="0" w:line="360" w:lineRule="auto"/>
        <w:rPr>
          <w:rFonts w:cs="B Nazanin"/>
          <w:sz w:val="24"/>
          <w:szCs w:val="24"/>
          <w:rtl/>
        </w:rPr>
      </w:pPr>
      <w:r w:rsidRPr="00DC1978">
        <w:rPr>
          <w:rFonts w:cs="B Nazanin" w:hint="cs"/>
          <w:b/>
          <w:bCs/>
          <w:sz w:val="24"/>
          <w:szCs w:val="24"/>
          <w:rtl/>
          <w:lang w:bidi="fa-IR"/>
        </w:rPr>
        <w:t>تشکر و قدردانی:</w:t>
      </w:r>
      <w:r w:rsidRPr="00DC1978">
        <w:rPr>
          <w:rFonts w:cs="B Nazanin" w:hint="cs"/>
          <w:sz w:val="24"/>
          <w:szCs w:val="24"/>
          <w:rtl/>
        </w:rPr>
        <w:t xml:space="preserve"> </w:t>
      </w:r>
      <w:proofErr w:type="spellStart"/>
      <w:r w:rsidRPr="00DC1978">
        <w:rPr>
          <w:rFonts w:cs="B Nazanin" w:hint="cs"/>
          <w:sz w:val="24"/>
          <w:szCs w:val="24"/>
          <w:rtl/>
        </w:rPr>
        <w:t>این</w:t>
      </w:r>
      <w:proofErr w:type="spellEnd"/>
      <w:r w:rsidRPr="00DC1978">
        <w:rPr>
          <w:rFonts w:cs="B Nazanin" w:hint="cs"/>
          <w:sz w:val="24"/>
          <w:szCs w:val="24"/>
          <w:rtl/>
        </w:rPr>
        <w:t xml:space="preserve"> مقاله </w:t>
      </w:r>
      <w:proofErr w:type="spellStart"/>
      <w:r w:rsidRPr="00DC1978">
        <w:rPr>
          <w:rFonts w:cs="B Nazanin" w:hint="cs"/>
          <w:sz w:val="24"/>
          <w:szCs w:val="24"/>
          <w:rtl/>
        </w:rPr>
        <w:t>برگرفته</w:t>
      </w:r>
      <w:proofErr w:type="spellEnd"/>
      <w:r w:rsidRPr="00DC1978">
        <w:rPr>
          <w:rFonts w:cs="B Nazanin" w:hint="cs"/>
          <w:sz w:val="24"/>
          <w:szCs w:val="24"/>
          <w:rtl/>
        </w:rPr>
        <w:t xml:space="preserve"> از طرح </w:t>
      </w:r>
      <w:proofErr w:type="spellStart"/>
      <w:r w:rsidRPr="00DC1978">
        <w:rPr>
          <w:rFonts w:cs="B Nazanin" w:hint="cs"/>
          <w:sz w:val="24"/>
          <w:szCs w:val="24"/>
          <w:rtl/>
        </w:rPr>
        <w:t>تحقیقاتی</w:t>
      </w:r>
      <w:proofErr w:type="spellEnd"/>
      <w:r w:rsidRPr="00DC1978">
        <w:rPr>
          <w:rFonts w:cs="B Nazanin" w:hint="cs"/>
          <w:sz w:val="24"/>
          <w:szCs w:val="24"/>
          <w:rtl/>
        </w:rPr>
        <w:t xml:space="preserve"> مصوب </w:t>
      </w:r>
      <w:proofErr w:type="spellStart"/>
      <w:r w:rsidRPr="00DC1978">
        <w:rPr>
          <w:rFonts w:cs="B Nazanin" w:hint="cs"/>
          <w:sz w:val="24"/>
          <w:szCs w:val="24"/>
          <w:rtl/>
        </w:rPr>
        <w:t>کمیته</w:t>
      </w:r>
      <w:proofErr w:type="spellEnd"/>
      <w:r w:rsidRPr="00DC1978">
        <w:rPr>
          <w:rFonts w:cs="B Nazanin" w:hint="cs"/>
          <w:sz w:val="24"/>
          <w:szCs w:val="24"/>
          <w:rtl/>
        </w:rPr>
        <w:t xml:space="preserve"> اخلاق </w:t>
      </w:r>
      <w:proofErr w:type="spellStart"/>
      <w:r w:rsidRPr="00DC1978">
        <w:rPr>
          <w:rFonts w:cs="B Nazanin" w:hint="cs"/>
          <w:sz w:val="24"/>
          <w:szCs w:val="24"/>
          <w:rtl/>
        </w:rPr>
        <w:t>دانشکده</w:t>
      </w:r>
      <w:proofErr w:type="spellEnd"/>
      <w:r w:rsidRPr="00DC1978">
        <w:rPr>
          <w:rFonts w:cs="B Nazanin" w:hint="cs"/>
          <w:sz w:val="24"/>
          <w:szCs w:val="24"/>
          <w:rtl/>
        </w:rPr>
        <w:t xml:space="preserve"> </w:t>
      </w:r>
      <w:proofErr w:type="spellStart"/>
      <w:r w:rsidRPr="00DC1978">
        <w:rPr>
          <w:rFonts w:cs="B Nazanin" w:hint="cs"/>
          <w:sz w:val="24"/>
          <w:szCs w:val="24"/>
          <w:rtl/>
        </w:rPr>
        <w:t>پزشکی</w:t>
      </w:r>
      <w:proofErr w:type="spellEnd"/>
      <w:r w:rsidRPr="00DC1978">
        <w:rPr>
          <w:rFonts w:cs="B Nazanin" w:hint="cs"/>
          <w:sz w:val="24"/>
          <w:szCs w:val="24"/>
          <w:rtl/>
        </w:rPr>
        <w:t>،</w:t>
      </w:r>
      <w:r w:rsidRPr="00DC1978">
        <w:rPr>
          <w:rFonts w:ascii="Times New Roman" w:hAnsi="Times New Roman" w:cs="Times New Roman" w:hint="cs"/>
          <w:sz w:val="24"/>
          <w:szCs w:val="24"/>
          <w:rtl/>
          <w:lang w:bidi="fa-IR"/>
        </w:rPr>
        <w:t xml:space="preserve"> دانشگاه</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آزاد</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اسلامی</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واحد</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علوم</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پزشکی</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تهران</w:t>
      </w:r>
      <w:r w:rsidRPr="00DC1978">
        <w:rPr>
          <w:rFonts w:cs="B Nazanin" w:hint="cs"/>
          <w:sz w:val="24"/>
          <w:szCs w:val="24"/>
          <w:rtl/>
        </w:rPr>
        <w:t xml:space="preserve"> </w:t>
      </w:r>
      <w:proofErr w:type="spellStart"/>
      <w:r w:rsidRPr="00DC1978">
        <w:rPr>
          <w:rFonts w:cs="B Nazanin" w:hint="cs"/>
          <w:sz w:val="24"/>
          <w:szCs w:val="24"/>
          <w:rtl/>
        </w:rPr>
        <w:t>با</w:t>
      </w:r>
      <w:proofErr w:type="spellEnd"/>
      <w:r w:rsidRPr="00DC1978">
        <w:rPr>
          <w:rFonts w:cs="B Nazanin" w:hint="cs"/>
          <w:sz w:val="24"/>
          <w:szCs w:val="24"/>
          <w:rtl/>
        </w:rPr>
        <w:t xml:space="preserve"> </w:t>
      </w:r>
      <w:proofErr w:type="spellStart"/>
      <w:r w:rsidRPr="00DC1978">
        <w:rPr>
          <w:rFonts w:cs="B Nazanin" w:hint="cs"/>
          <w:sz w:val="24"/>
          <w:szCs w:val="24"/>
          <w:rtl/>
        </w:rPr>
        <w:t>کد</w:t>
      </w:r>
      <w:proofErr w:type="spellEnd"/>
      <w:r w:rsidRPr="00DC1978">
        <w:rPr>
          <w:rFonts w:cs="B Nazanin" w:hint="cs"/>
          <w:sz w:val="24"/>
          <w:szCs w:val="24"/>
          <w:rtl/>
        </w:rPr>
        <w:t xml:space="preserve"> اخلاق</w:t>
      </w:r>
      <w:r w:rsidR="00757D38" w:rsidRPr="00DC1978">
        <w:rPr>
          <w:rFonts w:cs="B Nazanin"/>
          <w:sz w:val="24"/>
          <w:szCs w:val="24"/>
        </w:rPr>
        <w:t>(</w:t>
      </w:r>
      <w:r w:rsidRPr="00DC1978">
        <w:rPr>
          <w:rFonts w:asciiTheme="majorBidi" w:hAnsiTheme="majorBidi" w:cstheme="majorBidi"/>
          <w:sz w:val="24"/>
          <w:szCs w:val="24"/>
          <w:lang w:bidi="fa-IR"/>
        </w:rPr>
        <w:t>IR.</w:t>
      </w:r>
      <w:r w:rsidR="00757D38" w:rsidRPr="00DC1978">
        <w:rPr>
          <w:rFonts w:asciiTheme="majorBidi" w:hAnsiTheme="majorBidi" w:cstheme="majorBidi"/>
          <w:sz w:val="24"/>
          <w:szCs w:val="24"/>
          <w:lang w:bidi="fa-IR"/>
        </w:rPr>
        <w:t>IAU</w:t>
      </w:r>
      <w:r w:rsidRPr="00DC1978">
        <w:rPr>
          <w:rFonts w:asciiTheme="majorBidi" w:hAnsiTheme="majorBidi" w:cstheme="majorBidi"/>
          <w:sz w:val="24"/>
          <w:szCs w:val="24"/>
          <w:lang w:bidi="fa-IR"/>
        </w:rPr>
        <w:t>.</w:t>
      </w:r>
      <w:r w:rsidR="00757D38" w:rsidRPr="00DC1978">
        <w:rPr>
          <w:rFonts w:asciiTheme="majorBidi" w:hAnsiTheme="majorBidi" w:cstheme="majorBidi"/>
          <w:sz w:val="24"/>
          <w:szCs w:val="24"/>
          <w:lang w:bidi="fa-IR"/>
        </w:rPr>
        <w:t>TMU.</w:t>
      </w:r>
      <w:r w:rsidRPr="00DC1978">
        <w:rPr>
          <w:rFonts w:asciiTheme="majorBidi" w:hAnsiTheme="majorBidi" w:cstheme="majorBidi"/>
          <w:sz w:val="24"/>
          <w:szCs w:val="24"/>
          <w:lang w:bidi="fa-IR"/>
        </w:rPr>
        <w:t>REC</w:t>
      </w:r>
      <w:r w:rsidR="00757D38" w:rsidRPr="00DC1978">
        <w:rPr>
          <w:rFonts w:asciiTheme="majorBidi" w:hAnsiTheme="majorBidi" w:cstheme="majorBidi"/>
          <w:sz w:val="24"/>
          <w:szCs w:val="24"/>
          <w:lang w:bidi="fa-IR"/>
        </w:rPr>
        <w:t xml:space="preserve">.1399.455) </w:t>
      </w:r>
      <w:proofErr w:type="spellStart"/>
      <w:r w:rsidRPr="00DC1978">
        <w:rPr>
          <w:rFonts w:cs="B Nazanin" w:hint="cs"/>
          <w:sz w:val="24"/>
          <w:szCs w:val="24"/>
          <w:rtl/>
        </w:rPr>
        <w:t>می</w:t>
      </w:r>
      <w:proofErr w:type="spellEnd"/>
      <w:r w:rsidRPr="00DC1978">
        <w:rPr>
          <w:rFonts w:cs="B Nazanin" w:hint="cs"/>
          <w:sz w:val="24"/>
          <w:szCs w:val="24"/>
          <w:rtl/>
        </w:rPr>
        <w:t xml:space="preserve"> باشد؛ بدين وسيله از </w:t>
      </w:r>
      <w:proofErr w:type="spellStart"/>
      <w:r w:rsidRPr="00DC1978">
        <w:rPr>
          <w:rFonts w:cs="B Nazanin" w:hint="cs"/>
          <w:sz w:val="24"/>
          <w:szCs w:val="24"/>
          <w:rtl/>
        </w:rPr>
        <w:t>همكاري</w:t>
      </w:r>
      <w:proofErr w:type="spellEnd"/>
      <w:r w:rsidRPr="00DC1978">
        <w:rPr>
          <w:rFonts w:cs="B Nazanin" w:hint="cs"/>
          <w:sz w:val="24"/>
          <w:szCs w:val="24"/>
          <w:rtl/>
        </w:rPr>
        <w:t xml:space="preserve"> </w:t>
      </w:r>
      <w:proofErr w:type="spellStart"/>
      <w:r w:rsidRPr="00DC1978">
        <w:rPr>
          <w:rFonts w:cs="B Nazanin" w:hint="cs"/>
          <w:sz w:val="24"/>
          <w:szCs w:val="24"/>
          <w:rtl/>
        </w:rPr>
        <w:t>صمیمانه</w:t>
      </w:r>
      <w:proofErr w:type="spellEnd"/>
      <w:r w:rsidRPr="00DC1978">
        <w:rPr>
          <w:rFonts w:cs="B Nazanin" w:hint="cs"/>
          <w:sz w:val="24"/>
          <w:szCs w:val="24"/>
          <w:rtl/>
        </w:rPr>
        <w:t xml:space="preserve"> </w:t>
      </w:r>
      <w:proofErr w:type="spellStart"/>
      <w:r w:rsidRPr="00DC1978">
        <w:rPr>
          <w:rFonts w:cs="B Nazanin" w:hint="cs"/>
          <w:sz w:val="24"/>
          <w:szCs w:val="24"/>
          <w:rtl/>
        </w:rPr>
        <w:t>کلیه</w:t>
      </w:r>
      <w:proofErr w:type="spellEnd"/>
      <w:r w:rsidRPr="00DC1978">
        <w:rPr>
          <w:rFonts w:cs="B Nazanin" w:hint="cs"/>
          <w:sz w:val="24"/>
          <w:szCs w:val="24"/>
          <w:rtl/>
        </w:rPr>
        <w:t xml:space="preserve"> </w:t>
      </w:r>
      <w:proofErr w:type="spellStart"/>
      <w:r w:rsidRPr="00DC1978">
        <w:rPr>
          <w:rFonts w:cs="B Nazanin" w:hint="cs"/>
          <w:sz w:val="24"/>
          <w:szCs w:val="24"/>
          <w:rtl/>
        </w:rPr>
        <w:t>مسئولین</w:t>
      </w:r>
      <w:proofErr w:type="spellEnd"/>
      <w:r w:rsidRPr="00DC1978">
        <w:rPr>
          <w:rFonts w:cs="B Nazanin" w:hint="cs"/>
          <w:sz w:val="24"/>
          <w:szCs w:val="24"/>
          <w:rtl/>
        </w:rPr>
        <w:t xml:space="preserve"> محترم </w:t>
      </w:r>
      <w:proofErr w:type="spellStart"/>
      <w:r w:rsidRPr="00DC1978">
        <w:rPr>
          <w:rFonts w:cs="B Nazanin" w:hint="cs"/>
          <w:sz w:val="24"/>
          <w:szCs w:val="24"/>
          <w:rtl/>
        </w:rPr>
        <w:t>بیمارستان</w:t>
      </w:r>
      <w:proofErr w:type="spellEnd"/>
      <w:r w:rsidRPr="00DC1978">
        <w:rPr>
          <w:rFonts w:cs="B Nazanin" w:hint="cs"/>
          <w:sz w:val="24"/>
          <w:szCs w:val="24"/>
          <w:rtl/>
        </w:rPr>
        <w:t xml:space="preserve"> </w:t>
      </w:r>
      <w:proofErr w:type="spellStart"/>
      <w:r w:rsidRPr="00DC1978">
        <w:rPr>
          <w:rFonts w:cs="Times New Roman" w:hint="cs"/>
          <w:sz w:val="24"/>
          <w:szCs w:val="24"/>
          <w:rtl/>
        </w:rPr>
        <w:t>بوعلی</w:t>
      </w:r>
      <w:proofErr w:type="spellEnd"/>
      <w:r w:rsidRPr="00DC1978">
        <w:rPr>
          <w:rFonts w:cs="Times New Roman" w:hint="cs"/>
          <w:sz w:val="24"/>
          <w:szCs w:val="24"/>
          <w:rtl/>
        </w:rPr>
        <w:t xml:space="preserve"> </w:t>
      </w:r>
      <w:r w:rsidRPr="00DC1978">
        <w:rPr>
          <w:rFonts w:cs="B Nazanin" w:hint="cs"/>
          <w:sz w:val="24"/>
          <w:szCs w:val="24"/>
          <w:rtl/>
        </w:rPr>
        <w:t xml:space="preserve">و </w:t>
      </w:r>
      <w:proofErr w:type="spellStart"/>
      <w:r w:rsidRPr="00DC1978">
        <w:rPr>
          <w:rFonts w:cs="B Nazanin" w:hint="cs"/>
          <w:sz w:val="24"/>
          <w:szCs w:val="24"/>
          <w:rtl/>
        </w:rPr>
        <w:t>پرسنل</w:t>
      </w:r>
      <w:proofErr w:type="spellEnd"/>
      <w:r w:rsidRPr="00DC1978">
        <w:rPr>
          <w:rFonts w:cs="B Nazanin" w:hint="cs"/>
          <w:sz w:val="24"/>
          <w:szCs w:val="24"/>
          <w:rtl/>
        </w:rPr>
        <w:t xml:space="preserve"> محترم </w:t>
      </w:r>
      <w:proofErr w:type="spellStart"/>
      <w:r w:rsidRPr="00DC1978">
        <w:rPr>
          <w:rFonts w:cs="B Nazanin" w:hint="cs"/>
          <w:sz w:val="24"/>
          <w:szCs w:val="24"/>
          <w:rtl/>
        </w:rPr>
        <w:t>بخش</w:t>
      </w:r>
      <w:r w:rsidRPr="00DC1978">
        <w:rPr>
          <w:rFonts w:cs="B Nazanin"/>
          <w:sz w:val="24"/>
          <w:szCs w:val="24"/>
          <w:rtl/>
        </w:rPr>
        <w:softHyphen/>
      </w:r>
      <w:r w:rsidRPr="00DC1978">
        <w:rPr>
          <w:rFonts w:cs="B Nazanin" w:hint="cs"/>
          <w:sz w:val="24"/>
          <w:szCs w:val="24"/>
          <w:rtl/>
        </w:rPr>
        <w:t>های</w:t>
      </w:r>
      <w:proofErr w:type="spellEnd"/>
      <w:r w:rsidRPr="00DC1978">
        <w:rPr>
          <w:rFonts w:cs="B Nazanin" w:hint="cs"/>
          <w:sz w:val="24"/>
          <w:szCs w:val="24"/>
          <w:rtl/>
        </w:rPr>
        <w:t xml:space="preserve"> </w:t>
      </w:r>
      <w:proofErr w:type="spellStart"/>
      <w:r w:rsidRPr="00DC1978">
        <w:rPr>
          <w:rFonts w:cs="Times New Roman" w:hint="cs"/>
          <w:sz w:val="24"/>
          <w:szCs w:val="24"/>
          <w:rtl/>
        </w:rPr>
        <w:t>داخلی</w:t>
      </w:r>
      <w:proofErr w:type="spellEnd"/>
      <w:r w:rsidRPr="00DC1978">
        <w:rPr>
          <w:rFonts w:cs="B Nazanin" w:hint="cs"/>
          <w:sz w:val="24"/>
          <w:szCs w:val="24"/>
          <w:rtl/>
        </w:rPr>
        <w:t xml:space="preserve">، </w:t>
      </w:r>
      <w:proofErr w:type="spellStart"/>
      <w:r w:rsidRPr="00DC1978">
        <w:rPr>
          <w:rFonts w:cs="Times New Roman" w:hint="cs"/>
          <w:sz w:val="24"/>
          <w:szCs w:val="24"/>
          <w:rtl/>
        </w:rPr>
        <w:t>گوارش</w:t>
      </w:r>
      <w:proofErr w:type="spellEnd"/>
      <w:r w:rsidRPr="00DC1978">
        <w:rPr>
          <w:rFonts w:cs="B Nazanin" w:hint="cs"/>
          <w:sz w:val="24"/>
          <w:szCs w:val="24"/>
          <w:rtl/>
        </w:rPr>
        <w:t xml:space="preserve"> و </w:t>
      </w:r>
      <w:proofErr w:type="spellStart"/>
      <w:r w:rsidRPr="00DC1978">
        <w:rPr>
          <w:rFonts w:cs="B Nazanin" w:hint="cs"/>
          <w:sz w:val="24"/>
          <w:szCs w:val="24"/>
          <w:rtl/>
        </w:rPr>
        <w:t>بایگانی</w:t>
      </w:r>
      <w:proofErr w:type="spellEnd"/>
      <w:r w:rsidRPr="00DC1978">
        <w:rPr>
          <w:rFonts w:cs="B Nazanin" w:hint="cs"/>
          <w:sz w:val="24"/>
          <w:szCs w:val="24"/>
          <w:rtl/>
        </w:rPr>
        <w:t xml:space="preserve"> </w:t>
      </w:r>
      <w:proofErr w:type="spellStart"/>
      <w:r w:rsidRPr="00DC1978">
        <w:rPr>
          <w:rFonts w:cs="B Nazanin" w:hint="cs"/>
          <w:sz w:val="24"/>
          <w:szCs w:val="24"/>
          <w:rtl/>
        </w:rPr>
        <w:t>مدارک</w:t>
      </w:r>
      <w:proofErr w:type="spellEnd"/>
      <w:r w:rsidRPr="00DC1978">
        <w:rPr>
          <w:rFonts w:cs="B Nazanin" w:hint="cs"/>
          <w:sz w:val="24"/>
          <w:szCs w:val="24"/>
          <w:rtl/>
        </w:rPr>
        <w:t xml:space="preserve"> </w:t>
      </w:r>
      <w:proofErr w:type="spellStart"/>
      <w:r w:rsidRPr="00DC1978">
        <w:rPr>
          <w:rFonts w:cs="B Nazanin" w:hint="cs"/>
          <w:sz w:val="24"/>
          <w:szCs w:val="24"/>
          <w:rtl/>
        </w:rPr>
        <w:t>پزشکی</w:t>
      </w:r>
      <w:proofErr w:type="spellEnd"/>
      <w:r w:rsidRPr="00DC1978">
        <w:rPr>
          <w:rFonts w:cs="B Nazanin" w:hint="cs"/>
          <w:sz w:val="24"/>
          <w:szCs w:val="24"/>
          <w:rtl/>
        </w:rPr>
        <w:t xml:space="preserve"> و همه </w:t>
      </w:r>
      <w:proofErr w:type="spellStart"/>
      <w:r w:rsidRPr="00DC1978">
        <w:rPr>
          <w:rFonts w:cs="B Nazanin" w:hint="cs"/>
          <w:sz w:val="24"/>
          <w:szCs w:val="24"/>
          <w:rtl/>
        </w:rPr>
        <w:t>مسئولین</w:t>
      </w:r>
      <w:proofErr w:type="spellEnd"/>
      <w:r w:rsidRPr="00DC1978">
        <w:rPr>
          <w:rFonts w:cs="B Nazanin" w:hint="cs"/>
          <w:sz w:val="24"/>
          <w:szCs w:val="24"/>
          <w:rtl/>
        </w:rPr>
        <w:t xml:space="preserve"> محترم </w:t>
      </w:r>
      <w:proofErr w:type="spellStart"/>
      <w:r w:rsidRPr="00DC1978">
        <w:rPr>
          <w:rFonts w:cs="B Nazanin" w:hint="cs"/>
          <w:sz w:val="24"/>
          <w:szCs w:val="24"/>
          <w:rtl/>
        </w:rPr>
        <w:t>دانشکده</w:t>
      </w:r>
      <w:proofErr w:type="spellEnd"/>
      <w:r w:rsidRPr="00DC1978">
        <w:rPr>
          <w:rFonts w:cs="B Nazanin" w:hint="cs"/>
          <w:sz w:val="24"/>
          <w:szCs w:val="24"/>
          <w:rtl/>
        </w:rPr>
        <w:t xml:space="preserve"> </w:t>
      </w:r>
      <w:proofErr w:type="spellStart"/>
      <w:r w:rsidRPr="00DC1978">
        <w:rPr>
          <w:rFonts w:cs="B Nazanin" w:hint="cs"/>
          <w:sz w:val="24"/>
          <w:szCs w:val="24"/>
          <w:rtl/>
        </w:rPr>
        <w:t>پزشکی</w:t>
      </w:r>
      <w:proofErr w:type="spellEnd"/>
      <w:r w:rsidRPr="00DC1978">
        <w:rPr>
          <w:rFonts w:cs="B Nazanin" w:hint="cs"/>
          <w:sz w:val="24"/>
          <w:szCs w:val="24"/>
          <w:rtl/>
        </w:rPr>
        <w:t xml:space="preserve"> </w:t>
      </w:r>
      <w:r w:rsidRPr="00DC1978">
        <w:rPr>
          <w:rFonts w:ascii="Times New Roman" w:hAnsi="Times New Roman" w:cs="Times New Roman" w:hint="cs"/>
          <w:sz w:val="24"/>
          <w:szCs w:val="24"/>
          <w:rtl/>
          <w:lang w:bidi="fa-IR"/>
        </w:rPr>
        <w:t xml:space="preserve"> دانشگاه</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آزاد</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اسلامی</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واحد</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علوم</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پزشکی</w:t>
      </w:r>
      <w:r w:rsidRPr="00DC1978">
        <w:rPr>
          <w:rFonts w:cs="B Nazanin" w:hint="cs"/>
          <w:sz w:val="24"/>
          <w:szCs w:val="24"/>
          <w:rtl/>
          <w:lang w:bidi="fa-IR"/>
        </w:rPr>
        <w:t xml:space="preserve"> </w:t>
      </w:r>
      <w:r w:rsidRPr="00DC1978">
        <w:rPr>
          <w:rFonts w:ascii="Times New Roman" w:hAnsi="Times New Roman" w:cs="Times New Roman" w:hint="cs"/>
          <w:sz w:val="24"/>
          <w:szCs w:val="24"/>
          <w:rtl/>
          <w:lang w:bidi="fa-IR"/>
        </w:rPr>
        <w:t>تهران</w:t>
      </w:r>
      <w:r w:rsidRPr="00DC1978">
        <w:rPr>
          <w:rFonts w:cs="B Nazanin" w:hint="cs"/>
          <w:sz w:val="24"/>
          <w:szCs w:val="24"/>
          <w:rtl/>
        </w:rPr>
        <w:t xml:space="preserve"> </w:t>
      </w:r>
      <w:proofErr w:type="spellStart"/>
      <w:r w:rsidRPr="00DC1978">
        <w:rPr>
          <w:rFonts w:cs="B Nazanin" w:hint="cs"/>
          <w:sz w:val="24"/>
          <w:szCs w:val="24"/>
          <w:rtl/>
        </w:rPr>
        <w:t>کمال</w:t>
      </w:r>
      <w:proofErr w:type="spellEnd"/>
      <w:r w:rsidRPr="00DC1978">
        <w:rPr>
          <w:rFonts w:cs="B Nazanin" w:hint="cs"/>
          <w:sz w:val="24"/>
          <w:szCs w:val="24"/>
          <w:rtl/>
        </w:rPr>
        <w:t xml:space="preserve"> تشكر و </w:t>
      </w:r>
      <w:proofErr w:type="spellStart"/>
      <w:r w:rsidRPr="00DC1978">
        <w:rPr>
          <w:rFonts w:cs="B Nazanin" w:hint="cs"/>
          <w:sz w:val="24"/>
          <w:szCs w:val="24"/>
          <w:rtl/>
        </w:rPr>
        <w:t>قدردانی</w:t>
      </w:r>
      <w:proofErr w:type="spellEnd"/>
      <w:r w:rsidRPr="00DC1978">
        <w:rPr>
          <w:rFonts w:cs="B Nazanin" w:hint="cs"/>
          <w:sz w:val="24"/>
          <w:szCs w:val="24"/>
          <w:rtl/>
        </w:rPr>
        <w:t xml:space="preserve"> به عمل </w:t>
      </w:r>
      <w:proofErr w:type="spellStart"/>
      <w:r w:rsidRPr="00DC1978">
        <w:rPr>
          <w:rFonts w:cs="B Nazanin" w:hint="cs"/>
          <w:sz w:val="24"/>
          <w:szCs w:val="24"/>
          <w:rtl/>
        </w:rPr>
        <w:t>می</w:t>
      </w:r>
      <w:r w:rsidRPr="00DC1978">
        <w:rPr>
          <w:rFonts w:cs="B Nazanin"/>
          <w:sz w:val="24"/>
          <w:szCs w:val="24"/>
          <w:rtl/>
        </w:rPr>
        <w:softHyphen/>
      </w:r>
      <w:r w:rsidRPr="00DC1978">
        <w:rPr>
          <w:rFonts w:cs="B Nazanin" w:hint="cs"/>
          <w:sz w:val="24"/>
          <w:szCs w:val="24"/>
          <w:rtl/>
        </w:rPr>
        <w:t>آید</w:t>
      </w:r>
      <w:proofErr w:type="spellEnd"/>
      <w:r w:rsidRPr="00DC1978">
        <w:rPr>
          <w:rFonts w:cs="B Nazanin" w:hint="cs"/>
          <w:sz w:val="24"/>
          <w:szCs w:val="24"/>
          <w:rtl/>
        </w:rPr>
        <w:t xml:space="preserve">. </w:t>
      </w:r>
    </w:p>
    <w:p w:rsidR="00263F0B" w:rsidRPr="00DC1978" w:rsidRDefault="00263F0B" w:rsidP="000675EA">
      <w:pPr>
        <w:bidi/>
        <w:spacing w:line="360" w:lineRule="auto"/>
        <w:rPr>
          <w:rFonts w:cs="B Nazanin"/>
          <w:b/>
          <w:bCs/>
          <w:sz w:val="24"/>
          <w:szCs w:val="24"/>
          <w:rtl/>
        </w:rPr>
      </w:pPr>
      <w:r w:rsidRPr="00DC1978">
        <w:rPr>
          <w:rFonts w:cs="B Nazanin" w:hint="cs"/>
          <w:b/>
          <w:bCs/>
          <w:sz w:val="24"/>
          <w:szCs w:val="24"/>
          <w:rtl/>
        </w:rPr>
        <w:t xml:space="preserve">تضاد منافع: </w:t>
      </w:r>
      <w:proofErr w:type="spellStart"/>
      <w:r w:rsidRPr="00DC1978">
        <w:rPr>
          <w:rFonts w:cs="B Nazanin" w:hint="cs"/>
          <w:b/>
          <w:bCs/>
          <w:sz w:val="24"/>
          <w:szCs w:val="24"/>
          <w:rtl/>
        </w:rPr>
        <w:t>بدین</w:t>
      </w:r>
      <w:proofErr w:type="spellEnd"/>
      <w:r w:rsidRPr="00DC1978">
        <w:rPr>
          <w:rFonts w:cs="B Nazanin" w:hint="cs"/>
          <w:b/>
          <w:bCs/>
          <w:sz w:val="24"/>
          <w:szCs w:val="24"/>
          <w:rtl/>
        </w:rPr>
        <w:t xml:space="preserve"> </w:t>
      </w:r>
      <w:proofErr w:type="spellStart"/>
      <w:r w:rsidRPr="00DC1978">
        <w:rPr>
          <w:rFonts w:cs="B Nazanin" w:hint="cs"/>
          <w:b/>
          <w:bCs/>
          <w:sz w:val="24"/>
          <w:szCs w:val="24"/>
          <w:rtl/>
        </w:rPr>
        <w:t>وسیله</w:t>
      </w:r>
      <w:proofErr w:type="spellEnd"/>
      <w:r w:rsidRPr="00DC1978">
        <w:rPr>
          <w:rFonts w:cs="B Nazanin" w:hint="cs"/>
          <w:b/>
          <w:bCs/>
          <w:sz w:val="24"/>
          <w:szCs w:val="24"/>
          <w:rtl/>
        </w:rPr>
        <w:t xml:space="preserve"> </w:t>
      </w:r>
      <w:proofErr w:type="spellStart"/>
      <w:r w:rsidRPr="00DC1978">
        <w:rPr>
          <w:rFonts w:cs="B Nazanin" w:hint="cs"/>
          <w:b/>
          <w:bCs/>
          <w:sz w:val="24"/>
          <w:szCs w:val="24"/>
          <w:rtl/>
        </w:rPr>
        <w:t>نویسندگان</w:t>
      </w:r>
      <w:proofErr w:type="spellEnd"/>
      <w:r w:rsidRPr="00DC1978">
        <w:rPr>
          <w:rFonts w:cs="B Nazanin" w:hint="cs"/>
          <w:b/>
          <w:bCs/>
          <w:sz w:val="24"/>
          <w:szCs w:val="24"/>
          <w:rtl/>
        </w:rPr>
        <w:t xml:space="preserve"> </w:t>
      </w:r>
      <w:proofErr w:type="spellStart"/>
      <w:r w:rsidRPr="00DC1978">
        <w:rPr>
          <w:rFonts w:cs="B Nazanin" w:hint="cs"/>
          <w:b/>
          <w:bCs/>
          <w:sz w:val="24"/>
          <w:szCs w:val="24"/>
          <w:rtl/>
        </w:rPr>
        <w:t>تصریح</w:t>
      </w:r>
      <w:proofErr w:type="spellEnd"/>
      <w:r w:rsidRPr="00DC1978">
        <w:rPr>
          <w:rFonts w:cs="B Nazanin" w:hint="cs"/>
          <w:b/>
          <w:bCs/>
          <w:sz w:val="24"/>
          <w:szCs w:val="24"/>
          <w:rtl/>
        </w:rPr>
        <w:t xml:space="preserve"> </w:t>
      </w:r>
      <w:proofErr w:type="spellStart"/>
      <w:r w:rsidRPr="00DC1978">
        <w:rPr>
          <w:rFonts w:cs="B Nazanin" w:hint="cs"/>
          <w:b/>
          <w:bCs/>
          <w:sz w:val="24"/>
          <w:szCs w:val="24"/>
          <w:rtl/>
        </w:rPr>
        <w:t>می</w:t>
      </w:r>
      <w:proofErr w:type="spellEnd"/>
      <w:r w:rsidRPr="00DC1978">
        <w:rPr>
          <w:rFonts w:cs="B Nazanin" w:hint="cs"/>
          <w:b/>
          <w:bCs/>
          <w:sz w:val="24"/>
          <w:szCs w:val="24"/>
          <w:rtl/>
        </w:rPr>
        <w:t xml:space="preserve"> </w:t>
      </w:r>
      <w:proofErr w:type="spellStart"/>
      <w:r w:rsidRPr="00DC1978">
        <w:rPr>
          <w:rFonts w:cs="B Nazanin" w:hint="cs"/>
          <w:b/>
          <w:bCs/>
          <w:sz w:val="24"/>
          <w:szCs w:val="24"/>
          <w:rtl/>
        </w:rPr>
        <w:t>نمایند</w:t>
      </w:r>
      <w:proofErr w:type="spellEnd"/>
      <w:r w:rsidRPr="00DC1978">
        <w:rPr>
          <w:rFonts w:cs="B Nazanin" w:hint="cs"/>
          <w:b/>
          <w:bCs/>
          <w:sz w:val="24"/>
          <w:szCs w:val="24"/>
          <w:rtl/>
        </w:rPr>
        <w:t xml:space="preserve"> </w:t>
      </w:r>
      <w:proofErr w:type="spellStart"/>
      <w:r w:rsidRPr="00DC1978">
        <w:rPr>
          <w:rFonts w:cs="B Nazanin" w:hint="cs"/>
          <w:b/>
          <w:bCs/>
          <w:sz w:val="24"/>
          <w:szCs w:val="24"/>
          <w:rtl/>
        </w:rPr>
        <w:t>که</w:t>
      </w:r>
      <w:proofErr w:type="spellEnd"/>
      <w:r w:rsidRPr="00DC1978">
        <w:rPr>
          <w:rFonts w:cs="B Nazanin" w:hint="cs"/>
          <w:b/>
          <w:bCs/>
          <w:sz w:val="24"/>
          <w:szCs w:val="24"/>
          <w:rtl/>
        </w:rPr>
        <w:t xml:space="preserve"> </w:t>
      </w:r>
      <w:proofErr w:type="spellStart"/>
      <w:r w:rsidRPr="00DC1978">
        <w:rPr>
          <w:rFonts w:cs="B Nazanin" w:hint="cs"/>
          <w:b/>
          <w:bCs/>
          <w:sz w:val="24"/>
          <w:szCs w:val="24"/>
          <w:rtl/>
        </w:rPr>
        <w:t>هیچ</w:t>
      </w:r>
      <w:proofErr w:type="spellEnd"/>
      <w:r w:rsidRPr="00DC1978">
        <w:rPr>
          <w:rFonts w:cs="B Nazanin" w:hint="cs"/>
          <w:b/>
          <w:bCs/>
          <w:sz w:val="24"/>
          <w:szCs w:val="24"/>
          <w:rtl/>
        </w:rPr>
        <w:t xml:space="preserve"> </w:t>
      </w:r>
      <w:proofErr w:type="spellStart"/>
      <w:r w:rsidRPr="00DC1978">
        <w:rPr>
          <w:rFonts w:cs="B Nazanin" w:hint="cs"/>
          <w:b/>
          <w:bCs/>
          <w:sz w:val="24"/>
          <w:szCs w:val="24"/>
          <w:rtl/>
        </w:rPr>
        <w:t>گونه</w:t>
      </w:r>
      <w:proofErr w:type="spellEnd"/>
      <w:r w:rsidRPr="00DC1978">
        <w:rPr>
          <w:rFonts w:cs="B Nazanin" w:hint="cs"/>
          <w:b/>
          <w:bCs/>
          <w:sz w:val="24"/>
          <w:szCs w:val="24"/>
          <w:rtl/>
        </w:rPr>
        <w:t xml:space="preserve"> تضاد </w:t>
      </w:r>
      <w:proofErr w:type="spellStart"/>
      <w:r w:rsidRPr="00DC1978">
        <w:rPr>
          <w:rFonts w:cs="B Nazanin" w:hint="cs"/>
          <w:b/>
          <w:bCs/>
          <w:sz w:val="24"/>
          <w:szCs w:val="24"/>
          <w:rtl/>
        </w:rPr>
        <w:t>منافعی</w:t>
      </w:r>
      <w:proofErr w:type="spellEnd"/>
      <w:r w:rsidRPr="00DC1978">
        <w:rPr>
          <w:rFonts w:cs="B Nazanin" w:hint="cs"/>
          <w:b/>
          <w:bCs/>
          <w:sz w:val="24"/>
          <w:szCs w:val="24"/>
          <w:rtl/>
        </w:rPr>
        <w:t xml:space="preserve"> در خصوص </w:t>
      </w:r>
      <w:proofErr w:type="spellStart"/>
      <w:r w:rsidRPr="00DC1978">
        <w:rPr>
          <w:rFonts w:cs="B Nazanin" w:hint="cs"/>
          <w:b/>
          <w:bCs/>
          <w:sz w:val="24"/>
          <w:szCs w:val="24"/>
          <w:rtl/>
        </w:rPr>
        <w:t>پژوهش</w:t>
      </w:r>
      <w:proofErr w:type="spellEnd"/>
      <w:r w:rsidRPr="00DC1978">
        <w:rPr>
          <w:rFonts w:cs="B Nazanin" w:hint="cs"/>
          <w:b/>
          <w:bCs/>
          <w:sz w:val="24"/>
          <w:szCs w:val="24"/>
          <w:rtl/>
        </w:rPr>
        <w:t xml:space="preserve"> حاضر وجود </w:t>
      </w:r>
      <w:proofErr w:type="spellStart"/>
      <w:r w:rsidRPr="00DC1978">
        <w:rPr>
          <w:rFonts w:cs="B Nazanin" w:hint="cs"/>
          <w:b/>
          <w:bCs/>
          <w:sz w:val="24"/>
          <w:szCs w:val="24"/>
          <w:rtl/>
        </w:rPr>
        <w:t>ندارد</w:t>
      </w:r>
      <w:proofErr w:type="spellEnd"/>
      <w:r w:rsidRPr="00DC1978">
        <w:rPr>
          <w:rFonts w:cs="B Nazanin" w:hint="cs"/>
          <w:b/>
          <w:bCs/>
          <w:sz w:val="24"/>
          <w:szCs w:val="24"/>
          <w:rtl/>
        </w:rPr>
        <w:t>.</w:t>
      </w:r>
    </w:p>
    <w:p w:rsidR="00263F0B" w:rsidRPr="00DC1978" w:rsidRDefault="00263F0B" w:rsidP="000675EA">
      <w:pPr>
        <w:bidi/>
        <w:spacing w:line="360" w:lineRule="auto"/>
        <w:rPr>
          <w:rFonts w:cs="B Nazanin"/>
          <w:b/>
          <w:bCs/>
          <w:sz w:val="24"/>
          <w:szCs w:val="24"/>
          <w:rtl/>
        </w:rPr>
      </w:pPr>
      <w:r w:rsidRPr="00DC1978">
        <w:rPr>
          <w:rFonts w:cs="B Nazanin" w:hint="cs"/>
          <w:b/>
          <w:bCs/>
          <w:sz w:val="24"/>
          <w:szCs w:val="24"/>
          <w:rtl/>
        </w:rPr>
        <w:t xml:space="preserve">منابع </w:t>
      </w:r>
      <w:proofErr w:type="spellStart"/>
      <w:r w:rsidRPr="00DC1978">
        <w:rPr>
          <w:rFonts w:cs="B Nazanin" w:hint="cs"/>
          <w:b/>
          <w:bCs/>
          <w:sz w:val="24"/>
          <w:szCs w:val="24"/>
          <w:rtl/>
        </w:rPr>
        <w:t>مالی</w:t>
      </w:r>
      <w:proofErr w:type="spellEnd"/>
      <w:r w:rsidRPr="00DC1978">
        <w:rPr>
          <w:rFonts w:cs="B Nazanin" w:hint="cs"/>
          <w:b/>
          <w:bCs/>
          <w:sz w:val="24"/>
          <w:szCs w:val="24"/>
          <w:rtl/>
        </w:rPr>
        <w:t xml:space="preserve">: </w:t>
      </w:r>
      <w:proofErr w:type="spellStart"/>
      <w:r w:rsidRPr="00DC1978">
        <w:rPr>
          <w:rFonts w:cs="B Nazanin" w:hint="cs"/>
          <w:b/>
          <w:bCs/>
          <w:sz w:val="24"/>
          <w:szCs w:val="24"/>
          <w:rtl/>
        </w:rPr>
        <w:t>هیچ</w:t>
      </w:r>
      <w:proofErr w:type="spellEnd"/>
      <w:r w:rsidRPr="00DC1978">
        <w:rPr>
          <w:rFonts w:cs="B Nazanin" w:hint="cs"/>
          <w:b/>
          <w:bCs/>
          <w:sz w:val="24"/>
          <w:szCs w:val="24"/>
          <w:rtl/>
        </w:rPr>
        <w:t xml:space="preserve"> </w:t>
      </w:r>
      <w:proofErr w:type="spellStart"/>
      <w:r w:rsidRPr="00DC1978">
        <w:rPr>
          <w:rFonts w:cs="B Nazanin" w:hint="cs"/>
          <w:b/>
          <w:bCs/>
          <w:sz w:val="24"/>
          <w:szCs w:val="24"/>
          <w:rtl/>
        </w:rPr>
        <w:t>گونه</w:t>
      </w:r>
      <w:proofErr w:type="spellEnd"/>
      <w:r w:rsidRPr="00DC1978">
        <w:rPr>
          <w:rFonts w:cs="B Nazanin" w:hint="cs"/>
          <w:b/>
          <w:bCs/>
          <w:sz w:val="24"/>
          <w:szCs w:val="24"/>
          <w:rtl/>
        </w:rPr>
        <w:t xml:space="preserve"> </w:t>
      </w:r>
      <w:proofErr w:type="spellStart"/>
      <w:r w:rsidRPr="00DC1978">
        <w:rPr>
          <w:rFonts w:cs="B Nazanin" w:hint="cs"/>
          <w:b/>
          <w:bCs/>
          <w:sz w:val="24"/>
          <w:szCs w:val="24"/>
          <w:rtl/>
        </w:rPr>
        <w:t>کمک</w:t>
      </w:r>
      <w:proofErr w:type="spellEnd"/>
      <w:r w:rsidRPr="00DC1978">
        <w:rPr>
          <w:rFonts w:cs="B Nazanin" w:hint="cs"/>
          <w:b/>
          <w:bCs/>
          <w:sz w:val="24"/>
          <w:szCs w:val="24"/>
          <w:rtl/>
        </w:rPr>
        <w:t xml:space="preserve"> </w:t>
      </w:r>
      <w:proofErr w:type="spellStart"/>
      <w:r w:rsidRPr="00DC1978">
        <w:rPr>
          <w:rFonts w:cs="B Nazanin" w:hint="cs"/>
          <w:b/>
          <w:bCs/>
          <w:sz w:val="24"/>
          <w:szCs w:val="24"/>
          <w:rtl/>
        </w:rPr>
        <w:t>مالی</w:t>
      </w:r>
      <w:proofErr w:type="spellEnd"/>
      <w:r w:rsidRPr="00DC1978">
        <w:rPr>
          <w:rFonts w:cs="B Nazanin" w:hint="cs"/>
          <w:b/>
          <w:bCs/>
          <w:sz w:val="24"/>
          <w:szCs w:val="24"/>
          <w:rtl/>
        </w:rPr>
        <w:t xml:space="preserve"> </w:t>
      </w:r>
      <w:proofErr w:type="spellStart"/>
      <w:r w:rsidRPr="00DC1978">
        <w:rPr>
          <w:rFonts w:cs="B Nazanin" w:hint="cs"/>
          <w:b/>
          <w:bCs/>
          <w:sz w:val="24"/>
          <w:szCs w:val="24"/>
          <w:rtl/>
        </w:rPr>
        <w:t>برای</w:t>
      </w:r>
      <w:proofErr w:type="spellEnd"/>
      <w:r w:rsidRPr="00DC1978">
        <w:rPr>
          <w:rFonts w:cs="B Nazanin" w:hint="cs"/>
          <w:b/>
          <w:bCs/>
          <w:sz w:val="24"/>
          <w:szCs w:val="24"/>
          <w:rtl/>
        </w:rPr>
        <w:t xml:space="preserve"> انجام </w:t>
      </w:r>
      <w:proofErr w:type="spellStart"/>
      <w:r w:rsidRPr="00DC1978">
        <w:rPr>
          <w:rFonts w:cs="B Nazanin" w:hint="cs"/>
          <w:b/>
          <w:bCs/>
          <w:sz w:val="24"/>
          <w:szCs w:val="24"/>
          <w:rtl/>
        </w:rPr>
        <w:t>این</w:t>
      </w:r>
      <w:proofErr w:type="spellEnd"/>
      <w:r w:rsidRPr="00DC1978">
        <w:rPr>
          <w:rFonts w:cs="B Nazanin" w:hint="cs"/>
          <w:b/>
          <w:bCs/>
          <w:sz w:val="24"/>
          <w:szCs w:val="24"/>
          <w:rtl/>
        </w:rPr>
        <w:t xml:space="preserve"> </w:t>
      </w:r>
      <w:proofErr w:type="spellStart"/>
      <w:r w:rsidRPr="00DC1978">
        <w:rPr>
          <w:rFonts w:cs="B Nazanin" w:hint="cs"/>
          <w:b/>
          <w:bCs/>
          <w:sz w:val="24"/>
          <w:szCs w:val="24"/>
          <w:rtl/>
        </w:rPr>
        <w:t>پروژه</w:t>
      </w:r>
      <w:proofErr w:type="spellEnd"/>
      <w:r w:rsidRPr="00DC1978">
        <w:rPr>
          <w:rFonts w:cs="B Nazanin" w:hint="cs"/>
          <w:b/>
          <w:bCs/>
          <w:sz w:val="24"/>
          <w:szCs w:val="24"/>
          <w:rtl/>
        </w:rPr>
        <w:t xml:space="preserve"> </w:t>
      </w:r>
      <w:proofErr w:type="spellStart"/>
      <w:r w:rsidRPr="00DC1978">
        <w:rPr>
          <w:rFonts w:cs="B Nazanin" w:hint="cs"/>
          <w:b/>
          <w:bCs/>
          <w:sz w:val="24"/>
          <w:szCs w:val="24"/>
          <w:rtl/>
        </w:rPr>
        <w:t>دریافت</w:t>
      </w:r>
      <w:proofErr w:type="spellEnd"/>
      <w:r w:rsidRPr="00DC1978">
        <w:rPr>
          <w:rFonts w:cs="B Nazanin" w:hint="cs"/>
          <w:b/>
          <w:bCs/>
          <w:sz w:val="24"/>
          <w:szCs w:val="24"/>
          <w:rtl/>
        </w:rPr>
        <w:t xml:space="preserve"> نشد.</w:t>
      </w:r>
    </w:p>
    <w:p w:rsidR="00CA7A18" w:rsidRPr="00DC1978" w:rsidRDefault="00000000" w:rsidP="000675EA">
      <w:pPr>
        <w:rPr>
          <w:sz w:val="24"/>
          <w:szCs w:val="24"/>
        </w:rPr>
      </w:pPr>
      <w:r w:rsidRPr="00DC1978">
        <w:rPr>
          <w:sz w:val="24"/>
          <w:szCs w:val="24"/>
        </w:rPr>
        <w:t>.</w:t>
      </w:r>
    </w:p>
    <w:p w:rsidR="00CA7A18" w:rsidRPr="00DC1978" w:rsidRDefault="00000000" w:rsidP="000675EA">
      <w:pPr>
        <w:pStyle w:val="Heading1"/>
        <w:jc w:val="right"/>
        <w:rPr>
          <w:sz w:val="24"/>
          <w:szCs w:val="24"/>
        </w:rPr>
      </w:pPr>
      <w:r w:rsidRPr="00DC1978">
        <w:rPr>
          <w:sz w:val="24"/>
          <w:szCs w:val="24"/>
        </w:rPr>
        <w:lastRenderedPageBreak/>
        <w:t>References</w:t>
      </w:r>
    </w:p>
    <w:p w:rsidR="005764A2" w:rsidRPr="00DC1978" w:rsidRDefault="005764A2" w:rsidP="005764A2">
      <w:pPr>
        <w:pStyle w:val="NormalWeb"/>
      </w:pPr>
      <w:r w:rsidRPr="00DC1978">
        <w:br/>
      </w:r>
      <w:r w:rsidRPr="00DC1978">
        <w:rPr>
          <w:lang w:val="en-US"/>
        </w:rPr>
        <w:t>1.</w:t>
      </w:r>
      <w:r w:rsidRPr="00DC1978">
        <w:t>Saadi M, McCallum RW. Rifaximin in irritable bowel syndrome: rationale, evidence and clinical use. Ther Adv Chronic Dis. 2013;4(2):71–5.</w:t>
      </w:r>
    </w:p>
    <w:p w:rsidR="005764A2" w:rsidRPr="00DC1978" w:rsidRDefault="005764A2" w:rsidP="005764A2">
      <w:pPr>
        <w:pStyle w:val="NormalWeb"/>
      </w:pPr>
      <w:r w:rsidRPr="00DC1978">
        <w:rPr>
          <w:rFonts w:hAnsi="Symbol"/>
          <w:lang w:val="en-US"/>
        </w:rPr>
        <w:t>2</w:t>
      </w:r>
      <w:r w:rsidR="009C5BCF" w:rsidRPr="00DC1978">
        <w:rPr>
          <w:rFonts w:hAnsi="Symbol" w:hint="cs"/>
          <w:rtl/>
        </w:rPr>
        <w:t>.</w:t>
      </w:r>
      <w:r w:rsidRPr="00DC1978">
        <w:t xml:space="preserve"> Cash BD, et al. Safety and efficacy of rifaximin for the treatment of irritable bowel syndrome without constipation. N Engl J Med. 2011;364(1):22–32.</w:t>
      </w:r>
    </w:p>
    <w:p w:rsidR="005764A2" w:rsidRPr="00DC1978" w:rsidRDefault="005764A2" w:rsidP="005764A2">
      <w:pPr>
        <w:pStyle w:val="NormalWeb"/>
      </w:pPr>
      <w:r w:rsidRPr="00DC1978">
        <w:rPr>
          <w:rFonts w:hAnsi="Symbol"/>
          <w:lang w:val="en-US"/>
        </w:rPr>
        <w:t>3</w:t>
      </w:r>
      <w:r w:rsidR="009C5BCF" w:rsidRPr="00DC1978">
        <w:rPr>
          <w:rFonts w:hAnsi="Symbol" w:hint="cs"/>
          <w:rtl/>
        </w:rPr>
        <w:t>.</w:t>
      </w:r>
      <w:r w:rsidRPr="00DC1978">
        <w:t xml:space="preserve"> Darvish-Damavandi M, Nikfar S, Abdollahi M. A systematic review of efficacy and tolerability of Mebeverine in IBS. World J Gastroenterol. 2010;16(5):547–53.</w:t>
      </w:r>
    </w:p>
    <w:p w:rsidR="005764A2" w:rsidRPr="00DC1978" w:rsidRDefault="005764A2" w:rsidP="005764A2">
      <w:pPr>
        <w:pStyle w:val="NormalWeb"/>
      </w:pPr>
      <w:r w:rsidRPr="00DC1978">
        <w:rPr>
          <w:rFonts w:hAnsi="Symbol"/>
          <w:lang w:val="en-US"/>
        </w:rPr>
        <w:t>4</w:t>
      </w:r>
      <w:r w:rsidR="009C5BCF" w:rsidRPr="00DC1978">
        <w:rPr>
          <w:rFonts w:hAnsi="Symbol" w:hint="cs"/>
          <w:rtl/>
        </w:rPr>
        <w:t>.</w:t>
      </w:r>
      <w:r w:rsidRPr="00DC1978">
        <w:t xml:space="preserve"> Lazaraki G, Chatzimavroudis G, Katsinelos P. Recent advances in pharmacological treatment of irritable bowel syndrome. World J Gastroenterol. 2014;20(27):8867–85.</w:t>
      </w:r>
    </w:p>
    <w:p w:rsidR="005764A2" w:rsidRPr="00DC1978" w:rsidRDefault="005764A2" w:rsidP="005764A2">
      <w:pPr>
        <w:pStyle w:val="NormalWeb"/>
      </w:pPr>
      <w:r w:rsidRPr="00DC1978">
        <w:rPr>
          <w:rFonts w:hAnsi="Symbol"/>
          <w:lang w:val="en-US"/>
        </w:rPr>
        <w:t>5</w:t>
      </w:r>
      <w:r w:rsidR="009C5BCF" w:rsidRPr="00DC1978">
        <w:rPr>
          <w:rFonts w:hAnsi="Symbol" w:hint="cs"/>
          <w:rtl/>
        </w:rPr>
        <w:t>.</w:t>
      </w:r>
      <w:r w:rsidRPr="00DC1978">
        <w:t xml:space="preserve"> Lembo A, Rao SS, Heimanson Z, Pimentel M. Abdominal Pain Response to Rifaximin in Patients with IBS. Clin Transl Gastroenterol. 2020;11(3):e00130.</w:t>
      </w:r>
    </w:p>
    <w:p w:rsidR="005764A2" w:rsidRPr="00DC1978" w:rsidRDefault="005764A2" w:rsidP="005764A2">
      <w:pPr>
        <w:pStyle w:val="NormalWeb"/>
      </w:pPr>
      <w:r w:rsidRPr="00DC1978">
        <w:rPr>
          <w:rFonts w:hAnsi="Symbol"/>
          <w:lang w:val="en-US"/>
        </w:rPr>
        <w:t>6</w:t>
      </w:r>
      <w:r w:rsidR="009C5BCF" w:rsidRPr="00DC1978">
        <w:rPr>
          <w:rFonts w:hAnsi="Symbol" w:hint="cs"/>
          <w:rtl/>
        </w:rPr>
        <w:t>.</w:t>
      </w:r>
      <w:r w:rsidRPr="00DC1978">
        <w:t>Ford AC, Moayyedi P. Irritable bowel syndrome. Lancet. 2014;384(9956):1675–85.</w:t>
      </w:r>
    </w:p>
    <w:p w:rsidR="005764A2" w:rsidRPr="00DC1978" w:rsidRDefault="005764A2" w:rsidP="005764A2">
      <w:pPr>
        <w:pStyle w:val="NormalWeb"/>
      </w:pPr>
      <w:r w:rsidRPr="00DC1978">
        <w:rPr>
          <w:rFonts w:hAnsi="Symbol"/>
          <w:lang w:val="en-US"/>
        </w:rPr>
        <w:t>7</w:t>
      </w:r>
      <w:r w:rsidR="009C5BCF" w:rsidRPr="00DC1978">
        <w:rPr>
          <w:rFonts w:hAnsi="Symbol" w:hint="cs"/>
          <w:rtl/>
        </w:rPr>
        <w:t>.</w:t>
      </w:r>
      <w:r w:rsidRPr="00DC1978">
        <w:t xml:space="preserve">  Cangemi DJ, Lacy BE. Management of IBS with diarrhea: pharmacological interventions. Ther Adv Gastroenterol. 2019;12:1756284819878950.</w:t>
      </w:r>
    </w:p>
    <w:p w:rsidR="005764A2" w:rsidRPr="00DC1978" w:rsidRDefault="005764A2" w:rsidP="005764A2">
      <w:pPr>
        <w:pStyle w:val="NormalWeb"/>
      </w:pPr>
      <w:r w:rsidRPr="00DC1978">
        <w:rPr>
          <w:rFonts w:hAnsi="Symbol"/>
          <w:lang w:val="en-US"/>
        </w:rPr>
        <w:t>8</w:t>
      </w:r>
      <w:r w:rsidR="009C5BCF" w:rsidRPr="00DC1978">
        <w:rPr>
          <w:rFonts w:hAnsi="Symbol" w:hint="cs"/>
          <w:rtl/>
        </w:rPr>
        <w:t>.</w:t>
      </w:r>
      <w:r w:rsidRPr="00DC1978">
        <w:t xml:space="preserve">  Iorio N, et al. Rifaximin for the treatment of irritable bowel syndrome: an update. Curr Opin Pharmacol. 2020;55:27–34.</w:t>
      </w:r>
    </w:p>
    <w:p w:rsidR="005764A2" w:rsidRPr="00DC1978" w:rsidRDefault="005764A2" w:rsidP="005764A2">
      <w:pPr>
        <w:pStyle w:val="NormalWeb"/>
      </w:pPr>
      <w:r w:rsidRPr="00DC1978">
        <w:rPr>
          <w:rFonts w:hAnsi="Symbol"/>
          <w:lang w:val="en-US"/>
        </w:rPr>
        <w:t>9</w:t>
      </w:r>
      <w:r w:rsidR="009C5BCF" w:rsidRPr="00DC1978">
        <w:rPr>
          <w:rFonts w:hAnsi="Symbol" w:hint="cs"/>
          <w:rtl/>
        </w:rPr>
        <w:t>.</w:t>
      </w:r>
      <w:r w:rsidRPr="00DC1978">
        <w:t xml:space="preserve"> Pimentel M, et al. Rifaximin therapy for patients with irritable bowel syndrome without constipation. N Engl J Med. 2011;364(1):22–32.</w:t>
      </w:r>
    </w:p>
    <w:p w:rsidR="005764A2" w:rsidRPr="00DC1978" w:rsidRDefault="005764A2" w:rsidP="005764A2">
      <w:pPr>
        <w:pStyle w:val="NormalWeb"/>
      </w:pPr>
      <w:r w:rsidRPr="00DC1978">
        <w:rPr>
          <w:rFonts w:hAnsi="Symbol"/>
          <w:lang w:val="en-US"/>
        </w:rPr>
        <w:t>10</w:t>
      </w:r>
      <w:r w:rsidR="009C5BCF" w:rsidRPr="00DC1978">
        <w:rPr>
          <w:rFonts w:hAnsi="Symbol" w:hint="cs"/>
          <w:rtl/>
        </w:rPr>
        <w:t>.</w:t>
      </w:r>
      <w:r w:rsidRPr="00DC1978">
        <w:t xml:space="preserve"> Tap J, et al. Dysbiosis in irritable bowel syndrome: a role for microbiota in pathogenesis. Gastroenterology. 2017;152(1):111–23.</w:t>
      </w:r>
    </w:p>
    <w:p w:rsidR="005764A2" w:rsidRPr="00DC1978" w:rsidRDefault="005764A2" w:rsidP="005764A2">
      <w:pPr>
        <w:pStyle w:val="NormalWeb"/>
      </w:pPr>
      <w:r w:rsidRPr="00DC1978">
        <w:rPr>
          <w:rFonts w:hAnsi="Symbol"/>
          <w:lang w:val="en-US"/>
        </w:rPr>
        <w:t>11</w:t>
      </w:r>
      <w:r w:rsidR="009C5BCF" w:rsidRPr="00DC1978">
        <w:rPr>
          <w:rFonts w:hAnsi="Symbol" w:hint="cs"/>
          <w:rtl/>
        </w:rPr>
        <w:t>.</w:t>
      </w:r>
      <w:r w:rsidRPr="00DC1978">
        <w:t xml:space="preserve"> Saad RJ, et al. Small intestinal bacterial overgrowth and irritable bowel syndrome: evidence-based approach. Neurogastroenterol Motil. 2014;26(9):1139–45.</w:t>
      </w:r>
    </w:p>
    <w:p w:rsidR="009C5BCF" w:rsidRPr="00DC1978" w:rsidRDefault="005764A2" w:rsidP="009C5BCF">
      <w:pPr>
        <w:pStyle w:val="NormalWeb"/>
      </w:pPr>
      <w:r w:rsidRPr="00DC1978">
        <w:rPr>
          <w:rFonts w:hAnsi="Symbol"/>
          <w:lang w:val="en-US"/>
        </w:rPr>
        <w:t>12</w:t>
      </w:r>
      <w:r w:rsidR="009C5BCF" w:rsidRPr="00DC1978">
        <w:rPr>
          <w:rFonts w:hAnsi="Symbol" w:hint="cs"/>
          <w:rtl/>
        </w:rPr>
        <w:t>.</w:t>
      </w:r>
      <w:r w:rsidRPr="00DC1978">
        <w:t xml:space="preserve">  Lacy BE, et al. </w:t>
      </w:r>
      <w:proofErr w:type="gramStart"/>
      <w:r w:rsidRPr="00DC1978">
        <w:t>Irritable bowel syndrome</w:t>
      </w:r>
      <w:proofErr w:type="gramEnd"/>
      <w:r w:rsidRPr="00DC1978">
        <w:t>: a chronic functional bowel disorder. Am J Gastroenterol. 2016;111(1):48–57.</w:t>
      </w:r>
    </w:p>
    <w:p w:rsidR="009C5BCF" w:rsidRPr="00DC1978" w:rsidRDefault="009C5BCF" w:rsidP="009C5BCF">
      <w:pPr>
        <w:pStyle w:val="NormalWeb"/>
      </w:pPr>
      <w:r w:rsidRPr="00DC1978">
        <w:t>.</w:t>
      </w:r>
    </w:p>
    <w:p w:rsidR="00CA7A18" w:rsidRPr="00DC1978" w:rsidRDefault="00CA7A18" w:rsidP="005764A2">
      <w:pPr>
        <w:pStyle w:val="ListNumber"/>
        <w:numPr>
          <w:ilvl w:val="0"/>
          <w:numId w:val="0"/>
        </w:numPr>
        <w:ind w:left="360"/>
        <w:jc w:val="center"/>
        <w:rPr>
          <w:sz w:val="24"/>
          <w:szCs w:val="24"/>
        </w:rPr>
      </w:pPr>
    </w:p>
    <w:sectPr w:rsidR="00CA7A18" w:rsidRPr="00DC1978"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5CB7" w:rsidRDefault="00415CB7" w:rsidP="00B55354">
      <w:pPr>
        <w:spacing w:after="0" w:line="240" w:lineRule="auto"/>
      </w:pPr>
      <w:r>
        <w:separator/>
      </w:r>
    </w:p>
  </w:endnote>
  <w:endnote w:type="continuationSeparator" w:id="0">
    <w:p w:rsidR="00415CB7" w:rsidRDefault="00415CB7" w:rsidP="00B55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B Nazanin">
    <w:altName w:val="Cambria"/>
    <w:panose1 w:val="020B0604020202020204"/>
    <w:charset w:val="B2"/>
    <w:family w:val="auto"/>
    <w:pitch w:val="variable"/>
    <w:sig w:usb0="00002000"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5CB7" w:rsidRDefault="00415CB7" w:rsidP="00B55354">
      <w:pPr>
        <w:spacing w:after="0" w:line="240" w:lineRule="auto"/>
      </w:pPr>
      <w:r>
        <w:separator/>
      </w:r>
    </w:p>
  </w:footnote>
  <w:footnote w:type="continuationSeparator" w:id="0">
    <w:p w:rsidR="00415CB7" w:rsidRDefault="00415CB7" w:rsidP="00B55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F6D2CA8"/>
    <w:multiLevelType w:val="hybridMultilevel"/>
    <w:tmpl w:val="93468B3E"/>
    <w:lvl w:ilvl="0" w:tplc="6F40590C">
      <w:start w:val="1"/>
      <w:numFmt w:val="decimal"/>
      <w:lvlText w:val="%1."/>
      <w:lvlJc w:val="left"/>
      <w:pPr>
        <w:ind w:left="63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4682128">
    <w:abstractNumId w:val="8"/>
  </w:num>
  <w:num w:numId="2" w16cid:durableId="1036931207">
    <w:abstractNumId w:val="6"/>
  </w:num>
  <w:num w:numId="3" w16cid:durableId="1461612095">
    <w:abstractNumId w:val="5"/>
  </w:num>
  <w:num w:numId="4" w16cid:durableId="1968781231">
    <w:abstractNumId w:val="4"/>
  </w:num>
  <w:num w:numId="5" w16cid:durableId="1942638527">
    <w:abstractNumId w:val="7"/>
  </w:num>
  <w:num w:numId="6" w16cid:durableId="1989967220">
    <w:abstractNumId w:val="3"/>
  </w:num>
  <w:num w:numId="7" w16cid:durableId="1978290436">
    <w:abstractNumId w:val="2"/>
  </w:num>
  <w:num w:numId="8" w16cid:durableId="276449415">
    <w:abstractNumId w:val="1"/>
  </w:num>
  <w:num w:numId="9" w16cid:durableId="598290806">
    <w:abstractNumId w:val="0"/>
  </w:num>
  <w:num w:numId="10" w16cid:durableId="7663162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FF"/>
    <w:rsid w:val="00034616"/>
    <w:rsid w:val="0006063C"/>
    <w:rsid w:val="000675EA"/>
    <w:rsid w:val="00073A9F"/>
    <w:rsid w:val="000A65CE"/>
    <w:rsid w:val="000C54FD"/>
    <w:rsid w:val="00101ACA"/>
    <w:rsid w:val="00102395"/>
    <w:rsid w:val="0012535E"/>
    <w:rsid w:val="00134230"/>
    <w:rsid w:val="0015074B"/>
    <w:rsid w:val="001B3D9C"/>
    <w:rsid w:val="001E39C5"/>
    <w:rsid w:val="001E4F12"/>
    <w:rsid w:val="00215819"/>
    <w:rsid w:val="00263F0B"/>
    <w:rsid w:val="002934CF"/>
    <w:rsid w:val="0029639D"/>
    <w:rsid w:val="002A5C56"/>
    <w:rsid w:val="002C5103"/>
    <w:rsid w:val="00326F90"/>
    <w:rsid w:val="003761B4"/>
    <w:rsid w:val="003E1A26"/>
    <w:rsid w:val="003E5B41"/>
    <w:rsid w:val="00403EDA"/>
    <w:rsid w:val="00415CB7"/>
    <w:rsid w:val="00433438"/>
    <w:rsid w:val="00440C1D"/>
    <w:rsid w:val="004428D7"/>
    <w:rsid w:val="00477A8B"/>
    <w:rsid w:val="004C4745"/>
    <w:rsid w:val="004C6CDC"/>
    <w:rsid w:val="00557452"/>
    <w:rsid w:val="0057323F"/>
    <w:rsid w:val="005764A2"/>
    <w:rsid w:val="00583E6E"/>
    <w:rsid w:val="005D5AA8"/>
    <w:rsid w:val="0062398D"/>
    <w:rsid w:val="00651175"/>
    <w:rsid w:val="00654B53"/>
    <w:rsid w:val="006B5BDE"/>
    <w:rsid w:val="006C2ABA"/>
    <w:rsid w:val="00703647"/>
    <w:rsid w:val="00757D38"/>
    <w:rsid w:val="00767124"/>
    <w:rsid w:val="00795A34"/>
    <w:rsid w:val="007B15EB"/>
    <w:rsid w:val="007C06AE"/>
    <w:rsid w:val="007C7A0C"/>
    <w:rsid w:val="00800A6D"/>
    <w:rsid w:val="00817960"/>
    <w:rsid w:val="00821DE0"/>
    <w:rsid w:val="0087211A"/>
    <w:rsid w:val="00875D49"/>
    <w:rsid w:val="008B3FEB"/>
    <w:rsid w:val="008C5378"/>
    <w:rsid w:val="008E619B"/>
    <w:rsid w:val="009101B9"/>
    <w:rsid w:val="00916016"/>
    <w:rsid w:val="009976AD"/>
    <w:rsid w:val="009A391A"/>
    <w:rsid w:val="009B6D95"/>
    <w:rsid w:val="009C2E09"/>
    <w:rsid w:val="009C5BCF"/>
    <w:rsid w:val="009E5A76"/>
    <w:rsid w:val="00A074E6"/>
    <w:rsid w:val="00A172AB"/>
    <w:rsid w:val="00A477ED"/>
    <w:rsid w:val="00A529EB"/>
    <w:rsid w:val="00A55AE4"/>
    <w:rsid w:val="00A66748"/>
    <w:rsid w:val="00A97E62"/>
    <w:rsid w:val="00AA01C5"/>
    <w:rsid w:val="00AA1D8D"/>
    <w:rsid w:val="00AC5FC0"/>
    <w:rsid w:val="00AD3537"/>
    <w:rsid w:val="00AE67B4"/>
    <w:rsid w:val="00B3465C"/>
    <w:rsid w:val="00B47730"/>
    <w:rsid w:val="00B55354"/>
    <w:rsid w:val="00B85119"/>
    <w:rsid w:val="00B94999"/>
    <w:rsid w:val="00C1591F"/>
    <w:rsid w:val="00C81F6A"/>
    <w:rsid w:val="00CA7A18"/>
    <w:rsid w:val="00CB0664"/>
    <w:rsid w:val="00CD14C5"/>
    <w:rsid w:val="00D501DD"/>
    <w:rsid w:val="00D62ED8"/>
    <w:rsid w:val="00DC1978"/>
    <w:rsid w:val="00E1452D"/>
    <w:rsid w:val="00E9395F"/>
    <w:rsid w:val="00ED0D17"/>
    <w:rsid w:val="00ED29E8"/>
    <w:rsid w:val="00F31ABB"/>
    <w:rsid w:val="00F34896"/>
    <w:rsid w:val="00F53731"/>
    <w:rsid w:val="00FC62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3ADEBC"/>
  <w14:defaultImageDpi w14:val="300"/>
  <w15:docId w15:val="{C81FC528-5764-9448-8FC8-789319AF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A55AE4"/>
    <w:pPr>
      <w:spacing w:before="100" w:beforeAutospacing="1" w:after="100" w:afterAutospacing="1" w:line="240" w:lineRule="auto"/>
    </w:pPr>
    <w:rPr>
      <w:rFonts w:ascii="Times New Roman" w:eastAsia="Times New Roman" w:hAnsi="Times New Roman" w:cs="Times New Roman"/>
      <w:sz w:val="24"/>
      <w:szCs w:val="24"/>
      <w:lang w:val="en-IR"/>
    </w:rPr>
  </w:style>
  <w:style w:type="character" w:styleId="Hyperlink">
    <w:name w:val="Hyperlink"/>
    <w:basedOn w:val="DefaultParagraphFont"/>
    <w:uiPriority w:val="99"/>
    <w:unhideWhenUsed/>
    <w:rsid w:val="009B6D95"/>
    <w:rPr>
      <w:color w:val="0000FF" w:themeColor="hyperlink"/>
      <w:u w:val="single"/>
    </w:rPr>
  </w:style>
  <w:style w:type="character" w:styleId="UnresolvedMention">
    <w:name w:val="Unresolved Mention"/>
    <w:basedOn w:val="DefaultParagraphFont"/>
    <w:uiPriority w:val="99"/>
    <w:semiHidden/>
    <w:unhideWhenUsed/>
    <w:rsid w:val="009B6D95"/>
    <w:rPr>
      <w:color w:val="605E5C"/>
      <w:shd w:val="clear" w:color="auto" w:fill="E1DFDD"/>
    </w:rPr>
  </w:style>
  <w:style w:type="character" w:customStyle="1" w:styleId="apple-converted-space">
    <w:name w:val="apple-converted-space"/>
    <w:basedOn w:val="DefaultParagraphFont"/>
    <w:rsid w:val="008B3FEB"/>
  </w:style>
  <w:style w:type="character" w:customStyle="1" w:styleId="s1">
    <w:name w:val="s1"/>
    <w:basedOn w:val="DefaultParagraphFont"/>
    <w:rsid w:val="004C6CDC"/>
  </w:style>
  <w:style w:type="paragraph" w:customStyle="1" w:styleId="p2">
    <w:name w:val="p2"/>
    <w:basedOn w:val="Normal"/>
    <w:rsid w:val="004C6CDC"/>
    <w:pPr>
      <w:spacing w:before="100" w:beforeAutospacing="1" w:after="100" w:afterAutospacing="1" w:line="240" w:lineRule="auto"/>
    </w:pPr>
    <w:rPr>
      <w:rFonts w:ascii="Times New Roman" w:eastAsia="Times New Roman" w:hAnsi="Times New Roman" w:cs="Times New Roman"/>
      <w:sz w:val="24"/>
      <w:szCs w:val="24"/>
      <w:lang w:val="en-IR"/>
    </w:rPr>
  </w:style>
  <w:style w:type="character" w:customStyle="1" w:styleId="s2">
    <w:name w:val="s2"/>
    <w:basedOn w:val="DefaultParagraphFont"/>
    <w:rsid w:val="004C6CDC"/>
  </w:style>
  <w:style w:type="paragraph" w:customStyle="1" w:styleId="p3">
    <w:name w:val="p3"/>
    <w:basedOn w:val="Normal"/>
    <w:rsid w:val="004C6CDC"/>
    <w:pPr>
      <w:spacing w:before="100" w:beforeAutospacing="1" w:after="100" w:afterAutospacing="1" w:line="240" w:lineRule="auto"/>
    </w:pPr>
    <w:rPr>
      <w:rFonts w:ascii="Times New Roman" w:eastAsia="Times New Roman" w:hAnsi="Times New Roman" w:cs="Times New Roman"/>
      <w:sz w:val="24"/>
      <w:szCs w:val="24"/>
      <w:lang w:val="en-IR"/>
    </w:rPr>
  </w:style>
  <w:style w:type="character" w:customStyle="1" w:styleId="s3">
    <w:name w:val="s3"/>
    <w:basedOn w:val="DefaultParagraphFont"/>
    <w:rsid w:val="004C6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3515">
      <w:bodyDiv w:val="1"/>
      <w:marLeft w:val="0"/>
      <w:marRight w:val="0"/>
      <w:marTop w:val="0"/>
      <w:marBottom w:val="0"/>
      <w:divBdr>
        <w:top w:val="none" w:sz="0" w:space="0" w:color="auto"/>
        <w:left w:val="none" w:sz="0" w:space="0" w:color="auto"/>
        <w:bottom w:val="none" w:sz="0" w:space="0" w:color="auto"/>
        <w:right w:val="none" w:sz="0" w:space="0" w:color="auto"/>
      </w:divBdr>
    </w:div>
    <w:div w:id="378238503">
      <w:bodyDiv w:val="1"/>
      <w:marLeft w:val="0"/>
      <w:marRight w:val="0"/>
      <w:marTop w:val="0"/>
      <w:marBottom w:val="0"/>
      <w:divBdr>
        <w:top w:val="none" w:sz="0" w:space="0" w:color="auto"/>
        <w:left w:val="none" w:sz="0" w:space="0" w:color="auto"/>
        <w:bottom w:val="none" w:sz="0" w:space="0" w:color="auto"/>
        <w:right w:val="none" w:sz="0" w:space="0" w:color="auto"/>
      </w:divBdr>
    </w:div>
    <w:div w:id="386998653">
      <w:bodyDiv w:val="1"/>
      <w:marLeft w:val="0"/>
      <w:marRight w:val="0"/>
      <w:marTop w:val="0"/>
      <w:marBottom w:val="0"/>
      <w:divBdr>
        <w:top w:val="none" w:sz="0" w:space="0" w:color="auto"/>
        <w:left w:val="none" w:sz="0" w:space="0" w:color="auto"/>
        <w:bottom w:val="none" w:sz="0" w:space="0" w:color="auto"/>
        <w:right w:val="none" w:sz="0" w:space="0" w:color="auto"/>
      </w:divBdr>
      <w:divsChild>
        <w:div w:id="1882091639">
          <w:marLeft w:val="0"/>
          <w:marRight w:val="0"/>
          <w:marTop w:val="0"/>
          <w:marBottom w:val="0"/>
          <w:divBdr>
            <w:top w:val="none" w:sz="0" w:space="0" w:color="auto"/>
            <w:left w:val="none" w:sz="0" w:space="0" w:color="auto"/>
            <w:bottom w:val="none" w:sz="0" w:space="0" w:color="auto"/>
            <w:right w:val="none" w:sz="0" w:space="0" w:color="auto"/>
          </w:divBdr>
          <w:divsChild>
            <w:div w:id="48460985">
              <w:marLeft w:val="0"/>
              <w:marRight w:val="0"/>
              <w:marTop w:val="0"/>
              <w:marBottom w:val="0"/>
              <w:divBdr>
                <w:top w:val="none" w:sz="0" w:space="0" w:color="auto"/>
                <w:left w:val="none" w:sz="0" w:space="0" w:color="auto"/>
                <w:bottom w:val="none" w:sz="0" w:space="0" w:color="auto"/>
                <w:right w:val="none" w:sz="0" w:space="0" w:color="auto"/>
              </w:divBdr>
              <w:divsChild>
                <w:div w:id="1484544850">
                  <w:marLeft w:val="0"/>
                  <w:marRight w:val="0"/>
                  <w:marTop w:val="0"/>
                  <w:marBottom w:val="0"/>
                  <w:divBdr>
                    <w:top w:val="none" w:sz="0" w:space="0" w:color="auto"/>
                    <w:left w:val="none" w:sz="0" w:space="0" w:color="auto"/>
                    <w:bottom w:val="none" w:sz="0" w:space="0" w:color="auto"/>
                    <w:right w:val="none" w:sz="0" w:space="0" w:color="auto"/>
                  </w:divBdr>
                </w:div>
              </w:divsChild>
            </w:div>
            <w:div w:id="28796938">
              <w:marLeft w:val="0"/>
              <w:marRight w:val="0"/>
              <w:marTop w:val="0"/>
              <w:marBottom w:val="0"/>
              <w:divBdr>
                <w:top w:val="none" w:sz="0" w:space="0" w:color="auto"/>
                <w:left w:val="none" w:sz="0" w:space="0" w:color="auto"/>
                <w:bottom w:val="none" w:sz="0" w:space="0" w:color="auto"/>
                <w:right w:val="none" w:sz="0" w:space="0" w:color="auto"/>
              </w:divBdr>
              <w:divsChild>
                <w:div w:id="1804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901497">
          <w:marLeft w:val="0"/>
          <w:marRight w:val="0"/>
          <w:marTop w:val="0"/>
          <w:marBottom w:val="0"/>
          <w:divBdr>
            <w:top w:val="none" w:sz="0" w:space="0" w:color="auto"/>
            <w:left w:val="none" w:sz="0" w:space="0" w:color="auto"/>
            <w:bottom w:val="none" w:sz="0" w:space="0" w:color="auto"/>
            <w:right w:val="none" w:sz="0" w:space="0" w:color="auto"/>
          </w:divBdr>
          <w:divsChild>
            <w:div w:id="1846434482">
              <w:marLeft w:val="0"/>
              <w:marRight w:val="0"/>
              <w:marTop w:val="0"/>
              <w:marBottom w:val="0"/>
              <w:divBdr>
                <w:top w:val="none" w:sz="0" w:space="0" w:color="auto"/>
                <w:left w:val="none" w:sz="0" w:space="0" w:color="auto"/>
                <w:bottom w:val="none" w:sz="0" w:space="0" w:color="auto"/>
                <w:right w:val="none" w:sz="0" w:space="0" w:color="auto"/>
              </w:divBdr>
              <w:divsChild>
                <w:div w:id="688218071">
                  <w:marLeft w:val="0"/>
                  <w:marRight w:val="0"/>
                  <w:marTop w:val="0"/>
                  <w:marBottom w:val="0"/>
                  <w:divBdr>
                    <w:top w:val="none" w:sz="0" w:space="0" w:color="auto"/>
                    <w:left w:val="none" w:sz="0" w:space="0" w:color="auto"/>
                    <w:bottom w:val="none" w:sz="0" w:space="0" w:color="auto"/>
                    <w:right w:val="none" w:sz="0" w:space="0" w:color="auto"/>
                  </w:divBdr>
                </w:div>
              </w:divsChild>
            </w:div>
            <w:div w:id="1359546712">
              <w:marLeft w:val="0"/>
              <w:marRight w:val="0"/>
              <w:marTop w:val="0"/>
              <w:marBottom w:val="0"/>
              <w:divBdr>
                <w:top w:val="none" w:sz="0" w:space="0" w:color="auto"/>
                <w:left w:val="none" w:sz="0" w:space="0" w:color="auto"/>
                <w:bottom w:val="none" w:sz="0" w:space="0" w:color="auto"/>
                <w:right w:val="none" w:sz="0" w:space="0" w:color="auto"/>
              </w:divBdr>
              <w:divsChild>
                <w:div w:id="16085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03346">
          <w:marLeft w:val="0"/>
          <w:marRight w:val="0"/>
          <w:marTop w:val="0"/>
          <w:marBottom w:val="0"/>
          <w:divBdr>
            <w:top w:val="none" w:sz="0" w:space="0" w:color="auto"/>
            <w:left w:val="none" w:sz="0" w:space="0" w:color="auto"/>
            <w:bottom w:val="none" w:sz="0" w:space="0" w:color="auto"/>
            <w:right w:val="none" w:sz="0" w:space="0" w:color="auto"/>
          </w:divBdr>
          <w:divsChild>
            <w:div w:id="2005543181">
              <w:marLeft w:val="0"/>
              <w:marRight w:val="0"/>
              <w:marTop w:val="0"/>
              <w:marBottom w:val="0"/>
              <w:divBdr>
                <w:top w:val="none" w:sz="0" w:space="0" w:color="auto"/>
                <w:left w:val="none" w:sz="0" w:space="0" w:color="auto"/>
                <w:bottom w:val="none" w:sz="0" w:space="0" w:color="auto"/>
                <w:right w:val="none" w:sz="0" w:space="0" w:color="auto"/>
              </w:divBdr>
              <w:divsChild>
                <w:div w:id="706956019">
                  <w:marLeft w:val="0"/>
                  <w:marRight w:val="0"/>
                  <w:marTop w:val="0"/>
                  <w:marBottom w:val="0"/>
                  <w:divBdr>
                    <w:top w:val="none" w:sz="0" w:space="0" w:color="auto"/>
                    <w:left w:val="none" w:sz="0" w:space="0" w:color="auto"/>
                    <w:bottom w:val="none" w:sz="0" w:space="0" w:color="auto"/>
                    <w:right w:val="none" w:sz="0" w:space="0" w:color="auto"/>
                  </w:divBdr>
                </w:div>
              </w:divsChild>
            </w:div>
            <w:div w:id="1886327172">
              <w:marLeft w:val="0"/>
              <w:marRight w:val="0"/>
              <w:marTop w:val="0"/>
              <w:marBottom w:val="0"/>
              <w:divBdr>
                <w:top w:val="none" w:sz="0" w:space="0" w:color="auto"/>
                <w:left w:val="none" w:sz="0" w:space="0" w:color="auto"/>
                <w:bottom w:val="none" w:sz="0" w:space="0" w:color="auto"/>
                <w:right w:val="none" w:sz="0" w:space="0" w:color="auto"/>
              </w:divBdr>
              <w:divsChild>
                <w:div w:id="16511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681642">
      <w:bodyDiv w:val="1"/>
      <w:marLeft w:val="0"/>
      <w:marRight w:val="0"/>
      <w:marTop w:val="0"/>
      <w:marBottom w:val="0"/>
      <w:divBdr>
        <w:top w:val="none" w:sz="0" w:space="0" w:color="auto"/>
        <w:left w:val="none" w:sz="0" w:space="0" w:color="auto"/>
        <w:bottom w:val="none" w:sz="0" w:space="0" w:color="auto"/>
        <w:right w:val="none" w:sz="0" w:space="0" w:color="auto"/>
      </w:divBdr>
    </w:div>
    <w:div w:id="729889444">
      <w:bodyDiv w:val="1"/>
      <w:marLeft w:val="0"/>
      <w:marRight w:val="0"/>
      <w:marTop w:val="0"/>
      <w:marBottom w:val="0"/>
      <w:divBdr>
        <w:top w:val="none" w:sz="0" w:space="0" w:color="auto"/>
        <w:left w:val="none" w:sz="0" w:space="0" w:color="auto"/>
        <w:bottom w:val="none" w:sz="0" w:space="0" w:color="auto"/>
        <w:right w:val="none" w:sz="0" w:space="0" w:color="auto"/>
      </w:divBdr>
      <w:divsChild>
        <w:div w:id="1722364596">
          <w:marLeft w:val="0"/>
          <w:marRight w:val="0"/>
          <w:marTop w:val="0"/>
          <w:marBottom w:val="0"/>
          <w:divBdr>
            <w:top w:val="none" w:sz="0" w:space="0" w:color="auto"/>
            <w:left w:val="none" w:sz="0" w:space="0" w:color="auto"/>
            <w:bottom w:val="none" w:sz="0" w:space="0" w:color="auto"/>
            <w:right w:val="none" w:sz="0" w:space="0" w:color="auto"/>
          </w:divBdr>
          <w:divsChild>
            <w:div w:id="1275677527">
              <w:marLeft w:val="0"/>
              <w:marRight w:val="0"/>
              <w:marTop w:val="0"/>
              <w:marBottom w:val="0"/>
              <w:divBdr>
                <w:top w:val="none" w:sz="0" w:space="0" w:color="auto"/>
                <w:left w:val="none" w:sz="0" w:space="0" w:color="auto"/>
                <w:bottom w:val="none" w:sz="0" w:space="0" w:color="auto"/>
                <w:right w:val="none" w:sz="0" w:space="0" w:color="auto"/>
              </w:divBdr>
              <w:divsChild>
                <w:div w:id="148315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750853">
      <w:bodyDiv w:val="1"/>
      <w:marLeft w:val="0"/>
      <w:marRight w:val="0"/>
      <w:marTop w:val="0"/>
      <w:marBottom w:val="0"/>
      <w:divBdr>
        <w:top w:val="none" w:sz="0" w:space="0" w:color="auto"/>
        <w:left w:val="none" w:sz="0" w:space="0" w:color="auto"/>
        <w:bottom w:val="none" w:sz="0" w:space="0" w:color="auto"/>
        <w:right w:val="none" w:sz="0" w:space="0" w:color="auto"/>
      </w:divBdr>
    </w:div>
    <w:div w:id="1046610946">
      <w:bodyDiv w:val="1"/>
      <w:marLeft w:val="0"/>
      <w:marRight w:val="0"/>
      <w:marTop w:val="0"/>
      <w:marBottom w:val="0"/>
      <w:divBdr>
        <w:top w:val="none" w:sz="0" w:space="0" w:color="auto"/>
        <w:left w:val="none" w:sz="0" w:space="0" w:color="auto"/>
        <w:bottom w:val="none" w:sz="0" w:space="0" w:color="auto"/>
        <w:right w:val="none" w:sz="0" w:space="0" w:color="auto"/>
      </w:divBdr>
    </w:div>
    <w:div w:id="1428233160">
      <w:bodyDiv w:val="1"/>
      <w:marLeft w:val="0"/>
      <w:marRight w:val="0"/>
      <w:marTop w:val="0"/>
      <w:marBottom w:val="0"/>
      <w:divBdr>
        <w:top w:val="none" w:sz="0" w:space="0" w:color="auto"/>
        <w:left w:val="none" w:sz="0" w:space="0" w:color="auto"/>
        <w:bottom w:val="none" w:sz="0" w:space="0" w:color="auto"/>
        <w:right w:val="none" w:sz="0" w:space="0" w:color="auto"/>
      </w:divBdr>
    </w:div>
    <w:div w:id="1458990654">
      <w:bodyDiv w:val="1"/>
      <w:marLeft w:val="0"/>
      <w:marRight w:val="0"/>
      <w:marTop w:val="0"/>
      <w:marBottom w:val="0"/>
      <w:divBdr>
        <w:top w:val="none" w:sz="0" w:space="0" w:color="auto"/>
        <w:left w:val="none" w:sz="0" w:space="0" w:color="auto"/>
        <w:bottom w:val="none" w:sz="0" w:space="0" w:color="auto"/>
        <w:right w:val="none" w:sz="0" w:space="0" w:color="auto"/>
      </w:divBdr>
    </w:div>
    <w:div w:id="1617517937">
      <w:bodyDiv w:val="1"/>
      <w:marLeft w:val="0"/>
      <w:marRight w:val="0"/>
      <w:marTop w:val="0"/>
      <w:marBottom w:val="0"/>
      <w:divBdr>
        <w:top w:val="none" w:sz="0" w:space="0" w:color="auto"/>
        <w:left w:val="none" w:sz="0" w:space="0" w:color="auto"/>
        <w:bottom w:val="none" w:sz="0" w:space="0" w:color="auto"/>
        <w:right w:val="none" w:sz="0" w:space="0" w:color="auto"/>
      </w:divBdr>
    </w:div>
    <w:div w:id="1800687164">
      <w:bodyDiv w:val="1"/>
      <w:marLeft w:val="0"/>
      <w:marRight w:val="0"/>
      <w:marTop w:val="0"/>
      <w:marBottom w:val="0"/>
      <w:divBdr>
        <w:top w:val="none" w:sz="0" w:space="0" w:color="auto"/>
        <w:left w:val="none" w:sz="0" w:space="0" w:color="auto"/>
        <w:bottom w:val="none" w:sz="0" w:space="0" w:color="auto"/>
        <w:right w:val="none" w:sz="0" w:space="0" w:color="auto"/>
      </w:divBdr>
    </w:div>
    <w:div w:id="1814907845">
      <w:bodyDiv w:val="1"/>
      <w:marLeft w:val="0"/>
      <w:marRight w:val="0"/>
      <w:marTop w:val="0"/>
      <w:marBottom w:val="0"/>
      <w:divBdr>
        <w:top w:val="none" w:sz="0" w:space="0" w:color="auto"/>
        <w:left w:val="none" w:sz="0" w:space="0" w:color="auto"/>
        <w:bottom w:val="none" w:sz="0" w:space="0" w:color="auto"/>
        <w:right w:val="none" w:sz="0" w:space="0" w:color="auto"/>
      </w:divBdr>
    </w:div>
    <w:div w:id="1866601571">
      <w:bodyDiv w:val="1"/>
      <w:marLeft w:val="0"/>
      <w:marRight w:val="0"/>
      <w:marTop w:val="0"/>
      <w:marBottom w:val="0"/>
      <w:divBdr>
        <w:top w:val="none" w:sz="0" w:space="0" w:color="auto"/>
        <w:left w:val="none" w:sz="0" w:space="0" w:color="auto"/>
        <w:bottom w:val="none" w:sz="0" w:space="0" w:color="auto"/>
        <w:right w:val="none" w:sz="0" w:space="0" w:color="auto"/>
      </w:divBdr>
    </w:div>
    <w:div w:id="1981300604">
      <w:bodyDiv w:val="1"/>
      <w:marLeft w:val="0"/>
      <w:marRight w:val="0"/>
      <w:marTop w:val="0"/>
      <w:marBottom w:val="0"/>
      <w:divBdr>
        <w:top w:val="none" w:sz="0" w:space="0" w:color="auto"/>
        <w:left w:val="none" w:sz="0" w:space="0" w:color="auto"/>
        <w:bottom w:val="none" w:sz="0" w:space="0" w:color="auto"/>
        <w:right w:val="none" w:sz="0" w:space="0" w:color="auto"/>
      </w:divBdr>
    </w:div>
    <w:div w:id="2020807522">
      <w:bodyDiv w:val="1"/>
      <w:marLeft w:val="0"/>
      <w:marRight w:val="0"/>
      <w:marTop w:val="0"/>
      <w:marBottom w:val="0"/>
      <w:divBdr>
        <w:top w:val="none" w:sz="0" w:space="0" w:color="auto"/>
        <w:left w:val="none" w:sz="0" w:space="0" w:color="auto"/>
        <w:bottom w:val="none" w:sz="0" w:space="0" w:color="auto"/>
        <w:right w:val="none" w:sz="0" w:space="0" w:color="auto"/>
      </w:divBdr>
    </w:div>
    <w:div w:id="21160945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ghorbani1367@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3059</Words>
  <Characters>17440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 ghorbani</cp:lastModifiedBy>
  <cp:revision>23</cp:revision>
  <dcterms:created xsi:type="dcterms:W3CDTF">2025-10-09T11:30:00Z</dcterms:created>
  <dcterms:modified xsi:type="dcterms:W3CDTF">2025-10-09T13:25:00Z</dcterms:modified>
  <cp:category/>
</cp:coreProperties>
</file>